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UKURAN PEMUSATAN DATA: MEAN, MEDIAN, DAN MODUS</w:t>
      </w:r>
    </w:p>
    <w:p>
      <w:pPr>
        <w:jc w:val="center"/>
      </w:pPr>
      <w:r>
        <w:rPr>
          <w:color w:val="E8A73E"/>
          <w:sz w:val="22"/>
        </w:rPr>
        <w:t>Matematika - Fase D / Kelas VII - Materi 38 (6.5)</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38 - 6.5 Ukuran Pemusatan Data: Mean, Median, dan Modus</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menghitung dan memilih mean, median, atau modus yang sesuai serta menilai pengaruh pencilan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menghitung dan memilih mean, median, atau modus yang sesuai serta menilai pengaruh pencilan dengan benar.</w:t>
      </w:r>
    </w:p>
    <w:p>
      <w:r>
        <w:rPr>
          <w:b/>
        </w:rPr>
        <w:t xml:space="preserve">Keterkaitan disiplin ilmu: </w:t>
      </w:r>
      <w:r>
        <w:t>Nilai belajar, pendapatan, dan stok barang.</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Nilai Lima Siswa</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Median Data Genap</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Ukuran Sepatu</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Pendapatan dengan Pencilan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Nilai yang Hilang</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Data Tanpa Modus</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Dampak Data Baru</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Nilai delapan siswa: 65,70,70,75,80,80,80,100. Hitung mean, median, modus, dan pilih uku</w:t>
            </w:r>
          </w:p>
        </w:tc>
        <w:tc>
          <w:tcPr>
            <w:tcW w:type="dxa" w:w="2052"/>
            <w:tcMar>
              <w:top w:w="35" w:type="dxa"/>
              <w:start w:w="45" w:type="dxa"/>
              <w:bottom w:w="35" w:type="dxa"/>
              <w:end w:w="45" w:type="dxa"/>
            </w:tcMar>
          </w:tcPr>
          <w:p>
            <w:pPr>
              <w:spacing w:after="0" w:line="216" w:lineRule="auto"/>
            </w:pPr>
            <w:r>
              <w:rPr>
                <w:sz w:val="13"/>
              </w:rPr>
              <w:t>Analisis Nilai Kelas</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Rata-rata enam hari penjualan adalah 42 unit. Lima hari pertama 35,40,38,45,50. Tentukan</w:t>
            </w:r>
          </w:p>
        </w:tc>
        <w:tc>
          <w:tcPr>
            <w:tcW w:type="dxa" w:w="2052"/>
            <w:tcMar>
              <w:top w:w="35" w:type="dxa"/>
              <w:start w:w="45" w:type="dxa"/>
              <w:bottom w:w="35" w:type="dxa"/>
              <w:end w:w="45" w:type="dxa"/>
            </w:tcMar>
          </w:tcPr>
          <w:p>
            <w:pPr>
              <w:spacing w:after="0" w:line="216" w:lineRule="auto"/>
            </w:pPr>
            <w:r>
              <w:rPr>
                <w:sz w:val="13"/>
              </w:rPr>
              <w:t>Penjualan Enam Hari</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dua kumpulan lima data yang memiliki mean 10 tetapi median berbeda. Jelaskan bagaim</w:t>
            </w:r>
          </w:p>
        </w:tc>
        <w:tc>
          <w:tcPr>
            <w:tcW w:type="dxa" w:w="2052"/>
            <w:tcMar>
              <w:top w:w="35" w:type="dxa"/>
              <w:start w:w="45" w:type="dxa"/>
              <w:bottom w:w="35" w:type="dxa"/>
              <w:end w:w="45" w:type="dxa"/>
            </w:tcMar>
          </w:tcPr>
          <w:p>
            <w:pPr>
              <w:spacing w:after="0" w:line="216" w:lineRule="auto"/>
            </w:pPr>
            <w:r>
              <w:rPr>
                <w:sz w:val="13"/>
              </w:rPr>
              <w:t>Mean Sama, Median Berbeda</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Nilai Lima Siswa" title="Visual soal 1: Nilai Lima Siswa"/>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nilai lima siswa, satu kelompok peserta didik diminta menelaah seluruh data pada visual sebelum menyampaikan keputusan. Data nilai 70,75,80,85,90. Fokus analisis kelompok adalah menentukan mean data.</w:t>
      </w:r>
    </w:p>
    <w:p>
      <w:r>
        <w:rPr>
          <w:b/>
          <w:sz w:val="18"/>
        </w:rPr>
        <w:t>Berdasarkan seluruh data pada visual, laporan manakah yang memuat hasil dan alasan matematis paling tepat?</w:t>
      </w:r>
    </w:p>
    <w:p>
      <w:pPr>
        <w:spacing w:after="20"/>
        <w:ind w:left="142"/>
      </w:pPr>
      <w:r>
        <w:rPr>
          <w:sz w:val="16"/>
        </w:rPr>
        <w:t>A. 80 karena jumlah 400 dibagi 5.</w:t>
      </w:r>
    </w:p>
    <w:p>
      <w:pPr>
        <w:spacing w:after="20"/>
        <w:ind w:left="142"/>
      </w:pPr>
      <w:r>
        <w:rPr>
          <w:sz w:val="16"/>
        </w:rPr>
        <w:t>B. 75 karena nilai kedua.</w:t>
      </w:r>
    </w:p>
    <w:p>
      <w:pPr>
        <w:spacing w:after="20"/>
        <w:ind w:left="142"/>
      </w:pPr>
      <w:r>
        <w:rPr>
          <w:sz w:val="16"/>
        </w:rPr>
        <w:t>C. 85 karena nilai keempat.</w:t>
      </w:r>
    </w:p>
    <w:p>
      <w:pPr>
        <w:spacing w:after="20"/>
        <w:ind w:left="142"/>
      </w:pPr>
      <w:r>
        <w:rPr>
          <w:sz w:val="16"/>
        </w:rPr>
        <w:t>D. 400 karena data dijumlahkan tanpa dibagi.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Median Data Genap" title="Visual soal 2: Median Data Genap"/>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median data genap menerima data visual yang harus diperiksa ketepatan hubungan, operasi, dan satuannya. Data 4,7,9,10,12,15. Fokus analisis kelompok adalah menentukan median.</w:t>
      </w:r>
    </w:p>
    <w:p>
      <w:r>
        <w:rPr>
          <w:b/>
          <w:sz w:val="18"/>
        </w:rPr>
        <w:t>Empat kelompok menyampaikan hasil berbeda. Laporan manakah yang paling dapat dipertanggungjawabkan berdasarkan konsep yang dipelajari?</w:t>
      </w:r>
    </w:p>
    <w:p>
      <w:pPr>
        <w:spacing w:after="20"/>
        <w:ind w:left="142"/>
      </w:pPr>
      <w:r>
        <w:rPr>
          <w:sz w:val="16"/>
        </w:rPr>
        <w:t>A. 9,5 karena rata-rata data ke-3 dan ke-4.</w:t>
      </w:r>
    </w:p>
    <w:p>
      <w:pPr>
        <w:spacing w:after="20"/>
        <w:ind w:left="142"/>
      </w:pPr>
      <w:r>
        <w:rPr>
          <w:sz w:val="16"/>
        </w:rPr>
        <w:t>B. 9 karena dipilih data kiri tengah.</w:t>
      </w:r>
    </w:p>
    <w:p>
      <w:pPr>
        <w:spacing w:after="20"/>
        <w:ind w:left="142"/>
      </w:pPr>
      <w:r>
        <w:rPr>
          <w:sz w:val="16"/>
        </w:rPr>
        <w:t>C. 10 karena dipilih data kanan tengah.</w:t>
      </w:r>
    </w:p>
    <w:p>
      <w:pPr>
        <w:spacing w:after="20"/>
        <w:ind w:left="142"/>
      </w:pPr>
      <w:r>
        <w:rPr>
          <w:sz w:val="16"/>
        </w:rPr>
        <w:t>D. 57/6 karena menggunakan mean.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Ukuran Sepatu" title="Visual soal 3: Ukuran Sepatu"/>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ukuran sepatu, empat kelompok memperoleh laporan berbeda sehingga setiap langkah perlu diverifikasi berdasarkan data. Data ukuran sepatu 38,39,39,40,40,40,41. Fokus analisis kelompok adalah menentukan modus.</w:t>
      </w:r>
    </w:p>
    <w:p>
      <w:r>
        <w:rPr>
          <w:b/>
          <w:sz w:val="18"/>
        </w:rPr>
        <w:t>Strategi manakah yang menggunakan hubungan antarbesaran secara benar dan menghasilkan simpulan yang konsisten dengan visual?</w:t>
      </w:r>
    </w:p>
    <w:p>
      <w:pPr>
        <w:spacing w:after="20"/>
        <w:ind w:left="142"/>
      </w:pPr>
      <w:r>
        <w:rPr>
          <w:sz w:val="16"/>
        </w:rPr>
        <w:t>A. 40 karena muncul tiga kali.</w:t>
      </w:r>
    </w:p>
    <w:p>
      <w:pPr>
        <w:spacing w:after="20"/>
        <w:ind w:left="142"/>
      </w:pPr>
      <w:r>
        <w:rPr>
          <w:sz w:val="16"/>
        </w:rPr>
        <w:t>B. 39 karena muncul lebih awal.</w:t>
      </w:r>
    </w:p>
    <w:p>
      <w:pPr>
        <w:spacing w:after="20"/>
        <w:ind w:left="142"/>
      </w:pPr>
      <w:r>
        <w:rPr>
          <w:sz w:val="16"/>
        </w:rPr>
        <w:t>C. 41 karena paling besar.</w:t>
      </w:r>
    </w:p>
    <w:p>
      <w:pPr>
        <w:spacing w:after="20"/>
        <w:ind w:left="142"/>
      </w:pPr>
      <w:r>
        <w:rPr>
          <w:sz w:val="16"/>
        </w:rPr>
        <w:t>D. 39,5 karena rata-rata dua nilai.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Pendapatan dengan Pencilan" title="Visual soal 4: Pendapatan dengan Pencila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pendapatan dengan pencilan sebagai sumber data utama dan meminta peserta didik mempertanggungjawabkan simpulannya. Data pendapatan 2,8; 3,0; 3,1; 3,2; 15 juta rupiah. Fokus analisis kelompok adalah menentukan ukuran yang lebih mewakili pendapatan tipikal.</w:t>
      </w:r>
    </w:p>
    <w:p>
      <w:r>
        <w:rPr>
          <w:b/>
          <w:sz w:val="18"/>
        </w:rPr>
        <w:t>Setelah data, satuan, dan aturan matematis diperiksa, pernyataan manakah yang layak diterima?</w:t>
      </w:r>
    </w:p>
    <w:p>
      <w:pPr>
        <w:spacing w:after="20"/>
        <w:ind w:left="142"/>
      </w:pPr>
      <w:r>
        <w:rPr>
          <w:sz w:val="16"/>
        </w:rPr>
        <w:t>A. Median 3,1 juta karena pencilan 15 juta sangat menaikkan mean.</w:t>
      </w:r>
    </w:p>
    <w:p>
      <w:pPr>
        <w:spacing w:after="20"/>
        <w:ind w:left="142"/>
      </w:pPr>
      <w:r>
        <w:rPr>
          <w:sz w:val="16"/>
        </w:rPr>
        <w:t>B. Mean karena selalu paling adil.</w:t>
      </w:r>
    </w:p>
    <w:p>
      <w:pPr>
        <w:spacing w:after="20"/>
        <w:ind w:left="142"/>
      </w:pPr>
      <w:r>
        <w:rPr>
          <w:sz w:val="16"/>
        </w:rPr>
        <w:t>C. Modus karena semua nilai memiliki modus.</w:t>
      </w:r>
    </w:p>
    <w:p>
      <w:pPr>
        <w:spacing w:after="20"/>
        <w:ind w:left="142"/>
      </w:pPr>
      <w:r>
        <w:rPr>
          <w:sz w:val="16"/>
        </w:rPr>
        <w:t>D. Jangkauan karena menunjukkan pusat.</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Nilai yang Hilang" title="Visual soal 5: Nilai yang Hilang"/>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nilai yang hilang, hasil tidak boleh ditentukan hanya dengan menebak angka; seluruh informasi pada visual harus digunakan. Mean lima data adalah 12. Empat datanya 8,10,13,14. Fokus analisis kelompok adalah menentukan data kelima.</w:t>
      </w:r>
    </w:p>
    <w:p>
      <w:r>
        <w:rPr>
          <w:b/>
          <w:sz w:val="18"/>
        </w:rPr>
        <w:t>Keputusan manakah yang paling tepat apabila seluruh informasi pada visual dan konteks masalah digunakan?</w:t>
      </w:r>
    </w:p>
    <w:p>
      <w:pPr>
        <w:spacing w:after="20"/>
        <w:ind w:left="142"/>
      </w:pPr>
      <w:r>
        <w:rPr>
          <w:sz w:val="16"/>
        </w:rPr>
        <w:t>A. 15 karena total harus 60 dan jumlah empat data 45.</w:t>
      </w:r>
    </w:p>
    <w:p>
      <w:pPr>
        <w:spacing w:after="20"/>
        <w:ind w:left="142"/>
      </w:pPr>
      <w:r>
        <w:rPr>
          <w:sz w:val="16"/>
        </w:rPr>
        <w:t>B. 12 karena sama dengan mean.</w:t>
      </w:r>
    </w:p>
    <w:p>
      <w:pPr>
        <w:spacing w:after="20"/>
        <w:ind w:left="142"/>
      </w:pPr>
      <w:r>
        <w:rPr>
          <w:sz w:val="16"/>
        </w:rPr>
        <w:t>C. 3 karena 60 dibagi 20.</w:t>
      </w:r>
    </w:p>
    <w:p>
      <w:pPr>
        <w:spacing w:after="20"/>
        <w:ind w:left="142"/>
      </w:pPr>
      <w:r>
        <w:rPr>
          <w:sz w:val="16"/>
        </w:rPr>
        <w:t>D. 105 karena total ditambah mean.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Data Tanpa Modus" title="Visual soal 6: Data Tanpa Modus"/>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data tanpa modus dan meminta analisis matematis sebelum laporan disahkan. Data 2,3,4,5,6 tidak memiliki nilai berulang. Fokus analisis kelompok adalah menentukan pernyataan yang benar.</w:t>
      </w:r>
    </w:p>
    <w:p>
      <w:r>
        <w:rPr>
          <w:b/>
          <w:sz w:val="18"/>
        </w:rPr>
        <w:t>Manakah analisis yang menunjukkan proses, hasil, dan justifikasi matematis secara benar?</w:t>
      </w:r>
    </w:p>
    <w:p>
      <w:pPr>
        <w:spacing w:after="20"/>
        <w:ind w:left="142"/>
      </w:pPr>
      <w:r>
        <w:rPr>
          <w:sz w:val="16"/>
        </w:rPr>
        <w:t>A. Data tidak memiliki modus, karena tidak ada nilai dengan frekuensi lebih tinggi.</w:t>
      </w:r>
    </w:p>
    <w:p>
      <w:pPr>
        <w:spacing w:after="20"/>
        <w:ind w:left="142"/>
      </w:pPr>
      <w:r>
        <w:rPr>
          <w:sz w:val="16"/>
        </w:rPr>
        <w:t>B. Modusnya 4 karena berada di tengah.</w:t>
      </w:r>
    </w:p>
    <w:p>
      <w:pPr>
        <w:spacing w:after="20"/>
        <w:ind w:left="142"/>
      </w:pPr>
      <w:r>
        <w:rPr>
          <w:sz w:val="16"/>
        </w:rPr>
        <w:t>C. Modusnya 6 karena paling besar.</w:t>
      </w:r>
    </w:p>
    <w:p>
      <w:pPr>
        <w:spacing w:after="20"/>
        <w:ind w:left="142"/>
      </w:pPr>
      <w:r>
        <w:rPr>
          <w:sz w:val="16"/>
        </w:rPr>
        <w:t>D. Semua nilai menjadi modus meskipun frekuensinya sama satu,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Dampak Data Baru" title="Visual soal 7: Dampak Data Baru"/>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dampak data baru, peserta didik membandingkan beberapa strategi untuk menemukan laporan yang paling sahih. Satu nilai 100 ditambahkan ke data dengan mean 70. Fokus analisis kelompok adalah menentukan dampak yang pasti.</w:t>
      </w:r>
    </w:p>
    <w:p>
      <w:r>
        <w:rPr>
          <w:b/>
          <w:sz w:val="18"/>
        </w:rPr>
        <w:t>Setelah hasil diverifikasi terhadap data pada visual, laporan kelompok manakah yang seharusnya dipilih?</w:t>
      </w:r>
    </w:p>
    <w:p>
      <w:pPr>
        <w:spacing w:after="20"/>
        <w:ind w:left="142"/>
      </w:pPr>
      <w:r>
        <w:rPr>
          <w:sz w:val="16"/>
        </w:rPr>
        <w:t>A. Mean baru meningkat, tetapi besarnya bergantung pada jumlah data awal, karena pengaruh pada mean tergantung n; nilai baru di atas mean menaikkan mean.</w:t>
      </w:r>
    </w:p>
    <w:p>
      <w:pPr>
        <w:spacing w:after="20"/>
        <w:ind w:left="142"/>
      </w:pPr>
      <w:r>
        <w:rPr>
          <w:sz w:val="16"/>
        </w:rPr>
        <w:t>B. Mean baru pasti 85, karena salah satu besaran dianggap dapat ditukar perannya tanpa mengubah makna model matematika.</w:t>
      </w:r>
    </w:p>
    <w:p>
      <w:pPr>
        <w:spacing w:after="20"/>
        <w:ind w:left="142"/>
      </w:pPr>
      <w:r>
        <w:rPr>
          <w:sz w:val="16"/>
        </w:rPr>
        <w:t>C. Median pasti menjadi 100, karena hanya sebagian informasi pada visual digunakan dan tahap verifikasi hasil diabaikan.</w:t>
      </w:r>
    </w:p>
    <w:p>
      <w:pPr>
        <w:spacing w:after="20"/>
        <w:ind w:left="142"/>
      </w:pPr>
      <w:r>
        <w:rPr>
          <w:sz w:val="16"/>
        </w:rPr>
        <w:t>D. Modus pasti berubah menjadi 100,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Analisis Nilai Kelas" title="Visual soal 8: Analisis Nilai Kelas"/>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Nilai delapan siswa: 65,70,70,75,80,80,80,100. Hitung mean, median, modus, dan pilih ukuran paling representatif dengan alasan.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njualan Enam Hari" title="Visual soal 9: Penjualan Enam Hari"/>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Rata-rata enam hari penjualan adalah 42 unit. Lima hari pertama 35,40,38,45,50. Tentukan hari keenam, lalu hitung median dan modus enam hari.</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Mean Sama, Median Berbeda" title="Visual soal 10: Mean Sama, Median Berbeda"/>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dua kumpulan lima data yang memiliki mean 10 tetapi median berbeda. Jelaskan bagaimana distribusi data memengaruhi median.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Mean = jumlah/n.</w:t>
      </w:r>
    </w:p>
    <w:p>
      <w:pPr>
        <w:spacing w:after="60"/>
        <w:ind w:left="227"/>
      </w:pPr>
      <w:r>
        <w:rPr>
          <w:b/>
        </w:rPr>
        <w:t xml:space="preserve">Miskonsepsi sasaran: </w:t>
      </w:r>
      <w:r>
        <w:t>Lupa membagi atau memilih posisi.</w:t>
      </w:r>
    </w:p>
    <w:p>
      <w:pPr>
        <w:spacing w:after="40"/>
      </w:pPr>
      <w:r>
        <w:rPr>
          <w:b/>
        </w:rPr>
        <w:t xml:space="preserve">2. A - </w:t>
      </w:r>
      <w:r>
        <w:t>Untuk jumlah genap, median rata-rata dua nilai tengah.</w:t>
      </w:r>
    </w:p>
    <w:p>
      <w:pPr>
        <w:spacing w:after="60"/>
        <w:ind w:left="227"/>
      </w:pPr>
      <w:r>
        <w:rPr>
          <w:b/>
        </w:rPr>
        <w:t xml:space="preserve">Miskonsepsi sasaran: </w:t>
      </w:r>
      <w:r>
        <w:t>Memilih salah satu nilai tengah.</w:t>
      </w:r>
    </w:p>
    <w:p>
      <w:pPr>
        <w:spacing w:after="40"/>
      </w:pPr>
      <w:r>
        <w:rPr>
          <w:b/>
        </w:rPr>
        <w:t xml:space="preserve">3. A - </w:t>
      </w:r>
      <w:r>
        <w:t>Modus adalah nilai paling sering.</w:t>
      </w:r>
    </w:p>
    <w:p>
      <w:pPr>
        <w:spacing w:after="60"/>
        <w:ind w:left="227"/>
      </w:pPr>
      <w:r>
        <w:rPr>
          <w:b/>
        </w:rPr>
        <w:t xml:space="preserve">Miskonsepsi sasaran: </w:t>
      </w:r>
      <w:r>
        <w:t>Menyamakan modus dengan median atau maksimum.</w:t>
      </w:r>
    </w:p>
    <w:p>
      <w:pPr>
        <w:spacing w:after="40"/>
      </w:pPr>
      <w:r>
        <w:rPr>
          <w:b/>
        </w:rPr>
        <w:t xml:space="preserve">4. A - </w:t>
      </w:r>
      <w:r>
        <w:t>Median tahan terhadap pencilan.</w:t>
      </w:r>
    </w:p>
    <w:p>
      <w:pPr>
        <w:spacing w:after="60"/>
        <w:ind w:left="227"/>
      </w:pPr>
      <w:r>
        <w:rPr>
          <w:b/>
        </w:rPr>
        <w:t xml:space="preserve">Miskonsepsi sasaran: </w:t>
      </w:r>
      <w:r>
        <w:t>Menggunakan mean tanpa menilai distribusi.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Total = mean x banyak data.</w:t>
      </w:r>
    </w:p>
    <w:p>
      <w:pPr>
        <w:spacing w:after="60"/>
        <w:ind w:left="227"/>
      </w:pPr>
      <w:r>
        <w:rPr>
          <w:b/>
        </w:rPr>
        <w:t xml:space="preserve">Miskonsepsi sasaran: </w:t>
      </w:r>
      <w:r>
        <w:t>Menyamakan setiap nilai dengan mean.</w:t>
      </w:r>
    </w:p>
    <w:p>
      <w:pPr>
        <w:spacing w:after="40"/>
      </w:pPr>
      <w:r>
        <w:rPr>
          <w:b/>
        </w:rPr>
        <w:t xml:space="preserve">6. A - </w:t>
      </w:r>
      <w:r>
        <w:t>Tidak ada nilai dengan frekuensi lebih tinggi.</w:t>
      </w:r>
    </w:p>
    <w:p>
      <w:pPr>
        <w:spacing w:after="60"/>
        <w:ind w:left="227"/>
      </w:pPr>
      <w:r>
        <w:rPr>
          <w:b/>
        </w:rPr>
        <w:t xml:space="preserve">Miskonsepsi sasaran: </w:t>
      </w:r>
      <w:r>
        <w:t>Menyamakan modus dengan median/maksimum.</w:t>
      </w:r>
    </w:p>
    <w:p>
      <w:pPr>
        <w:spacing w:after="40"/>
      </w:pPr>
      <w:r>
        <w:rPr>
          <w:b/>
        </w:rPr>
        <w:t xml:space="preserve">7. A - </w:t>
      </w:r>
      <w:r>
        <w:t>Pengaruh pada mean tergantung n; nilai baru di atas mean menaikkan mean.</w:t>
      </w:r>
    </w:p>
    <w:p>
      <w:pPr>
        <w:spacing w:after="60"/>
        <w:ind w:left="227"/>
      </w:pPr>
      <w:r>
        <w:rPr>
          <w:b/>
        </w:rPr>
        <w:t xml:space="preserve">Miskonsepsi sasaran: </w:t>
      </w:r>
      <w:r>
        <w:t>Menganggap perubahan tanpa jumlah data.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Mean 77,5; median (75+80)/2=77,5; modus 80. Nilai 100 sedikit tinggi; median/mean sama, modus menunjukkan nilai paling umum. Pilihan harus disertai alasan.</w:t>
      </w:r>
    </w:p>
    <w:p>
      <w:pPr>
        <w:spacing w:after="20"/>
        <w:ind w:left="198"/>
      </w:pPr>
      <w:r>
        <w:rPr>
          <w:b/>
        </w:rPr>
        <w:t xml:space="preserve">Bantuan 1: </w:t>
      </w:r>
      <w:r>
        <w:t>Jumlahkan semua nilai untuk mean.</w:t>
      </w:r>
    </w:p>
    <w:p>
      <w:pPr>
        <w:spacing w:after="20"/>
        <w:ind w:left="198"/>
      </w:pPr>
      <w:r>
        <w:rPr>
          <w:b/>
        </w:rPr>
        <w:t xml:space="preserve">Bantuan 2: </w:t>
      </w:r>
      <w:r>
        <w:t>Urutkan dan ambil dua nilai tengah.</w:t>
      </w:r>
    </w:p>
    <w:p>
      <w:pPr>
        <w:spacing w:after="20"/>
        <w:ind w:left="198"/>
      </w:pPr>
      <w:r>
        <w:rPr>
          <w:b/>
        </w:rPr>
        <w:t xml:space="preserve">Bantuan 3: </w:t>
      </w:r>
      <w:r>
        <w:t>Hitung frekuensi dan pertimbangkan pencilan.</w:t>
      </w:r>
    </w:p>
    <w:p>
      <w:r>
        <w:rPr>
          <w:b/>
        </w:rPr>
        <w:t xml:space="preserve">Soal 9 - Kunci ringkas: </w:t>
      </w:r>
      <w:r>
        <w:t>Total 252; lima hari 208; hari keenam 44. Data urut 35,38,40,44,45,50; median 42; tidak ada modus.</w:t>
      </w:r>
    </w:p>
    <w:p>
      <w:pPr>
        <w:spacing w:after="20"/>
        <w:ind w:left="198"/>
      </w:pPr>
      <w:r>
        <w:rPr>
          <w:b/>
        </w:rPr>
        <w:t xml:space="preserve">Bantuan 1: </w:t>
      </w:r>
      <w:r>
        <w:t>Hitung total dari mean.</w:t>
      </w:r>
    </w:p>
    <w:p>
      <w:pPr>
        <w:spacing w:after="20"/>
        <w:ind w:left="198"/>
      </w:pPr>
      <w:r>
        <w:rPr>
          <w:b/>
        </w:rPr>
        <w:t xml:space="preserve">Bantuan 2: </w:t>
      </w:r>
      <w:r>
        <w:t>Kurangi jumlah lima data.</w:t>
      </w:r>
    </w:p>
    <w:p>
      <w:pPr>
        <w:spacing w:after="20"/>
        <w:ind w:left="198"/>
      </w:pPr>
      <w:r>
        <w:rPr>
          <w:b/>
        </w:rPr>
        <w:t xml:space="preserve">Bantuan 3: </w:t>
      </w:r>
      <w:r>
        <w:t>Urutkan enam data untuk median dan modus.</w:t>
      </w:r>
    </w:p>
    <w:p>
      <w:r>
        <w:rPr>
          <w:b/>
        </w:rPr>
        <w:t xml:space="preserve">Soal 10 - Kunci ringkas: </w:t>
      </w:r>
      <w:r>
        <w:t>Contoh A: 8,9,10,11,12 median 10; B: 1,2,5,20,22 jumlah 50 median 5. Keduanya mean 10.</w:t>
      </w:r>
    </w:p>
    <w:p>
      <w:pPr>
        <w:spacing w:after="20"/>
        <w:ind w:left="198"/>
      </w:pPr>
      <w:r>
        <w:rPr>
          <w:b/>
        </w:rPr>
        <w:t xml:space="preserve">Bantuan 1: </w:t>
      </w:r>
      <w:r>
        <w:t>Pastikan masing-masing berjumlah 50.</w:t>
      </w:r>
    </w:p>
    <w:p>
      <w:pPr>
        <w:spacing w:after="20"/>
        <w:ind w:left="198"/>
      </w:pPr>
      <w:r>
        <w:rPr>
          <w:b/>
        </w:rPr>
        <w:t xml:space="preserve">Bantuan 2: </w:t>
      </w:r>
      <w:r>
        <w:t>Urutkan data dan pilih nilai tengah.</w:t>
      </w:r>
    </w:p>
    <w:p>
      <w:pPr>
        <w:spacing w:after="20"/>
        <w:ind w:left="198"/>
      </w:pPr>
      <w:r>
        <w:rPr>
          <w:b/>
        </w:rPr>
        <w:t xml:space="preserve">Bantuan 3: </w:t>
      </w:r>
      <w:r>
        <w:t>Bandingkan posisi nilai dan pencilan.</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