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KESEBANGUNAN PADA SEGITIGA SIKU-SIKU KHUSUS</w:t>
      </w:r>
    </w:p>
    <w:p>
      <w:pPr>
        <w:jc w:val="center"/>
      </w:pPr>
      <w:r>
        <w:rPr>
          <w:color w:val="E8A73E"/>
          <w:sz w:val="22"/>
        </w:rPr>
        <w:t>Matematika - Fase D / Kelas VII - Materi 32 (5.5)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32 - 5.5 Kesebangunan pada Segitiga Siku-siku Khusus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menggunakan hubungan kesebangunan akibat garis tinggi pada hipotenusa untuk menentukan panjang garis tinggi dan kaki segitiga.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menggunakan hubungan kesebangunan akibat garis tinggi pada hipotenusa untuk menentukan panjang garis tinggi dan kaki segitiga.</w:t>
      </w:r>
    </w:p>
    <w:p>
      <w:r>
        <w:rPr>
          <w:b/>
        </w:rPr>
        <w:t xml:space="preserve">Keterkaitan disiplin ilmu: </w:t>
      </w:r>
      <w:r>
        <w:t>Konstruksi atap dan penyangga.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Garis Tinggi ke Hipotenusa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Menentukan Kaki Segitiga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Tiga Segitiga Sebangun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Konstruksi Atap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Rumus Segitiga Siku-siku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Menentukan Segmen Hipotenusa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Pemeriksaan Model 9-12-15-20-25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Hipotenusa segitiga siku-siku terbagi menjadi 5 cm dan 20 cm. Tentukan hipotenusa, garis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Menghitung Seluruh Unsur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Balok penyangga tegak pada atap membagi sisi miring 36 m menjadi dua bagian dengan rasio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Penyangga Atap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Diketahui garis tinggi 12 cm dan hipotenusa 25 cm. Tentukan dua segmen hipotenusa dengan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Menentukan Segmen dari h dan c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Garis Tinggi ke Hipotenusa" title="Visual soal 1: Garis Tinggi ke Hipotenus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garis tinggi ke hipotenusa, satu kelompok peserta didik diminta menelaah seluruh data pada visual sebelum menyampaikan keputusan. Pada segitiga siku-siku, garis tinggi membagi hipotenusa menjadi 9 cm dan 16 cm. Fokus analisis kelompok adalah menentukan panjang garis tinggi.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12 cm karena h²=9x16=144.</w:t>
      </w:r>
    </w:p>
    <w:p>
      <w:pPr>
        <w:spacing w:after="20"/>
        <w:ind w:left="142"/>
      </w:pPr>
      <w:r>
        <w:rPr>
          <w:sz w:val="16"/>
        </w:rPr>
        <w:t>B. 25 cm karena kedua bagian dijumlahkan.</w:t>
      </w:r>
    </w:p>
    <w:p>
      <w:pPr>
        <w:spacing w:after="20"/>
        <w:ind w:left="142"/>
      </w:pPr>
      <w:r>
        <w:rPr>
          <w:sz w:val="16"/>
        </w:rPr>
        <w:t>C. 7 cm karena 16-9.</w:t>
      </w:r>
    </w:p>
    <w:p>
      <w:pPr>
        <w:spacing w:after="20"/>
        <w:ind w:left="142"/>
      </w:pPr>
      <w:r>
        <w:rPr>
          <w:sz w:val="16"/>
        </w:rPr>
        <w:t>D. 144 cm karena akar tidak diambil.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Menentukan Kaki Segitiga" title="Visual soal 2: Menentukan Kaki Segitig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segitiga siku-siku, hipotenusa 25 cm terbagi menjadi segmen 9 cm dan 16 cm oleh garis tinggi. Fokus analisis kelompok adalah menentukan panjang kaki yang proyeksinya 9 cm.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15 cm karena a²=25x9=225.</w:t>
      </w:r>
    </w:p>
    <w:p>
      <w:pPr>
        <w:spacing w:after="20"/>
        <w:ind w:left="142"/>
      </w:pPr>
      <w:r>
        <w:rPr>
          <w:sz w:val="16"/>
        </w:rPr>
        <w:t>B. 12 cm karena menggunakan h²=9x16.</w:t>
      </w:r>
    </w:p>
    <w:p>
      <w:pPr>
        <w:spacing w:after="20"/>
        <w:ind w:left="142"/>
      </w:pPr>
      <w:r>
        <w:rPr>
          <w:sz w:val="16"/>
        </w:rPr>
        <w:t>C. 20 cm karena menggunakan segmen 16.</w:t>
      </w:r>
    </w:p>
    <w:p>
      <w:pPr>
        <w:spacing w:after="20"/>
        <w:ind w:left="142"/>
      </w:pPr>
      <w:r>
        <w:rPr>
          <w:sz w:val="16"/>
        </w:rPr>
        <w:t>D. 34 cm karena 25+9.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Tiga Segitiga Sebangun" title="Visual soal 3: Tiga Segitiga Sebangu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tiga segitiga sebangun, empat kelompok memperoleh laporan berbeda sehingga setiap langkah perlu diverifikasi berdasarkan data. Garis tinggi dari sudut siku-siku membentuk tiga segitiga. Fokus analisis kelompok adalah menentukan hubungan yang benar.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Ketiga segitiga saling sebangun karena memiliki sudut-sudut yang sama.</w:t>
      </w:r>
    </w:p>
    <w:p>
      <w:pPr>
        <w:spacing w:after="20"/>
        <w:ind w:left="142"/>
      </w:pPr>
      <w:r>
        <w:rPr>
          <w:sz w:val="16"/>
        </w:rPr>
        <w:t>B. Hanya dua segitiga kecil yang sebangun, bukan segitiga besar,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C. Ketiganya kongruen,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D. Tidak ada kesebangunan karena ukurannya berbeda.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Konstruksi Atap" title="Visual soal 4: Konstruksi At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konstruksi atap sebagai sumber data utama dan meminta peserta didik mempertanggungjawabkan simpulannya. Kuda-kuda atap membentuk segitiga siku-siku dengan hipotenusa 25 m dan satu proyeksi 16 m. Fokus analisis kelompok adalah menentukan panjang kaki yang bersesuaian dengan proyeksi 16 m.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20 m karena b²=25x16=400.</w:t>
      </w:r>
    </w:p>
    <w:p>
      <w:pPr>
        <w:spacing w:after="20"/>
        <w:ind w:left="142"/>
      </w:pPr>
      <w:r>
        <w:rPr>
          <w:sz w:val="16"/>
        </w:rPr>
        <w:t>B. 12 m karena akar 144.</w:t>
      </w:r>
    </w:p>
    <w:p>
      <w:pPr>
        <w:spacing w:after="20"/>
        <w:ind w:left="142"/>
      </w:pPr>
      <w:r>
        <w:rPr>
          <w:sz w:val="16"/>
        </w:rPr>
        <w:t>C. 9 m karena 25-16.</w:t>
      </w:r>
    </w:p>
    <w:p>
      <w:pPr>
        <w:spacing w:after="20"/>
        <w:ind w:left="142"/>
      </w:pPr>
      <w:r>
        <w:rPr>
          <w:sz w:val="16"/>
        </w:rPr>
        <w:t>D. 40 m karena 25+16-1.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Audit Rumus Segitiga Siku-siku" title="Visual soal 5: Audit Rumus Segitiga Siku-si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audit rumus segitiga siku-siku, hasil tidak boleh ditentukan hanya dengan menebak angka; seluruh informasi pada visual harus digunakan. Siswa menghitung tinggi dengan h=p+q pada p=4 dan q=9. Fokus analisis kelompok adalah menentukan perbaikan yang benar.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h=sqrt(4x9)=6, sedangkan p+q=13 adalah hipotenusa, karena bedakan rumus hipotenusa dan garis tinggi.</w:t>
      </w:r>
    </w:p>
    <w:p>
      <w:pPr>
        <w:spacing w:after="20"/>
        <w:ind w:left="142"/>
      </w:pPr>
      <w:r>
        <w:rPr>
          <w:sz w:val="16"/>
        </w:rPr>
        <w:t>B. h=13 benar karena tinggi sama dengan hipotenusa.</w:t>
      </w:r>
    </w:p>
    <w:p>
      <w:pPr>
        <w:spacing w:after="20"/>
        <w:ind w:left="142"/>
      </w:pPr>
      <w:r>
        <w:rPr>
          <w:sz w:val="16"/>
        </w:rPr>
        <w:t>C. h=5 karena 9-4.</w:t>
      </w:r>
    </w:p>
    <w:p>
      <w:pPr>
        <w:spacing w:after="20"/>
        <w:ind w:left="142"/>
      </w:pPr>
      <w:r>
        <w:rPr>
          <w:sz w:val="16"/>
        </w:rPr>
        <w:t>D. h=36 karena p dan q dikalikan tanpa akar.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Menentukan Segmen Hipotenusa" title="Visual soal 6: Menentukan Segmen Hipotenus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menentukan segmen hipotenusa dan meminta analisis matematis sebelum laporan disahkan. Garis tinggi h=8 cm dan salah satu segmen hipotenusa p=4 cm. Fokus analisis kelompok adalah menentukan segmen lainnya q.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16 cm karena 8²=4q.</w:t>
      </w:r>
    </w:p>
    <w:p>
      <w:pPr>
        <w:spacing w:after="20"/>
        <w:ind w:left="142"/>
      </w:pPr>
      <w:r>
        <w:rPr>
          <w:sz w:val="16"/>
        </w:rPr>
        <w:t>B. 12 cm karena 8+4.</w:t>
      </w:r>
    </w:p>
    <w:p>
      <w:pPr>
        <w:spacing w:after="20"/>
        <w:ind w:left="142"/>
      </w:pPr>
      <w:r>
        <w:rPr>
          <w:sz w:val="16"/>
        </w:rPr>
        <w:t>C. 2 cm karena 8/4.</w:t>
      </w:r>
    </w:p>
    <w:p>
      <w:pPr>
        <w:spacing w:after="20"/>
        <w:ind w:left="142"/>
      </w:pPr>
      <w:r>
        <w:rPr>
          <w:sz w:val="16"/>
        </w:rPr>
        <w:t>D. 32 cm karena 8x4.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Pemeriksaan Model 9-12-15-20-25" title="Visual soal 7: Pemeriksaan Model 9-12-15-20-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pemeriksaan model 9-12-15-20-25, peserta didik membandingkan beberapa strategi untuk menemukan laporan yang paling sahih. Segitiga dengan p=9 dan q=16 memiliki kaki 15 dan 20 serta hipotenusa 25. Fokus analisis kelompok adalah menentukan pemeriksaan yang mendukung.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15²+20²=25² dan h=sqrt(9x16)=12, karena hubungan Pythagoras dan mean geometri konsisten.</w:t>
      </w:r>
    </w:p>
    <w:p>
      <w:pPr>
        <w:spacing w:after="20"/>
        <w:ind w:left="142"/>
      </w:pPr>
      <w:r>
        <w:rPr>
          <w:sz w:val="16"/>
        </w:rPr>
        <w:t>B. 15+20=25,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C. 15x20=25²,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D. 9²+16²=25², karena angka pada visual dianggap dapat langsung dioperasikan tanpa memeriksa bentuk, satuan, atau hubungan yang disyaratkan.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Menghitung Seluruh Unsur" title="Visual soal 8: Menghitung Seluruh Unsu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Hipotenusa segitiga siku-siku terbagi menjadi 5 cm dan 20 cm. Tentukan hipotenusa, garis tinggi, dan kedua kaki.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Penyangga Atap" title="Visual soal 9: Penyangga At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Balok penyangga tegak pada atap membagi sisi miring 36 m menjadi dua bagian dengan rasio 4:5. Tentukan kedua segmen dan panjang penyangga.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Menentukan Segmen dari h dan c" title="Visual soal 10: Menentukan Segmen dari h dan c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Diketahui garis tinggi 12 cm dan hipotenusa 25 cm. Tentukan dua segmen hipotenusa dengan menggunakan p+q=25 dan pq=144.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h adalah mean geometri kedua segmen.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Menjumlahkan segmen atau lupa akar.</w:t>
      </w:r>
    </w:p>
    <w:p>
      <w:pPr>
        <w:spacing w:after="40"/>
      </w:pPr>
      <w:r>
        <w:rPr>
          <w:b/>
        </w:rPr>
        <w:t xml:space="preserve">2. A - </w:t>
      </w:r>
      <w:r>
        <w:t>Kaki² = hipotenusa x proyeksi kaki tersebut.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rumus tinggi atau segmen salah.</w:t>
      </w:r>
    </w:p>
    <w:p>
      <w:pPr>
        <w:spacing w:after="40"/>
      </w:pPr>
      <w:r>
        <w:rPr>
          <w:b/>
        </w:rPr>
        <w:t xml:space="preserve">3. A - </w:t>
      </w:r>
      <w:r>
        <w:t>Semua memiliki sudut siku-siku dan berbagi sudut lancip bersesuaian.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sebangun dengan kongruen.</w:t>
      </w:r>
    </w:p>
    <w:p>
      <w:pPr>
        <w:spacing w:after="40"/>
      </w:pPr>
      <w:r>
        <w:rPr>
          <w:b/>
        </w:rPr>
        <w:t xml:space="preserve">4. A - </w:t>
      </w:r>
      <w:r>
        <w:t>Gunakan hipotenusa x proyeksi.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Memilih rumus segmen atau tinggi.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Bedakan rumus hipotenusa dan garis tinggi.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Mencampur peran p+q dan akar pq.</w:t>
      </w:r>
    </w:p>
    <w:p>
      <w:pPr>
        <w:spacing w:after="40"/>
      </w:pPr>
      <w:r>
        <w:rPr>
          <w:b/>
        </w:rPr>
        <w:t xml:space="preserve">6. A - </w:t>
      </w:r>
      <w:r>
        <w:t>q=h²/p=64/4.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penjumlahan atau perkalian langsung.</w:t>
      </w:r>
    </w:p>
    <w:p>
      <w:pPr>
        <w:spacing w:after="40"/>
      </w:pPr>
      <w:r>
        <w:rPr>
          <w:b/>
        </w:rPr>
        <w:t xml:space="preserve">7. A - </w:t>
      </w:r>
      <w:r>
        <w:t>Hubungan Pythagoras dan mean geometri konsisten.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jumlah sisi atau segmen sebagai kaki.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c=25; h=sqrt(100)=10; kaki sqrt(25x5)=5sqrt5 dan sqrt(25x20)=10sqrt5.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Jumlahkan p dan q untuk c.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Gunakan h²=pq.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Gunakan a²=cp dan b²=cq.</w:t>
      </w:r>
    </w:p>
    <w:p>
      <w:r>
        <w:rPr>
          <w:b/>
        </w:rPr>
        <w:t xml:space="preserve">Soal 9 - Kunci ringkas: </w:t>
      </w:r>
      <w:r>
        <w:t>Total bagian 9; segmen 16 m dan 20 m. h=sqrt(16x20)=8sqrt5 m sekitar 17,89 m.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Bagi 36 menurut rasio 4:5.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Gunakan hasil sebagai p dan q.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Hitung akar hasil kali dan berikan pendekatan.</w:t>
      </w:r>
    </w:p>
    <w:p>
      <w:r>
        <w:rPr>
          <w:b/>
        </w:rPr>
        <w:t xml:space="preserve">Soal 10 - Kunci ringkas: </w:t>
      </w:r>
      <w:r>
        <w:t>p dan q adalah akar t²-25t+144=0=(t-9)(t-16), sehingga 9 dan 16.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Tuliskan dua hubungan p+q dan pq.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Bentuk persamaan kuadrat dengan akar p dan q.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Faktorkan dan periksa hasil kali.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