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SYARAT KHUSUS KESEBANGUNAN PADA SEGITIGA</w:t>
      </w:r>
    </w:p>
    <w:p>
      <w:pPr>
        <w:jc w:val="center"/>
      </w:pPr>
      <w:r>
        <w:rPr>
          <w:color w:val="E8A73E"/>
          <w:sz w:val="22"/>
        </w:rPr>
        <w:t>Matematika - Fase D / Kelas VII - Materi 30 (5.3)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30 - 5.3 Syarat Khusus Kesebangunan pada Segitiga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menggunakan syarat Sudut-Sudut, Sisi-Sisi-Sisi, dan Sisi-Sudut-Sisi untuk membuktikan dua segitiga sebangun dengan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menggunakan syarat Sudut-Sudut, Sisi-Sisi-Sisi, dan Sisi-Sudut-Sisi untuk membuktikan dua segitiga sebangun dengan benar.</w:t>
      </w:r>
    </w:p>
    <w:p>
      <w:r>
        <w:rPr>
          <w:b/>
        </w:rPr>
        <w:t xml:space="preserve">Keterkaitan disiplin ilmu: </w:t>
      </w:r>
      <w:r>
        <w:t>Triangulasi pada navigasi dan pengukuran.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Syarat Sudut-Sudut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Syarat SSS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Syarat SAS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Data Tidak Cukup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Korespondensi Titik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Sebangun Bukan Kongruen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Pembuktian SSS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Segitiga ABC memiliki sisi 6,8,10. Segitiga DEF memiliki sisi 9,12,15. Buktikan kesebang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Pembuktian SSS Lengkap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Dua segitiga memiliki sudut apit 45°. Sisi pengapit pada segitiga pertama 8 dan 12, pada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Pembuktian SAS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Jelaskan mengapa dua segitiga dengan sisi 5 dan 8 serta satu sudut 30° belum tentu seban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Mengevaluasi Kecukupan Data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Syarat Sudut-Sudut" title="Visual soal 1: Syarat Sudut-Sudu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syarat sudut-sudut, satu kelompok peserta didik diminta menelaah seluruh data pada visual sebelum menyampaikan keputusan. Segitiga P memiliki sudut 50° dan 70°, sedangkan Q memiliki sudut 50° dan 70°. Fokus analisis kelompok adalah menentukan kesimpulan yang benar.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P dan Q sebangun berdasarkan syarat Sudut-Sudut.</w:t>
      </w:r>
    </w:p>
    <w:p>
      <w:pPr>
        <w:spacing w:after="20"/>
        <w:ind w:left="142"/>
      </w:pPr>
      <w:r>
        <w:rPr>
          <w:sz w:val="16"/>
        </w:rPr>
        <w:t>B. P dan Q kongruen karena dua sudut sama.</w:t>
      </w:r>
    </w:p>
    <w:p>
      <w:pPr>
        <w:spacing w:after="20"/>
        <w:ind w:left="142"/>
      </w:pPr>
      <w:r>
        <w:rPr>
          <w:sz w:val="16"/>
        </w:rPr>
        <w:t>C. Tidak dapat sebangun tanpa mengetahui semua sisi,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D. Sebangun berdasarkan Sisi-Sisi-Sisi.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Syarat SSS" title="Visual soal 2: Syarat SS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syarat sss menerima data visual yang harus diperiksa ketepatan hubungan, operasi, dan satuannya. Sisi segitiga A 3,4,5 dan B 9,12,15. Fokus analisis kelompok adalah menentukan syarat pembuktian yang paling langsung.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Sisi-Sisi-Sisi karena ketiga rasio sisi sama dengan 3.</w:t>
      </w:r>
    </w:p>
    <w:p>
      <w:pPr>
        <w:spacing w:after="20"/>
        <w:ind w:left="142"/>
      </w:pPr>
      <w:r>
        <w:rPr>
          <w:sz w:val="16"/>
        </w:rPr>
        <w:t>B. Sudut-Sudut karena tidak ada data sudut.</w:t>
      </w:r>
    </w:p>
    <w:p>
      <w:pPr>
        <w:spacing w:after="20"/>
        <w:ind w:left="142"/>
      </w:pPr>
      <w:r>
        <w:rPr>
          <w:sz w:val="16"/>
        </w:rPr>
        <w:t>C. Sisi-Sudut-Sisi karena hanya dua sisi dibandingkan.</w:t>
      </w:r>
    </w:p>
    <w:p>
      <w:pPr>
        <w:spacing w:after="20"/>
        <w:ind w:left="142"/>
      </w:pPr>
      <w:r>
        <w:rPr>
          <w:sz w:val="16"/>
        </w:rPr>
        <w:t>D. Tidak sebangun karena sisi berbeda.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Syarat SAS" title="Visual soal 3: Syarat S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Dua segitiga memiliki dua sisi yang mengapit sudut sama: 4 dan 6 pada A, 10 dan 15 pada B, serta sudut apit 60°. Fokus analisis kelompok adalah menentukan kesimpulannya.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Sebangun berdasarkan Sisi-Sudut-Sisi karena 10/4=15/6=2,5 dan sudut apit sama.</w:t>
      </w:r>
    </w:p>
    <w:p>
      <w:pPr>
        <w:spacing w:after="20"/>
        <w:ind w:left="142"/>
      </w:pPr>
      <w:r>
        <w:rPr>
          <w:sz w:val="16"/>
        </w:rPr>
        <w:t>B. Kongruen karena sudut apit sama.</w:t>
      </w:r>
    </w:p>
    <w:p>
      <w:pPr>
        <w:spacing w:after="20"/>
        <w:ind w:left="142"/>
      </w:pPr>
      <w:r>
        <w:rPr>
          <w:sz w:val="16"/>
        </w:rPr>
        <w:t>C. Tidak sebangun karena sisi tidak sama panjang.</w:t>
      </w:r>
    </w:p>
    <w:p>
      <w:pPr>
        <w:spacing w:after="20"/>
        <w:ind w:left="142"/>
      </w:pPr>
      <w:r>
        <w:rPr>
          <w:sz w:val="16"/>
        </w:rPr>
        <w:t>D. Sebangun berdasarkan Sudut-Sudut tanpa perlu rasio sisi.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Data Tidak Cukup" title="Visual soal 4: Data Tidak Cuku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data tidak cukup sebagai sumber data utama dan meminta peserta didik mempertanggungjawabkan simpulannya. Dua segitiga memiliki sisi 5 dan 7 dengan satu sudut bukan sudut apit yang sama. Fokus analisis kelompok adalah menentukan apakah data cukup membuktikan kesebangunan.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Tidak, karena kasus dua sisi dan sudut bukan apit belum menjamin kesebangunan.</w:t>
      </w:r>
    </w:p>
    <w:p>
      <w:pPr>
        <w:spacing w:after="20"/>
        <w:ind w:left="142"/>
      </w:pPr>
      <w:r>
        <w:rPr>
          <w:sz w:val="16"/>
        </w:rPr>
        <w:t>B. Ya, setiap dua sisi dan satu sudut selalu cukup,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C. Ya, karena semua segitiga dengan satu sudut sama sebangun.</w:t>
      </w:r>
    </w:p>
    <w:p>
      <w:pPr>
        <w:spacing w:after="20"/>
        <w:ind w:left="142"/>
      </w:pPr>
      <w:r>
        <w:rPr>
          <w:sz w:val="16"/>
        </w:rPr>
        <w:t>D. Tidak, karena kesebangunan hanya dapat dibuktikan dengan tiga sudut.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Korespondensi Titik" title="Visual soal 5: Korespondensi Titi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korespondensi titik, hasil tidak boleh ditentukan hanya dengan menebak angka; seluruh informasi pada visual harus digunakan. Notasi kesebangunan ditulis ΔABC ~ ΔDEF. Fokus analisis kelompok adalah menentukan urutan huruf pada notasi tersebut menunjukkan.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A bersesuaian D, B dengan E, dan C dengan F, karena urutan notasi kesebangunan menentukan korespondensi.</w:t>
      </w:r>
    </w:p>
    <w:p>
      <w:pPr>
        <w:spacing w:after="20"/>
        <w:ind w:left="142"/>
      </w:pPr>
      <w:r>
        <w:rPr>
          <w:sz w:val="16"/>
        </w:rPr>
        <w:t>B. A dengan E, B dengan F, C dengan D,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C. Sisi terpanjang selalu ditulis pertama,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D. Urutan tidak memiliki makna, karena salah satu besaran dianggap dapat ditukar perannya tanpa mengubah makna model matematika.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Sebangun Bukan Kongruen" title="Visual soal 6: Sebangun Bukan Kongrue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sebangun bukan kongruen dan meminta analisis matematis sebelum laporan disahkan. Segitiga A memiliki sudut 40°,60°,80° dan B 40°,60°,80°, tetapi ukuran sisi berbeda. Fokus analisis kelompok adalah menentukan pernyataan tepat.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Sebangun tetapi belum tentu kongruen, karena AAA menentukan bentuk, bukan ukuran.</w:t>
      </w:r>
    </w:p>
    <w:p>
      <w:pPr>
        <w:spacing w:after="20"/>
        <w:ind w:left="142"/>
      </w:pPr>
      <w:r>
        <w:rPr>
          <w:sz w:val="16"/>
        </w:rPr>
        <w:t>B. Kongruen karena semua sudut sama.</w:t>
      </w:r>
    </w:p>
    <w:p>
      <w:pPr>
        <w:spacing w:after="20"/>
        <w:ind w:left="142"/>
      </w:pPr>
      <w:r>
        <w:rPr>
          <w:sz w:val="16"/>
        </w:rPr>
        <w:t>C. Tidak sebangun karena sisi berbeda.</w:t>
      </w:r>
    </w:p>
    <w:p>
      <w:pPr>
        <w:spacing w:after="20"/>
        <w:ind w:left="142"/>
      </w:pPr>
      <w:r>
        <w:rPr>
          <w:sz w:val="16"/>
        </w:rPr>
        <w:t>D. Tidak dapat ditentukan karena sudut ketiga berlebih.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udit Pembuktian SSS" title="Visual soal 7: Audit Pembuktian SS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audit pembuktian sss, peserta didik membandingkan beberapa strategi untuk menemukan laporan yang paling sahih. Siswa membuktikan SSS dengan membandingkan 6/4, 9/6, dan 12/8; semuanya 1,5. Fokus analisis kelompok adalah menentukan penilaian yang benar.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Pembuktian valid jika sisi yang dibandingkan benar-benar bersesuaian, karena proporsi harus pada pasangan sisi yang tepat.</w:t>
      </w:r>
    </w:p>
    <w:p>
      <w:pPr>
        <w:spacing w:after="20"/>
        <w:ind w:left="142"/>
      </w:pPr>
      <w:r>
        <w:rPr>
          <w:sz w:val="16"/>
        </w:rPr>
        <w:t>B. Pembuktian selalu valid tanpa melihat korespondensi sisi,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C. Tidak valid karena rasio harus kurang dari 1.</w:t>
      </w:r>
    </w:p>
    <w:p>
      <w:pPr>
        <w:spacing w:after="20"/>
        <w:ind w:left="142"/>
      </w:pPr>
      <w:r>
        <w:rPr>
          <w:sz w:val="16"/>
        </w:rPr>
        <w:t>D. Tidak valid karena hanya sudut yang dapat membuktikan kesebangunan.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embuktian SSS Lengkap" title="Visual soal 8: Pembuktian SSS Lengk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Segitiga ABC memiliki sisi 6,8,10. Segitiga DEF memiliki sisi 9,12,15. Buktikan kesebangunan, tentukan korespondensi, dan faktor skala ABC ke DEF.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Pembuktian SAS" title="Visual soal 9: Pembuktian S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Dua segitiga memiliki sudut apit 45°. Sisi pengapit pada segitiga pertama 8 dan 12, pada kedua 14 dan 21. Buktikan kesebangunan dan tentukan rasio luasnya.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Mengevaluasi Kecukupan Data" title="Visual soal 10: Mengevaluasi Kecukupan Dat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Jelaskan mengapa dua segitiga dengan sisi 5 dan 8 serta satu sudut 30° belum tentu sebangun. Buat dua kemungkinan posisi sudut dan kaitkan dengan syarat SAS.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Dua pasang sudut sama cukup untuk segitiga.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kesebangunan dengan kongruensi.</w:t>
      </w:r>
    </w:p>
    <w:p>
      <w:pPr>
        <w:spacing w:after="40"/>
      </w:pPr>
      <w:r>
        <w:rPr>
          <w:b/>
        </w:rPr>
        <w:t xml:space="preserve">2. A - </w:t>
      </w:r>
      <w:r>
        <w:t>Ketiga sisi proporsional.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Memilih syarat tanpa data pendukung.</w:t>
      </w:r>
    </w:p>
    <w:p>
      <w:pPr>
        <w:spacing w:after="40"/>
      </w:pPr>
      <w:r>
        <w:rPr>
          <w:b/>
        </w:rPr>
        <w:t xml:space="preserve">3. A - </w:t>
      </w:r>
      <w:r>
        <w:t>Dua sisi proporsional dan sudut apit sama.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rasio atau salah syarat.</w:t>
      </w:r>
    </w:p>
    <w:p>
      <w:pPr>
        <w:spacing w:after="40"/>
      </w:pPr>
      <w:r>
        <w:rPr>
          <w:b/>
        </w:rPr>
        <w:t xml:space="preserve">4. A - </w:t>
      </w:r>
      <w:r>
        <w:t>Sisi-Sudut-Sisi mensyaratkan sudut apit.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SSA sebagai syarat yang selalu cukup.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Urutan notasi kesebangunan menentukan korespondensi.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urutan titik.</w:t>
      </w:r>
    </w:p>
    <w:p>
      <w:pPr>
        <w:spacing w:after="40"/>
      </w:pPr>
      <w:r>
        <w:rPr>
          <w:b/>
        </w:rPr>
        <w:t xml:space="preserve">6. A - </w:t>
      </w:r>
      <w:r>
        <w:t>AAA menentukan bentuk, bukan ukuran.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kesamaan sudut dengan ukuran sama.</w:t>
      </w:r>
    </w:p>
    <w:p>
      <w:pPr>
        <w:spacing w:after="40"/>
      </w:pPr>
      <w:r>
        <w:rPr>
          <w:b/>
        </w:rPr>
        <w:t xml:space="preserve">7. A - </w:t>
      </w:r>
      <w:r>
        <w:t>Proporsi harus pada pasangan sisi yang tepat.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korespondensi.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Rasio 9/6=12/8=15/10=1,5; sebangun SSS. Jika sisi diurutkan, AB↔DE, BC↔EF, AC↔DF; faktor 1,5.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Urutkan sisi dari pendek ke panjang.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Hitung tiga rasio bersesuaian.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Tuliskan notasi kesebangunan sesuai korespondensi.</w:t>
      </w:r>
    </w:p>
    <w:p>
      <w:r>
        <w:rPr>
          <w:b/>
        </w:rPr>
        <w:t xml:space="preserve">Soal 9 - Kunci ringkas: </w:t>
      </w:r>
      <w:r>
        <w:t>14/8=21/12=7/4, sudut apit sama, jadi SAS. Rasio luas=(7/4)²=49/16.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Bandingkan dua pasang sisi pengapit.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Pastikan sudut yang sama adalah sudut apit.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Kuadratkan faktor skala untuk rasio luas.</w:t>
      </w:r>
    </w:p>
    <w:p>
      <w:r>
        <w:rPr>
          <w:b/>
        </w:rPr>
        <w:t xml:space="preserve">Soal 10 - Kunci ringkas: </w:t>
      </w:r>
      <w:r>
        <w:t>Jika 30° merupakan sudut apit dan rasio dua sisi cocok dengan segitiga lain, SAS dapat digunakan. Jika bukan sudut apit, data SSA dapat menghasilkan bentuk berbeda sehingga belum cukup.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Identifikasi arti sudut apit.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Bandingkan posisi sudut terhadap dua sisi.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Jelaskan keterbatasan data SSA.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