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b/>
          <w:color w:val="2D6A8A"/>
          <w:sz w:val="34"/>
        </w:rPr>
        <w:t>PAKET SOAL VISUAL-KONTEKSTUAL</w:t>
      </w:r>
    </w:p>
    <w:p>
      <w:pPr>
        <w:jc w:val="center"/>
      </w:pPr>
      <w:r>
        <w:rPr>
          <w:b/>
          <w:color w:val="173B57"/>
          <w:sz w:val="44"/>
        </w:rPr>
        <w:t>HUBUNGAN ANTAR SUDUT</w:t>
      </w:r>
    </w:p>
    <w:p>
      <w:pPr>
        <w:jc w:val="center"/>
      </w:pPr>
      <w:r>
        <w:rPr>
          <w:color w:val="E8A73E"/>
          <w:sz w:val="22"/>
        </w:rPr>
        <w:t>Matematika - Fase D / Kelas VII - Materi 28 (5.1)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Mata Pelajaran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Matematika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Materi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28 - 5.1 Hubungan Antar Sudut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Komposisi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 pilihan ganda + 3 esai scaffolding</w:t>
            </w:r>
          </w:p>
        </w:tc>
      </w:tr>
      <w:tr>
        <w:tc>
          <w:tcPr>
            <w:tcW w:type="dxa" w:w="2551"/>
            <w:shd w:fill="EDF4F7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b/>
              </w:rPr>
              <w:t>Alokasi Waktu</w:t>
            </w:r>
          </w:p>
        </w:tc>
        <w:tc>
          <w:tcPr>
            <w:tcW w:type="dxa" w:w="6803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t>75 menit</w:t>
            </w:r>
          </w:p>
        </w:tc>
      </w:tr>
    </w:tbl>
    <w:p>
      <w:r>
        <w:rPr>
          <w:b/>
        </w:rPr>
        <w:t>Tujuan Pembelajaran</w:t>
        <w:br/>
      </w:r>
      <w:r>
        <w:t>Peserta didik dapat mengidentifikasi dan menggunakan hubungan sudut bertolak belakang, sehadap, berseberangan, sepihak, dan berpelurus pada garis sejajar dengan tepat.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4F7"/>
          </w:tcPr>
          <w:p>
            <w:r>
              <w:t>Nama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Kelas/Absen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Tanggal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  <w:tr>
        <w:tc>
          <w:tcPr>
            <w:tcW w:type="dxa" w:w="5131"/>
            <w:shd w:fill="EDF4F7"/>
          </w:tcPr>
          <w:p>
            <w:r>
              <w:t>Nilai</w:t>
            </w:r>
          </w:p>
        </w:tc>
        <w:tc>
          <w:tcPr>
            <w:tcW w:type="dxa" w:w="5131"/>
          </w:tcPr>
          <w:p>
            <w:r>
              <w:t>........................................................</w:t>
            </w:r>
          </w:p>
        </w:tc>
      </w:tr>
    </w:tbl>
    <w:p>
      <w:r>
        <w:rPr>
          <w:b/>
        </w:rPr>
        <w:t xml:space="preserve">Petunjuk: </w:t>
      </w:r>
      <w:r>
        <w:t>Baca stimulus dan visual dengan teliti. Pilih jawaban beserta alasan yang paling tepat. Untuk esai, kerjakan mandiri terlebih dahulu; bantuan diberikan bertahap setelah jawaban diperiksa.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1 - KISI-KISI DAN PETA KOMPETENSI</w:t>
            </w:r>
          </w:p>
        </w:tc>
      </w:tr>
    </w:tbl>
    <w:p>
      <w:pPr>
        <w:spacing w:after="0"/>
      </w:pPr>
    </w:p>
    <w:p>
      <w:r>
        <w:rPr>
          <w:b/>
        </w:rPr>
        <w:t xml:space="preserve">Fokus kompetensi: </w:t>
      </w:r>
      <w:r>
        <w:t>Peserta didik dapat mengidentifikasi dan menggunakan hubungan sudut bertolak belakang, sehadap, berseberangan, sepihak, dan berpelurus pada garis sejajar dengan tepat.</w:t>
      </w:r>
    </w:p>
    <w:p>
      <w:r>
        <w:rPr>
          <w:b/>
        </w:rPr>
        <w:t xml:space="preserve">Keterkaitan disiplin ilmu: </w:t>
      </w:r>
      <w:r>
        <w:t>Arsitektur dan konstruksi garis sejajar.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No.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Bentuk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Indikator yang Diukur</w:t>
            </w:r>
          </w:p>
        </w:tc>
        <w:tc>
          <w:tcPr>
            <w:tcW w:type="dxa" w:w="2052"/>
            <w:shd w:fill="173B57"/>
          </w:tcPr>
          <w:p>
            <w:r>
              <w:rPr>
                <w:b/>
                <w:color w:val="FFFFFF"/>
              </w:rPr>
              <w:t>Konteks Visual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Berdasarkan seluruh data pada visual, laporan manakah yang memuat hasil dan alasan matem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Sudut Bertolak Belakang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2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C2/C3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Empat kelompok menyampaikan hasil berbeda. Laporan manakah yang paling dapat dipertanggu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Sudut Sehadap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3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Strategi manakah yang menggunakan hubungan antarbesaran secara benar dan menghasilkan si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Sudut Berseberangan Dalam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data, satuan, dan aturan matematis diperiksa, pernyataan manakah yang layak dite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Sudut Dalam Sepihak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Keputusan manakah yang paling tepat apabila seluruh informasi pada visual dan konteks ma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Pasangan Berpelurus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6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Manakah analisis yang menunjukkan proses, hasil, dan justifikasi matematis secara benar?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Menguji Kesejajaran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7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PG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C3/C4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Setelah hasil diverifikasi terhadap data pada visual, laporan kelompok manakah yang seha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Audit Hubungan Sudut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8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Dua garis sejajar dipotong transversal. Sudut A=(4x+8)° dan sudut dalam berseberangan B=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Jaringan Sudut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9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Pada rancangan atap, dua balok sejajar dipotong penyangga. Satu sudut luar 125°. Tentuka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Rangka Atap</w:t>
            </w:r>
          </w:p>
        </w:tc>
      </w:tr>
      <w:tr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10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Esai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C4/C5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Rancang dua garis yang dipotong transversal dengan pasangan sudut sehadap (3x+15)° dan (</w:t>
            </w:r>
          </w:p>
        </w:tc>
        <w:tc>
          <w:tcPr>
            <w:tcW w:type="dxa" w:w="2052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after="0" w:line="216" w:lineRule="auto"/>
            </w:pPr>
            <w:r>
              <w:rPr>
                <w:sz w:val="13"/>
              </w:rPr>
              <w:t>Mendesain Garis Sejajar</w:t>
            </w:r>
          </w:p>
        </w:tc>
      </w:tr>
    </w:tbl>
    <w:p>
      <w:r>
        <w:rPr>
          <w:b/>
        </w:rPr>
        <w:t xml:space="preserve">Standar kualitas: </w:t>
      </w:r>
      <w:r>
        <w:t>setiap visual menyediakan data penting; opsi memuat hasil dan alasan; pengecoh merepresentasikan miskonsepsi; esai menilai pemodelan, proses, verifikasi, dan kesimpulan.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1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1" name="Picture 1" descr="Visual soal 1: Sudut Bertolak Belakang" title="Visual soal 1: Sudut Bertolak Belaka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1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kegiatan sudut bertolak belakang, satu kelompok peserta didik diminta menelaah seluruh data pada visual sebelum menyampaikan keputusan. Dua garis berpotongan membentuk sudut 68° dan sudut yang tepat berhadapan dengannya diberi label x. Fokus analisis kelompok adalah menentukan nilai x dan alasannya.</w:t>
      </w:r>
    </w:p>
    <w:p>
      <w:r>
        <w:rPr>
          <w:b/>
          <w:sz w:val="18"/>
        </w:rPr>
        <w:t>Berdasarkan seluruh data pada visual, laporan manakah yang memuat hasil dan alasan matematis paling tepat?</w:t>
      </w:r>
    </w:p>
    <w:p>
      <w:pPr>
        <w:spacing w:after="20"/>
        <w:ind w:left="142"/>
      </w:pPr>
      <w:r>
        <w:rPr>
          <w:sz w:val="16"/>
        </w:rPr>
        <w:t>A. 68° karena sudut bertolak belakang sama besar.</w:t>
      </w:r>
    </w:p>
    <w:p>
      <w:pPr>
        <w:spacing w:after="20"/>
        <w:ind w:left="142"/>
      </w:pPr>
      <w:r>
        <w:rPr>
          <w:sz w:val="16"/>
        </w:rPr>
        <w:t>B. 112° karena semua sudut pada titik potong sama-sama berpelurus.</w:t>
      </w:r>
    </w:p>
    <w:p>
      <w:pPr>
        <w:spacing w:after="20"/>
        <w:ind w:left="142"/>
      </w:pPr>
      <w:r>
        <w:rPr>
          <w:sz w:val="16"/>
        </w:rPr>
        <w:t>C. 34° karena sudut dibagi dua.</w:t>
      </w:r>
    </w:p>
    <w:p>
      <w:pPr>
        <w:spacing w:after="20"/>
        <w:ind w:left="142"/>
      </w:pPr>
      <w:r>
        <w:rPr>
          <w:sz w:val="16"/>
        </w:rPr>
        <w:t>D. 180° karena dua garis berpotongan.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2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2" name="Picture 2" descr="Visual soal 2: Sudut Sehadap" title="Visual soal 2: Sudut Sehada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2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Tim penelaah pada kegiatan sudut sehadap menerima data visual yang harus diperiksa ketepatan hubungan, operasi, dan satuannya. Dua garis sejajar dipotong sebuah transversal. Sudut sehadap dengan sudut 75° diberi label y. Fokus analisis kelompok adalah menentukan nilai y.</w:t>
      </w:r>
    </w:p>
    <w:p>
      <w:r>
        <w:rPr>
          <w:b/>
          <w:sz w:val="18"/>
        </w:rPr>
        <w:t>Empat kelompok menyampaikan hasil berbeda. Laporan manakah yang paling dapat dipertanggungjawabkan berdasarkan konsep yang dipelajari?</w:t>
      </w:r>
    </w:p>
    <w:p>
      <w:pPr>
        <w:spacing w:after="20"/>
        <w:ind w:left="142"/>
      </w:pPr>
      <w:r>
        <w:rPr>
          <w:sz w:val="16"/>
        </w:rPr>
        <w:t>A. 75° karena sudut sehadap pada garis sejajar sama besar.</w:t>
      </w:r>
    </w:p>
    <w:p>
      <w:pPr>
        <w:spacing w:after="20"/>
        <w:ind w:left="142"/>
      </w:pPr>
      <w:r>
        <w:rPr>
          <w:sz w:val="16"/>
        </w:rPr>
        <w:t>B. 105° karena sudut sehadap selalu berjumlah 180°.</w:t>
      </w:r>
    </w:p>
    <w:p>
      <w:pPr>
        <w:spacing w:after="20"/>
        <w:ind w:left="142"/>
      </w:pPr>
      <w:r>
        <w:rPr>
          <w:sz w:val="16"/>
        </w:rPr>
        <w:t>C. 37,5° karena sudut dibagi dua.</w:t>
      </w:r>
    </w:p>
    <w:p>
      <w:pPr>
        <w:spacing w:after="20"/>
        <w:ind w:left="142"/>
      </w:pPr>
      <w:r>
        <w:rPr>
          <w:sz w:val="16"/>
        </w:rPr>
        <w:t>D. Tidak dapat ditentukan walaupun garis sejajar, karena salah satu besaran dianggap dapat ditukar perannya tanpa mengubah makna model matematika.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3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3" name="Picture 3" descr="Visual soal 3: Sudut Berseberangan Dalam" title="Visual soal 3: Sudut Berseberangan Dalam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3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simulasi sudut berseberangan dalam, empat kelompok memperoleh laporan berbeda sehingga setiap langkah perlu diverifikasi berdasarkan data. Sudut dalam berseberangan pada dua garis sejajar masing-masing (3x+10)° dan (5x-30)°. Fokus analisis kelompok adalah menentukan nilai x.</w:t>
      </w:r>
    </w:p>
    <w:p>
      <w:r>
        <w:rPr>
          <w:b/>
          <w:sz w:val="18"/>
        </w:rPr>
        <w:t>Strategi manakah yang menggunakan hubungan antarbesaran secara benar dan menghasilkan simpulan yang konsisten dengan visual?</w:t>
      </w:r>
    </w:p>
    <w:p>
      <w:pPr>
        <w:spacing w:after="20"/>
        <w:ind w:left="142"/>
      </w:pPr>
      <w:r>
        <w:rPr>
          <w:sz w:val="16"/>
        </w:rPr>
        <w:t>A. 20 karena 3x+10=5x-30.</w:t>
      </w:r>
    </w:p>
    <w:p>
      <w:pPr>
        <w:spacing w:after="20"/>
        <w:ind w:left="142"/>
      </w:pPr>
      <w:r>
        <w:rPr>
          <w:sz w:val="16"/>
        </w:rPr>
        <w:t>B. 10 karena kedua sudut dijumlahkan menjadi 180°.</w:t>
      </w:r>
    </w:p>
    <w:p>
      <w:pPr>
        <w:spacing w:after="20"/>
        <w:ind w:left="142"/>
      </w:pPr>
      <w:r>
        <w:rPr>
          <w:sz w:val="16"/>
        </w:rPr>
        <w:t>C. 35 karena koefisien dijumlahkan.</w:t>
      </w:r>
    </w:p>
    <w:p>
      <w:pPr>
        <w:spacing w:after="20"/>
        <w:ind w:left="142"/>
      </w:pPr>
      <w:r>
        <w:rPr>
          <w:sz w:val="16"/>
        </w:rPr>
        <w:t>D. 70 karena x sama dengan nilai sudut.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4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4" name="Picture 4" descr="Visual soal 4: Sudut Dalam Sepihak" title="Visual soal 4: Sudut Dalam Sepiha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4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Guru menampilkan visual sudut dalam sepihak sebagai sumber data utama dan meminta peserta didik mempertanggungjawabkan simpulannya. Dua sudut dalam sepihak berukuran 112° dan z pada garis sejajar. Fokus analisis kelompok adalah menentukan nilai z.</w:t>
      </w:r>
    </w:p>
    <w:p>
      <w:r>
        <w:rPr>
          <w:b/>
          <w:sz w:val="18"/>
        </w:rPr>
        <w:t>Setelah data, satuan, dan aturan matematis diperiksa, pernyataan manakah yang layak diterima?</w:t>
      </w:r>
    </w:p>
    <w:p>
      <w:pPr>
        <w:spacing w:after="20"/>
        <w:ind w:left="142"/>
      </w:pPr>
      <w:r>
        <w:rPr>
          <w:sz w:val="16"/>
        </w:rPr>
        <w:t>A. 68° karena sudut dalam sepihak berjumlah 180°.</w:t>
      </w:r>
    </w:p>
    <w:p>
      <w:pPr>
        <w:spacing w:after="20"/>
        <w:ind w:left="142"/>
      </w:pPr>
      <w:r>
        <w:rPr>
          <w:sz w:val="16"/>
        </w:rPr>
        <w:t>B. 112° karena semua sudut dalam sama besar.</w:t>
      </w:r>
    </w:p>
    <w:p>
      <w:pPr>
        <w:spacing w:after="20"/>
        <w:ind w:left="142"/>
      </w:pPr>
      <w:r>
        <w:rPr>
          <w:sz w:val="16"/>
        </w:rPr>
        <w:t>C. 56° karena 112 dibagi dua.</w:t>
      </w:r>
    </w:p>
    <w:p>
      <w:pPr>
        <w:spacing w:after="20"/>
        <w:ind w:left="142"/>
      </w:pPr>
      <w:r>
        <w:rPr>
          <w:sz w:val="16"/>
        </w:rPr>
        <w:t>D. 292° karena 180 ditambah 112.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5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5" name="Picture 5" descr="Visual soal 5: Pasangan Berpelurus" title="Visual soal 5: Pasangan Berpeluru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5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Dalam proyek pasangan berpelurus, hasil tidak boleh ditentukan hanya dengan menebak angka; seluruh informasi pada visual harus digunakan. Pada satu garis lurus, dua sudut berdekatan adalah (2a+15)° dan (3a+10)°. Fokus analisis kelompok adalah menentukan nilai a.</w:t>
      </w:r>
    </w:p>
    <w:p>
      <w:r>
        <w:rPr>
          <w:b/>
          <w:sz w:val="18"/>
        </w:rPr>
        <w:t>Keputusan manakah yang paling tepat apabila seluruh informasi pada visual dan konteks masalah digunakan?</w:t>
      </w:r>
    </w:p>
    <w:p>
      <w:pPr>
        <w:spacing w:after="20"/>
        <w:ind w:left="142"/>
      </w:pPr>
      <w:r>
        <w:rPr>
          <w:sz w:val="16"/>
        </w:rPr>
        <w:t>A. 31 karena 5a+25=180.</w:t>
      </w:r>
    </w:p>
    <w:p>
      <w:pPr>
        <w:spacing w:after="20"/>
        <w:ind w:left="142"/>
      </w:pPr>
      <w:r>
        <w:rPr>
          <w:sz w:val="16"/>
        </w:rPr>
        <w:t>B. 25 karena kedua koefisien dijumlahkan.</w:t>
      </w:r>
    </w:p>
    <w:p>
      <w:pPr>
        <w:spacing w:after="20"/>
        <w:ind w:left="142"/>
      </w:pPr>
      <w:r>
        <w:rPr>
          <w:sz w:val="16"/>
        </w:rPr>
        <w:t>C. 36 karena masing-masing sudut dianggap 90°.</w:t>
      </w:r>
    </w:p>
    <w:p>
      <w:pPr>
        <w:spacing w:after="20"/>
        <w:ind w:left="142"/>
      </w:pPr>
      <w:r>
        <w:rPr>
          <w:sz w:val="16"/>
        </w:rPr>
        <w:t>D. 155 karena 180-25 tanpa membagi 5.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6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6" name="Picture 6" descr="Visual soal 6: Menguji Kesejajaran" title="Visual soal 6: Menguji Kesejajaran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6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Seorang petugas melakukan pemeriksaan pada konteks menguji kesejajaran dan meminta analisis matematis sebelum laporan disahkan. Pada sebuah gambar, sudut sehadap terukur 82° dan 82°. Fokus analisis kelompok adalah menentukan kesimpulan yang dapat dibuat.</w:t>
      </w:r>
    </w:p>
    <w:p>
      <w:r>
        <w:rPr>
          <w:b/>
          <w:sz w:val="18"/>
        </w:rPr>
        <w:t>Manakah analisis yang menunjukkan proses, hasil, dan justifikasi matematis secara benar?</w:t>
      </w:r>
    </w:p>
    <w:p>
      <w:pPr>
        <w:spacing w:after="20"/>
        <w:ind w:left="142"/>
      </w:pPr>
      <w:r>
        <w:rPr>
          <w:sz w:val="16"/>
        </w:rPr>
        <w:t>A. Kedua garis dapat dinyatakan sejajar berdasarkan kebalikan sifat sudut sehadap.</w:t>
      </w:r>
    </w:p>
    <w:p>
      <w:pPr>
        <w:spacing w:after="20"/>
        <w:ind w:left="142"/>
      </w:pPr>
      <w:r>
        <w:rPr>
          <w:sz w:val="16"/>
        </w:rPr>
        <w:t>B. Kedua garis pasti tegak lurus, karena angka pada visual dianggap dapat langsung dioperasikan tanpa memeriksa bentuk, satuan, atau hubungan yang disyaratkan.</w:t>
      </w:r>
    </w:p>
    <w:p>
      <w:pPr>
        <w:spacing w:after="20"/>
        <w:ind w:left="142"/>
      </w:pPr>
      <w:r>
        <w:rPr>
          <w:sz w:val="16"/>
        </w:rPr>
        <w:t>C. Kedua garis berimpit karena sudutnya sama.</w:t>
      </w:r>
    </w:p>
    <w:p>
      <w:pPr>
        <w:spacing w:after="20"/>
        <w:ind w:left="142"/>
      </w:pPr>
      <w:r>
        <w:rPr>
          <w:sz w:val="16"/>
        </w:rPr>
        <w:t>D. Tidak ada hubungan yang dapat disimpulkan, karena hanya sebagian informasi pada visual digunakan dan tahap verifikasi hasil diabaikan.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2 - NASKAH SOAL SISWA | PILIHAN GANDA 7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343400" cy="2443162"/>
            <wp:docPr id="7" name="Picture 7" descr="Visual soal 7: Audit Hubungan Sudut" title="Visual soal 7: Audit Hubungan Sudu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4431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 xml:space="preserve">SOAL 7  </w:t>
      </w:r>
      <w:r>
        <w:rPr>
          <w:b/>
          <w:color w:val="E8A73E"/>
        </w:rPr>
        <w:t>C2/C3/C4 - Penalaran</w:t>
      </w:r>
    </w:p>
    <w:p>
      <w:pPr>
        <w:spacing w:after="40"/>
      </w:pPr>
      <w:r>
        <w:rPr>
          <w:sz w:val="17"/>
        </w:rPr>
        <w:t>Pada diskusi kelas tentang audit hubungan sudut, peserta didik membandingkan beberapa strategi untuk menemukan laporan yang paling sahih. Siswa menyatakan sudut bertolak belakang selalu berjumlah 180°. Fokus analisis kelompok adalah menentukan perbaikan yang benar.</w:t>
      </w:r>
    </w:p>
    <w:p>
      <w:r>
        <w:rPr>
          <w:b/>
          <w:sz w:val="18"/>
        </w:rPr>
        <w:t>Setelah hasil diverifikasi terhadap data pada visual, laporan kelompok manakah yang seharusnya dipilih?</w:t>
      </w:r>
    </w:p>
    <w:p>
      <w:pPr>
        <w:spacing w:after="20"/>
        <w:ind w:left="142"/>
      </w:pPr>
      <w:r>
        <w:rPr>
          <w:sz w:val="16"/>
        </w:rPr>
        <w:t>A. Sudut bertolak belakang sama besar; pasangan berdekatan pada garis lurus yang berjumlah 180°, karena bedakan pasangan berhadapan dan pasangan berdekatan.</w:t>
      </w:r>
    </w:p>
    <w:p>
      <w:pPr>
        <w:spacing w:after="20"/>
        <w:ind w:left="142"/>
      </w:pPr>
      <w:r>
        <w:rPr>
          <w:sz w:val="16"/>
        </w:rPr>
        <w:t>B. Pernyataan benar untuk semua perpotongan, karena salah satu besaran dianggap dapat ditukar perannya tanpa mengubah makna model matematika.</w:t>
      </w:r>
    </w:p>
    <w:p>
      <w:pPr>
        <w:spacing w:after="20"/>
        <w:ind w:left="142"/>
      </w:pPr>
      <w:r>
        <w:rPr>
          <w:sz w:val="16"/>
        </w:rPr>
        <w:t>C. Sudut bertolak belakang selalu 90°, karena hanya sebagian informasi pada visual digunakan dan tahap verifikasi hasil diabaikan.</w:t>
      </w:r>
    </w:p>
    <w:p>
      <w:pPr>
        <w:spacing w:after="20"/>
        <w:ind w:left="142"/>
      </w:pPr>
      <w:r>
        <w:rPr>
          <w:sz w:val="16"/>
        </w:rPr>
        <w:t>D. Sudut bertolak belakang tidak memiliki hubungan, karena angka pada visual dianggap dapat langsung dioperasikan tanpa memeriksa bentuk, satuan, atau hubungan yang disyaratkan.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8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8" name="Picture 8" descr="Visual soal 8: Jaringan Sudut" title="Visual soal 8: Jaringan Sudut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8 - JAWABAN MANDIRI</w:t>
      </w:r>
    </w:p>
    <w:p>
      <w:pPr>
        <w:spacing w:after="60"/>
      </w:pPr>
      <w:r>
        <w:t>Dua garis sejajar dipotong transversal. Sudut A=(4x+8)° dan sudut dalam berseberangan B=(6x-32)°. Tentukan x, ukuran kedua sudut, dan dua sudut lain yang berpelurus dengannya.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9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9" name="Picture 9" descr="Visual soal 9: Rangka Atap" title="Visual soal 9: Rangka Atap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0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9 - JAWABAN MANDIRI</w:t>
      </w:r>
    </w:p>
    <w:p>
      <w:pPr>
        <w:spacing w:after="60"/>
      </w:pPr>
      <w:r>
        <w:t>Pada rancangan atap, dua balok sejajar dipotong penyangga. Satu sudut luar 125°. Tentukan semua ukuran sudut yang mungkin pada dua titik potong dan jelaskan pola pengulangannya.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3 - ESAI SCAFFOLDING | SOAL 10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709160" cy="2648902"/>
            <wp:docPr id="10" name="Picture 10" descr="Visual soal 10: Mendesain Garis Sejajar" title="Visual soal 10: Mendesain Garis Sejaja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sual_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26489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color w:val="173B57"/>
          <w:sz w:val="24"/>
        </w:rPr>
        <w:t>SOAL 10 - JAWABAN MANDIRI</w:t>
      </w:r>
    </w:p>
    <w:p>
      <w:pPr>
        <w:spacing w:after="60"/>
      </w:pPr>
      <w:r>
        <w:t>Rancang dua garis yang dipotong transversal dengan pasangan sudut sehadap (3x+15)° dan (5x-25)°. Tentukan x agar garis sejajar, lalu jelaskan kebalikan sifat yang digunakan.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pPr>
        <w:spacing w:after="20" w:line="240" w:lineRule="auto"/>
      </w:pPr>
      <w:r>
        <w:rPr>
          <w:color w:val="788287"/>
          <w:sz w:val="16"/>
        </w:rPr>
        <w:t>....................................................................................................................................</w:t>
      </w:r>
    </w:p>
    <w:p>
      <w:r>
        <w:rPr>
          <w:i/>
          <w:sz w:val="16"/>
        </w:rPr>
        <w:t>Catatan guru: buka Bantuan 1 hanya setelah siswa mencoba mandiri; lanjutkan Bantuan 2 dan 3 secara progresif bila masih diperlukan.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KUNCI, PEMBAHASAN, DAN MISKONSEPSI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1. A - </w:t>
      </w:r>
      <w:r>
        <w:t>Sudut bertolak belakang sama besar.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hubungan berpelurus pada pasangan yang salah.</w:t>
      </w:r>
    </w:p>
    <w:p>
      <w:pPr>
        <w:spacing w:after="40"/>
      </w:pPr>
      <w:r>
        <w:rPr>
          <w:b/>
        </w:rPr>
        <w:t xml:space="preserve">2. A - </w:t>
      </w:r>
      <w:r>
        <w:t>Sudut sehadap sama besar jika garis sejajar.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Menyamakan sehadap dengan sepihak.</w:t>
      </w:r>
    </w:p>
    <w:p>
      <w:pPr>
        <w:spacing w:after="40"/>
      </w:pPr>
      <w:r>
        <w:rPr>
          <w:b/>
        </w:rPr>
        <w:t xml:space="preserve">3. A - </w:t>
      </w:r>
      <w:r>
        <w:t>Sudut dalam berseberangan sama besar.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Menggunakan hubungan sepihak atau salah aljabar.</w:t>
      </w:r>
    </w:p>
    <w:p>
      <w:pPr>
        <w:spacing w:after="40"/>
      </w:pPr>
      <w:r>
        <w:rPr>
          <w:b/>
        </w:rPr>
        <w:t xml:space="preserve">4. A - </w:t>
      </w:r>
      <w:r>
        <w:t>Pasangan sepihak saling suplementer.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Menganggap semua sudut pada garis sejajar sama.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4 - KUNCI DAN BANTUAN ESAI (LANJUTAN)</w:t>
            </w:r>
          </w:p>
        </w:tc>
      </w:tr>
    </w:tbl>
    <w:p>
      <w:pPr>
        <w:spacing w:after="0"/>
      </w:pPr>
    </w:p>
    <w:p>
      <w:pPr>
        <w:spacing w:after="40"/>
      </w:pPr>
      <w:r>
        <w:rPr>
          <w:b/>
        </w:rPr>
        <w:t xml:space="preserve">5. A - </w:t>
      </w:r>
      <w:r>
        <w:t>Sudut berpelurus berjumlah 180°.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Berhenti sebelum menyelesaikan persamaan.</w:t>
      </w:r>
    </w:p>
    <w:p>
      <w:pPr>
        <w:spacing w:after="40"/>
      </w:pPr>
      <w:r>
        <w:rPr>
          <w:b/>
        </w:rPr>
        <w:t xml:space="preserve">6. A - </w:t>
      </w:r>
      <w:r>
        <w:t>Kesamaan sudut sehadap dapat menjadi syarat garis sejajar.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Menyimpulkan jenis garis yang tidak relevan.</w:t>
      </w:r>
    </w:p>
    <w:p>
      <w:pPr>
        <w:spacing w:after="40"/>
      </w:pPr>
      <w:r>
        <w:rPr>
          <w:b/>
        </w:rPr>
        <w:t xml:space="preserve">7. A - </w:t>
      </w:r>
      <w:r>
        <w:t>Bedakan pasangan berhadapan dan pasangan berdekatan.</w:t>
      </w:r>
    </w:p>
    <w:p>
      <w:pPr>
        <w:spacing w:after="60"/>
        <w:ind w:left="227"/>
      </w:pPr>
      <w:r>
        <w:rPr>
          <w:b/>
        </w:rPr>
        <w:t xml:space="preserve">Miskonsepsi sasaran: </w:t>
      </w:r>
      <w:r>
        <w:t>Mencampur dua jenis hubungan sudut.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5 - SCAFFOLDING ESAI DAN RUBRIK</w:t>
            </w:r>
          </w:p>
        </w:tc>
      </w:tr>
    </w:tbl>
    <w:p>
      <w:pPr>
        <w:spacing w:after="0"/>
      </w:pPr>
    </w:p>
    <w:p>
      <w:r>
        <w:rPr>
          <w:b/>
        </w:rPr>
        <w:t xml:space="preserve">Soal 8 - Kunci ringkas: </w:t>
      </w:r>
      <w:r>
        <w:t>4x+8=6x-32, x=20. A=B=88°. Sudut berpelurus masing-masing 92°.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Tentukan hubungan A dan B.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Buat persamaan dan selesaikan x.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Gunakan jumlah 180° untuk sudut berdekatan.</w:t>
      </w:r>
    </w:p>
    <w:p>
      <w:r>
        <w:rPr>
          <w:b/>
        </w:rPr>
        <w:t xml:space="preserve">Soal 9 - Kunci ringkas: </w:t>
      </w:r>
      <w:r>
        <w:t>Sudut-sudutnya hanya 125° dan 55°. Sudut bertolak belakang dan sehadap sama; sudut berpelurus dan sepihak menjumlah 180°.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Cari sudut pelengkap 125°.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Gunakan bertolak belakang pada titik pertama.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Pindahkan ukuran melalui sudut sehadap ke titik kedua.</w:t>
      </w:r>
    </w:p>
    <w:p>
      <w:r>
        <w:rPr>
          <w:b/>
        </w:rPr>
        <w:t xml:space="preserve">Soal 10 - Kunci ringkas: </w:t>
      </w:r>
      <w:r>
        <w:t>Samakan sudut: 3x+15=5x-25, x=20, keduanya 75°. Kesamaan sudut sehadap membuktikan garis sejajar.</w:t>
      </w:r>
    </w:p>
    <w:p>
      <w:pPr>
        <w:spacing w:after="20"/>
        <w:ind w:left="198"/>
      </w:pPr>
      <w:r>
        <w:rPr>
          <w:b/>
        </w:rPr>
        <w:t xml:space="preserve">Bantuan 1: </w:t>
      </w:r>
      <w:r>
        <w:t>Gunakan syarat kebalikan sudut sehadap.</w:t>
      </w:r>
    </w:p>
    <w:p>
      <w:pPr>
        <w:spacing w:after="20"/>
        <w:ind w:left="198"/>
      </w:pPr>
      <w:r>
        <w:rPr>
          <w:b/>
        </w:rPr>
        <w:t xml:space="preserve">Bantuan 2: </w:t>
      </w:r>
      <w:r>
        <w:t>Buat persamaan kesamaan sudut.</w:t>
      </w:r>
    </w:p>
    <w:p>
      <w:pPr>
        <w:spacing w:after="20"/>
        <w:ind w:left="198"/>
      </w:pPr>
      <w:r>
        <w:rPr>
          <w:b/>
        </w:rPr>
        <w:t xml:space="preserve">Bantuan 3: </w:t>
      </w:r>
      <w:r>
        <w:t>Hitung ukuran dan nyatakan kesimpulan garis.</w:t>
      </w:r>
    </w:p>
    <w:p>
      <w:r>
        <w:rPr>
          <w:b/>
        </w:rPr>
        <w:t xml:space="preserve">Rubrik setiap esai (maksimum 6): </w:t>
      </w:r>
      <w:r>
        <w:t>memahami informasi 1; membangun model/strategi 1; proses hitung/logika 2; hasil tepat 1; kesimpulan dan verifikasi 1.</w:t>
      </w:r>
    </w:p>
    <w:p>
      <w:r>
        <w:rPr>
          <w:b/>
        </w:rPr>
        <w:t xml:space="preserve">Skor keseluruhan: </w:t>
      </w:r>
      <w:r>
        <w:t>PG 7 poin + Esai 18 poin = 25 poin. Nilai = skor perolehan / 25 x 100.</w:t>
      </w: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173B57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30"/>
              </w:rPr>
              <w:t>BAGIAN 6 - AUDIT MUTU PAKET</w:t>
            </w:r>
          </w:p>
        </w:tc>
      </w:tr>
    </w:tbl>
    <w:p>
      <w:pPr>
        <w:spacing w:after="0"/>
      </w:pPr>
    </w:p>
    <w:p>
      <w:r>
        <w:t>✓ Tujuan pembelajaran, stimulus, visual, dan indikator selaras.</w:t>
      </w:r>
    </w:p>
    <w:p>
      <w:r>
        <w:t>✓ Tujuh pilihan ganda menuntut interpretasi atau penerapan, bukan sekadar menyalin angka.</w:t>
      </w:r>
    </w:p>
    <w:p>
      <w:r>
        <w:t>✓ Pilihan jawaban memuat hasil sekaligus alasan; pengecoh berbasis miskonsepsi.</w:t>
      </w:r>
    </w:p>
    <w:p>
      <w:r>
        <w:t>✓ Tiga esai menyediakan bantuan progresif dan rubrik analitik.</w:t>
      </w:r>
    </w:p>
    <w:p>
      <w:r>
        <w:t>✓ Visual tidak memuat penanda jawaban benar dan dilengkapi teks alternatif.</w:t>
      </w:r>
    </w:p>
    <w:p>
      <w:r>
        <w:t>✓ Satuan, simbol, operasi, kunci, dan pembahasan telah diperiksa konsistensinya.</w:t>
      </w:r>
    </w:p>
    <w:p>
      <w:r>
        <w:t>✓ Dokumen siap digunakan untuk asesmen formatif, latihan, atau pengayaan.</w:t>
      </w:r>
    </w:p>
    <w:p>
      <w:r>
        <w:rPr>
          <w:b/>
        </w:rPr>
        <w:t xml:space="preserve">Catatan penggunaan: </w:t>
      </w:r>
      <w:r>
        <w:t>Guru dapat menyesuaikan waktu, angka, dan konteks lokal tanpa mengubah kompetensi yang dinilai. Untuk menjaga validitas, visual dan batang soal harus tetap dipertahankan sebagai satu kesatuan.</w:t>
      </w:r>
    </w:p>
    <w:sectPr w:rsidR="00FC693F" w:rsidRPr="0006063C" w:rsidSect="00034616">
      <w:footerReference w:type="default" r:id="rId9"/>
      <w:pgSz w:w="11906" w:h="16838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6973"/>
        <w:sz w:val="16"/>
      </w:rPr>
      <w:t xml:space="preserve">Paket Soal Profesional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