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SUBSTITUSI DAN MENGHITUNG NILAI BENTUK ALJABAR</w:t>
      </w:r>
    </w:p>
    <w:p>
      <w:pPr>
        <w:jc w:val="center"/>
      </w:pPr>
      <w:r>
        <w:rPr>
          <w:color w:val="E8A73E"/>
          <w:sz w:val="22"/>
        </w:rPr>
        <w:t>Matematika - Fase D / Kelas VII - Materi 26 (4.6)</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26 - 4.6 Substitusi dan Menghitung Nilai Bentuk Aljabar</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mengganti variabel dengan nilai tertentu, menggunakan tanda kurung untuk bilangan negatif, dan menghitung nilai bentuk atau rumus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mengganti variabel dengan nilai tertentu, menggunakan tanda kurung untuk bilangan negatif, dan menghitung nilai bentuk atau rumus dengan benar.</w:t>
      </w:r>
    </w:p>
    <w:p>
      <w:r>
        <w:rPr>
          <w:b/>
        </w:rPr>
        <w:t xml:space="preserve">Keterkaitan disiplin ilmu: </w:t>
      </w:r>
      <w:r>
        <w:t>Penerapan rumus dalam fisika dan pengukuran.</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Substitusi Satu Variabel</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Rumus Gaya</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Substitusi Bilangan Negatif</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Substitusi Dua Variabel</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Rumus Keliling</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Tabel Nilai Fungsi</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Audit Substitusi</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Rumus biaya B=15.000n+40.000 menyatakan biaya n peserta dan biaya tetap. Hitung biaya un</w:t>
            </w:r>
          </w:p>
        </w:tc>
        <w:tc>
          <w:tcPr>
            <w:tcW w:type="dxa" w:w="2052"/>
            <w:tcMar>
              <w:top w:w="35" w:type="dxa"/>
              <w:start w:w="45" w:type="dxa"/>
              <w:bottom w:w="35" w:type="dxa"/>
              <w:end w:w="45" w:type="dxa"/>
            </w:tcMar>
          </w:tcPr>
          <w:p>
            <w:pPr>
              <w:spacing w:after="0" w:line="216" w:lineRule="auto"/>
            </w:pPr>
            <w:r>
              <w:rPr>
                <w:sz w:val="13"/>
              </w:rPr>
              <w:t>Model Biaya Kegiatan</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Diberikan P=2a²-3ab+b². Hitung untuk a=-2 dan b=3, tunjukkan penggunaan tanda kurung, la</w:t>
            </w:r>
          </w:p>
        </w:tc>
        <w:tc>
          <w:tcPr>
            <w:tcW w:type="dxa" w:w="2052"/>
            <w:tcMar>
              <w:top w:w="35" w:type="dxa"/>
              <w:start w:w="45" w:type="dxa"/>
              <w:bottom w:w="35" w:type="dxa"/>
              <w:end w:w="45" w:type="dxa"/>
            </w:tcMar>
          </w:tcPr>
          <w:p>
            <w:pPr>
              <w:spacing w:after="0" w:line="216" w:lineRule="auto"/>
            </w:pPr>
            <w:r>
              <w:rPr>
                <w:sz w:val="13"/>
              </w:rPr>
              <w:t>Substitusi Dua Variabel</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Sebuah rumus suhu C=5/9(F-32). Hitung C untuk F=95 dan tentukan F yang menghasilkan C=20</w:t>
            </w:r>
          </w:p>
        </w:tc>
        <w:tc>
          <w:tcPr>
            <w:tcW w:type="dxa" w:w="2052"/>
            <w:tcMar>
              <w:top w:w="35" w:type="dxa"/>
              <w:start w:w="45" w:type="dxa"/>
              <w:bottom w:w="35" w:type="dxa"/>
              <w:end w:w="45" w:type="dxa"/>
            </w:tcMar>
          </w:tcPr>
          <w:p>
            <w:pPr>
              <w:spacing w:after="0" w:line="216" w:lineRule="auto"/>
            </w:pPr>
            <w:r>
              <w:rPr>
                <w:sz w:val="13"/>
              </w:rPr>
              <w:t>Konversi Suhu</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Substitusi Satu Variabel" title="Visual soal 1: Substitusi Satu Variabel"/>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substitusi satu variabel, satu kelompok peserta didik diminta menelaah seluruh data pada visual sebelum menyampaikan keputusan. Sebuah bentuk aljabar 3x+5 akan dievaluasi pada nilai variabel tertentu. Fokus analisis kelompok adalah menentukan nilai 3x+5 untuk x=4.</w:t>
      </w:r>
    </w:p>
    <w:p>
      <w:r>
        <w:rPr>
          <w:b/>
          <w:sz w:val="18"/>
        </w:rPr>
        <w:t>Berdasarkan seluruh data pada visual, laporan manakah yang memuat hasil dan alasan matematis paling tepat?</w:t>
      </w:r>
    </w:p>
    <w:p>
      <w:pPr>
        <w:spacing w:after="20"/>
        <w:ind w:left="142"/>
      </w:pPr>
      <w:r>
        <w:rPr>
          <w:sz w:val="16"/>
        </w:rPr>
        <w:t>A. 17 karena 3(4)+5.</w:t>
      </w:r>
    </w:p>
    <w:p>
      <w:pPr>
        <w:spacing w:after="20"/>
        <w:ind w:left="142"/>
      </w:pPr>
      <w:r>
        <w:rPr>
          <w:sz w:val="16"/>
        </w:rPr>
        <w:t>B. 32 karena 3 dan 4 dijumlahkan lalu dikali 5.</w:t>
      </w:r>
    </w:p>
    <w:p>
      <w:pPr>
        <w:spacing w:after="20"/>
        <w:ind w:left="142"/>
      </w:pPr>
      <w:r>
        <w:rPr>
          <w:sz w:val="16"/>
        </w:rPr>
        <w:t>C. 12 karena konstanta diabaikan.</w:t>
      </w:r>
    </w:p>
    <w:p>
      <w:pPr>
        <w:spacing w:after="20"/>
        <w:ind w:left="142"/>
      </w:pPr>
      <w:r>
        <w:rPr>
          <w:sz w:val="16"/>
        </w:rPr>
        <w:t>D. 9 karena x diganti angka 1.</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Rumus Gaya" title="Visual soal 2: Rumus Gaya"/>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Tim penelaah pada kegiatan rumus gaya menerima data visual yang harus diperiksa ketepatan hubungan, operasi, dan satuannya. Gaya dinyatakan F=ma. Jika m=6 kg dan a=2,5 m/s², Fokus analisis kelompok adalah menentukan nilai F.</w:t>
      </w:r>
    </w:p>
    <w:p>
      <w:r>
        <w:rPr>
          <w:b/>
          <w:sz w:val="18"/>
        </w:rPr>
        <w:t>Empat kelompok menyampaikan hasil berbeda. Laporan manakah yang paling dapat dipertanggungjawabkan berdasarkan konsep yang dipelajari?</w:t>
      </w:r>
    </w:p>
    <w:p>
      <w:pPr>
        <w:spacing w:after="20"/>
        <w:ind w:left="142"/>
      </w:pPr>
      <w:r>
        <w:rPr>
          <w:sz w:val="16"/>
        </w:rPr>
        <w:t>A. 15 N karena 6 x 2,5.</w:t>
      </w:r>
    </w:p>
    <w:p>
      <w:pPr>
        <w:spacing w:after="20"/>
        <w:ind w:left="142"/>
      </w:pPr>
      <w:r>
        <w:rPr>
          <w:sz w:val="16"/>
        </w:rPr>
        <w:t>B. 8,5 N karena m dan a dijumlahkan.</w:t>
      </w:r>
    </w:p>
    <w:p>
      <w:pPr>
        <w:spacing w:after="20"/>
        <w:ind w:left="142"/>
      </w:pPr>
      <w:r>
        <w:rPr>
          <w:sz w:val="16"/>
        </w:rPr>
        <w:t>C. 3,5 N karena m-a.</w:t>
      </w:r>
    </w:p>
    <w:p>
      <w:pPr>
        <w:spacing w:after="20"/>
        <w:ind w:left="142"/>
      </w:pPr>
      <w:r>
        <w:rPr>
          <w:sz w:val="16"/>
        </w:rPr>
        <w:t>D. 150 N karena desimal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Substitusi Bilangan Negatif" title="Visual soal 3: Substitusi Bilangan Negatif"/>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substitusi bilangan negatif, empat kelompok memperoleh laporan berbeda sehingga setiap langkah perlu diverifikasi berdasarkan data. Substitusi bilangan negatif harus ditulis dengan tanda kurung agar pangkat dan tanda terbaca benar. Fokus analisis kelompok adalah menentukan nilai x²-3x untuk x=-2.</w:t>
      </w:r>
    </w:p>
    <w:p>
      <w:r>
        <w:rPr>
          <w:b/>
          <w:sz w:val="18"/>
        </w:rPr>
        <w:t>Strategi manakah yang menggunakan hubungan antarbesaran secara benar dan menghasilkan simpulan yang konsisten dengan visual?</w:t>
      </w:r>
    </w:p>
    <w:p>
      <w:pPr>
        <w:spacing w:after="20"/>
        <w:ind w:left="142"/>
      </w:pPr>
      <w:r>
        <w:rPr>
          <w:sz w:val="16"/>
        </w:rPr>
        <w:t>A. 10 karena (-2)² - 3(-2)=4+6.</w:t>
      </w:r>
    </w:p>
    <w:p>
      <w:pPr>
        <w:spacing w:after="20"/>
        <w:ind w:left="142"/>
      </w:pPr>
      <w:r>
        <w:rPr>
          <w:sz w:val="16"/>
        </w:rPr>
        <w:t>B. -10 karena (-2)² dianggap -4.</w:t>
      </w:r>
    </w:p>
    <w:p>
      <w:pPr>
        <w:spacing w:after="20"/>
        <w:ind w:left="142"/>
      </w:pPr>
      <w:r>
        <w:rPr>
          <w:sz w:val="16"/>
        </w:rPr>
        <w:t>C. 2 karena tanda negatif diabaikan.</w:t>
      </w:r>
    </w:p>
    <w:p>
      <w:pPr>
        <w:spacing w:after="20"/>
        <w:ind w:left="142"/>
      </w:pPr>
      <w:r>
        <w:rPr>
          <w:sz w:val="16"/>
        </w:rPr>
        <w:t>D. -2 karena x² dan 3x digabung.</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Substitusi Dua Variabel" title="Visual soal 4: Substitusi Dua Variabel"/>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substitusi dua variabel sebagai sumber data utama dan meminta peserta didik mempertanggungjawabkan simpulannya. Bentuk 2a+3b akan dihitung dengan dua nilai variabel yang berbeda tanda. Fokus analisis kelompok adalah menentukan nilai 2a+3b untuk a=5 dan b=-1.</w:t>
      </w:r>
    </w:p>
    <w:p>
      <w:r>
        <w:rPr>
          <w:b/>
          <w:sz w:val="18"/>
        </w:rPr>
        <w:t>Setelah data, satuan, dan aturan matematis diperiksa, pernyataan manakah yang layak diterima?</w:t>
      </w:r>
    </w:p>
    <w:p>
      <w:pPr>
        <w:spacing w:after="20"/>
        <w:ind w:left="142"/>
      </w:pPr>
      <w:r>
        <w:rPr>
          <w:sz w:val="16"/>
        </w:rPr>
        <w:t>A. 7 karena 2(5)+3(-1)=10-3.</w:t>
      </w:r>
    </w:p>
    <w:p>
      <w:pPr>
        <w:spacing w:after="20"/>
        <w:ind w:left="142"/>
      </w:pPr>
      <w:r>
        <w:rPr>
          <w:sz w:val="16"/>
        </w:rPr>
        <w:t>B. 13 karena tanda negatif b diabaikan.</w:t>
      </w:r>
    </w:p>
    <w:p>
      <w:pPr>
        <w:spacing w:after="20"/>
        <w:ind w:left="142"/>
      </w:pPr>
      <w:r>
        <w:rPr>
          <w:sz w:val="16"/>
        </w:rPr>
        <w:t>C. 4 karena 2+3-1.</w:t>
      </w:r>
    </w:p>
    <w:p>
      <w:pPr>
        <w:spacing w:after="20"/>
        <w:ind w:left="142"/>
      </w:pPr>
      <w:r>
        <w:rPr>
          <w:sz w:val="16"/>
        </w:rPr>
        <w:t>D. -7 karena seluruh hasil diberi tanda negatif.</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Rumus Keliling" title="Visual soal 5: Rumus Keliling"/>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Dalam proyek rumus keliling, hasil tidak boleh ditentukan hanya dengan menebak angka; seluruh informasi pada visual harus digunakan. Keliling persegi panjang K=2(p+l). Jika p=7,5 cm dan l=4 cm, Fokus analisis kelompok adalah menentukan kelilingnya.</w:t>
      </w:r>
    </w:p>
    <w:p>
      <w:r>
        <w:rPr>
          <w:b/>
          <w:sz w:val="18"/>
        </w:rPr>
        <w:t>Keputusan manakah yang paling tepat apabila seluruh informasi pada visual dan konteks masalah digunakan?</w:t>
      </w:r>
    </w:p>
    <w:p>
      <w:pPr>
        <w:spacing w:after="20"/>
        <w:ind w:left="142"/>
      </w:pPr>
      <w:r>
        <w:rPr>
          <w:sz w:val="16"/>
        </w:rPr>
        <w:t>A. 23 cm karena 2(7,5+4).</w:t>
      </w:r>
    </w:p>
    <w:p>
      <w:pPr>
        <w:spacing w:after="20"/>
        <w:ind w:left="142"/>
      </w:pPr>
      <w:r>
        <w:rPr>
          <w:sz w:val="16"/>
        </w:rPr>
        <w:t>B. 15 cm karena 2p saja.</w:t>
      </w:r>
    </w:p>
    <w:p>
      <w:pPr>
        <w:spacing w:after="20"/>
        <w:ind w:left="142"/>
      </w:pPr>
      <w:r>
        <w:rPr>
          <w:sz w:val="16"/>
        </w:rPr>
        <w:t>C. 19 cm karena 2p+l.</w:t>
      </w:r>
    </w:p>
    <w:p>
      <w:pPr>
        <w:spacing w:after="20"/>
        <w:ind w:left="142"/>
      </w:pPr>
      <w:r>
        <w:rPr>
          <w:sz w:val="16"/>
        </w:rPr>
        <w:t>D. 30 cm karena p x l.</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Tabel Nilai Fungsi" title="Visual soal 6: Tabel Nilai Fungsi"/>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tabel nilai fungsi dan meminta analisis matematis sebelum laporan disahkan. Tabel fungsi y=2x-1 akan diisi untuk x=0,2,5. Fokus analisis kelompok adalah menentukan nilai y berturut-turut.</w:t>
      </w:r>
    </w:p>
    <w:p>
      <w:r>
        <w:rPr>
          <w:b/>
          <w:sz w:val="18"/>
        </w:rPr>
        <w:t>Manakah analisis yang menunjukkan proses, hasil, dan justifikasi matematis secara benar?</w:t>
      </w:r>
    </w:p>
    <w:p>
      <w:pPr>
        <w:spacing w:after="20"/>
        <w:ind w:left="142"/>
      </w:pPr>
      <w:r>
        <w:rPr>
          <w:sz w:val="16"/>
        </w:rPr>
        <w:t>A. -1, 3, 9, karena substitusikan setiap x secara terpisah.</w:t>
      </w:r>
    </w:p>
    <w:p>
      <w:pPr>
        <w:spacing w:after="20"/>
        <w:ind w:left="142"/>
      </w:pPr>
      <w:r>
        <w:rPr>
          <w:sz w:val="16"/>
        </w:rPr>
        <w:t>B. 1, 5, 11, karena angka pada visual dianggap dapat langsung dioperasikan tanpa memeriksa bentuk, satuan, atau hubungan yang disyaratkan.</w:t>
      </w:r>
    </w:p>
    <w:p>
      <w:pPr>
        <w:spacing w:after="20"/>
        <w:ind w:left="142"/>
      </w:pPr>
      <w:r>
        <w:rPr>
          <w:sz w:val="16"/>
        </w:rPr>
        <w:t>C. -1, 4, 10, karena salah satu besaran dianggap dapat ditukar perannya tanpa mengubah makna model matematika.</w:t>
      </w:r>
    </w:p>
    <w:p>
      <w:pPr>
        <w:spacing w:after="20"/>
        <w:ind w:left="142"/>
      </w:pPr>
      <w:r>
        <w:rPr>
          <w:sz w:val="16"/>
        </w:rPr>
        <w:t>D. 0, 2, 5, karena hanya sebagian informasi pada visual digunakan dan tahap verifikasi hasil diabaikan.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Audit Substitusi" title="Visual soal 7: Audit Substitusi"/>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audit substitusi, peserta didik membandingkan beberapa strategi untuk menemukan laporan yang paling sahih. Siswa menghitung 2x² untuk x=-3 sebagai 2x-3²=-18. Fokus analisis kelompok adalah menentukan perbaikan yang tepat.</w:t>
      </w:r>
    </w:p>
    <w:p>
      <w:r>
        <w:rPr>
          <w:b/>
          <w:sz w:val="18"/>
        </w:rPr>
        <w:t>Setelah hasil diverifikasi terhadap data pada visual, laporan kelompok manakah yang seharusnya dipilih?</w:t>
      </w:r>
    </w:p>
    <w:p>
      <w:pPr>
        <w:spacing w:after="20"/>
        <w:ind w:left="142"/>
      </w:pPr>
      <w:r>
        <w:rPr>
          <w:sz w:val="16"/>
        </w:rPr>
        <w:t>A. 2(-3)²=2x9=18; nilai pengganti harus ditempatkan dalam tanda kurung, karena tanda kurung menjaga seluruh nilai -3 dikenai pangkat.</w:t>
      </w:r>
    </w:p>
    <w:p>
      <w:pPr>
        <w:spacing w:after="20"/>
        <w:ind w:left="142"/>
      </w:pPr>
      <w:r>
        <w:rPr>
          <w:sz w:val="16"/>
        </w:rPr>
        <w:t>B. -18 benar karena bilangan negatif yang dikuadratkan tetap negatif.</w:t>
      </w:r>
    </w:p>
    <w:p>
      <w:pPr>
        <w:spacing w:after="20"/>
        <w:ind w:left="142"/>
      </w:pPr>
      <w:r>
        <w:rPr>
          <w:sz w:val="16"/>
        </w:rPr>
        <w:t>C. 6 karena 2 dikalikan -3 lalu tanda dihapus.</w:t>
      </w:r>
    </w:p>
    <w:p>
      <w:pPr>
        <w:spacing w:after="20"/>
        <w:ind w:left="142"/>
      </w:pPr>
      <w:r>
        <w:rPr>
          <w:sz w:val="16"/>
        </w:rPr>
        <w:t>D. 81 karena 2 dan -3 sama-sama dikuadratkan.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Model Biaya Kegiatan" title="Visual soal 8: Model Biaya Kegiatan"/>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Rumus biaya B=15.000n+40.000 menyatakan biaya n peserta dan biaya tetap. Hitung biaya untuk 28 peserta dan jelaskan makna kedua suku.</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Substitusi Dua Variabel" title="Visual soal 9: Substitusi Dua Variabel"/>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Diberikan P=2a²-3ab+b². Hitung untuk a=-2 dan b=3, tunjukkan penggunaan tanda kurung, lalu verifikasi setiap suku.</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Konversi Suhu" title="Visual soal 10: Konversi Suhu"/>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Sebuah rumus suhu C=5/9(F-32). Hitung C untuk F=95 dan tentukan F yang menghasilkan C=20 dengan membalik langkah secara logis.</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Substitusi x dengan 4 lalu ikuti operasi.</w:t>
      </w:r>
    </w:p>
    <w:p>
      <w:pPr>
        <w:spacing w:after="60"/>
        <w:ind w:left="227"/>
      </w:pPr>
      <w:r>
        <w:rPr>
          <w:b/>
        </w:rPr>
        <w:t xml:space="preserve">Miskonsepsi sasaran: </w:t>
      </w:r>
      <w:r>
        <w:t>Salah urutan atau mengabaikan konstanta.</w:t>
      </w:r>
    </w:p>
    <w:p>
      <w:pPr>
        <w:spacing w:after="40"/>
      </w:pPr>
      <w:r>
        <w:rPr>
          <w:b/>
        </w:rPr>
        <w:t xml:space="preserve">2. A - </w:t>
      </w:r>
      <w:r>
        <w:t>Substitusikan ke rumus perkalian.</w:t>
      </w:r>
    </w:p>
    <w:p>
      <w:pPr>
        <w:spacing w:after="60"/>
        <w:ind w:left="227"/>
      </w:pPr>
      <w:r>
        <w:rPr>
          <w:b/>
        </w:rPr>
        <w:t xml:space="preserve">Miskonsepsi sasaran: </w:t>
      </w:r>
      <w:r>
        <w:t>Memilih operasi yang salah.</w:t>
      </w:r>
    </w:p>
    <w:p>
      <w:pPr>
        <w:spacing w:after="40"/>
      </w:pPr>
      <w:r>
        <w:rPr>
          <w:b/>
        </w:rPr>
        <w:t xml:space="preserve">3. A - </w:t>
      </w:r>
      <w:r>
        <w:t>Gunakan tanda kurung saat mengganti bilangan negatif.</w:t>
      </w:r>
    </w:p>
    <w:p>
      <w:pPr>
        <w:spacing w:after="60"/>
        <w:ind w:left="227"/>
      </w:pPr>
      <w:r>
        <w:rPr>
          <w:b/>
        </w:rPr>
        <w:t xml:space="preserve">Miskonsepsi sasaran: </w:t>
      </w:r>
      <w:r>
        <w:t>Salah menilai kuadrat bilangan negatif.</w:t>
      </w:r>
    </w:p>
    <w:p>
      <w:pPr>
        <w:spacing w:after="40"/>
      </w:pPr>
      <w:r>
        <w:rPr>
          <w:b/>
        </w:rPr>
        <w:t xml:space="preserve">4. A - </w:t>
      </w:r>
      <w:r>
        <w:t>Ganti masing-masing variabel sesuai nilainya.</w:t>
      </w:r>
    </w:p>
    <w:p>
      <w:pPr>
        <w:spacing w:after="60"/>
        <w:ind w:left="227"/>
      </w:pPr>
      <w:r>
        <w:rPr>
          <w:b/>
        </w:rPr>
        <w:t xml:space="preserve">Miskonsepsi sasaran: </w:t>
      </w:r>
      <w:r>
        <w:t>Salah tanda atau mengganti koefisien.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A - </w:t>
      </w:r>
      <w:r>
        <w:t>Substitusi ke dalam kurung lalu kalikan 2.</w:t>
      </w:r>
    </w:p>
    <w:p>
      <w:pPr>
        <w:spacing w:after="60"/>
        <w:ind w:left="227"/>
      </w:pPr>
      <w:r>
        <w:rPr>
          <w:b/>
        </w:rPr>
        <w:t xml:space="preserve">Miskonsepsi sasaran: </w:t>
      </w:r>
      <w:r>
        <w:t>Menggunakan rumus parsial atau luas.</w:t>
      </w:r>
    </w:p>
    <w:p>
      <w:pPr>
        <w:spacing w:after="40"/>
      </w:pPr>
      <w:r>
        <w:rPr>
          <w:b/>
        </w:rPr>
        <w:t xml:space="preserve">6. A - </w:t>
      </w:r>
      <w:r>
        <w:t>Substitusikan setiap x secara terpisah.</w:t>
      </w:r>
    </w:p>
    <w:p>
      <w:pPr>
        <w:spacing w:after="60"/>
        <w:ind w:left="227"/>
      </w:pPr>
      <w:r>
        <w:rPr>
          <w:b/>
        </w:rPr>
        <w:t xml:space="preserve">Miskonsepsi sasaran: </w:t>
      </w:r>
      <w:r>
        <w:t>Mengabaikan konstanta atau salah koefisien.</w:t>
      </w:r>
    </w:p>
    <w:p>
      <w:pPr>
        <w:spacing w:after="40"/>
      </w:pPr>
      <w:r>
        <w:rPr>
          <w:b/>
        </w:rPr>
        <w:t xml:space="preserve">7. A - </w:t>
      </w:r>
      <w:r>
        <w:t>Tanda kurung menjaga seluruh nilai -3 dikenai pangkat.</w:t>
      </w:r>
    </w:p>
    <w:p>
      <w:pPr>
        <w:spacing w:after="60"/>
        <w:ind w:left="227"/>
      </w:pPr>
      <w:r>
        <w:rPr>
          <w:b/>
        </w:rPr>
        <w:t xml:space="preserve">Miskonsepsi sasaran: </w:t>
      </w:r>
      <w:r>
        <w:t>Salah penempatan substitusi dan kuadrat.</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B=15.000(28)+40.000=Rp460.000. Suku pertama biaya variabel, suku kedua biaya tetap.</w:t>
      </w:r>
    </w:p>
    <w:p>
      <w:pPr>
        <w:spacing w:after="20"/>
        <w:ind w:left="198"/>
      </w:pPr>
      <w:r>
        <w:rPr>
          <w:b/>
        </w:rPr>
        <w:t xml:space="preserve">Bantuan 1: </w:t>
      </w:r>
      <w:r>
        <w:t>Substitusikan n=28.</w:t>
      </w:r>
    </w:p>
    <w:p>
      <w:pPr>
        <w:spacing w:after="20"/>
        <w:ind w:left="198"/>
      </w:pPr>
      <w:r>
        <w:rPr>
          <w:b/>
        </w:rPr>
        <w:t xml:space="preserve">Bantuan 2: </w:t>
      </w:r>
      <w:r>
        <w:t>Kerjakan perkalian sebelum penjumlahan.</w:t>
      </w:r>
    </w:p>
    <w:p>
      <w:pPr>
        <w:spacing w:after="20"/>
        <w:ind w:left="198"/>
      </w:pPr>
      <w:r>
        <w:rPr>
          <w:b/>
        </w:rPr>
        <w:t xml:space="preserve">Bantuan 3: </w:t>
      </w:r>
      <w:r>
        <w:t>Tafsirkan komponen variabel dan tetap.</w:t>
      </w:r>
    </w:p>
    <w:p>
      <w:r>
        <w:rPr>
          <w:b/>
        </w:rPr>
        <w:t xml:space="preserve">Soal 9 - Kunci ringkas: </w:t>
      </w:r>
      <w:r>
        <w:t>2(4)-3(-2)(3)+9=8+18+9=35.</w:t>
      </w:r>
    </w:p>
    <w:p>
      <w:pPr>
        <w:spacing w:after="20"/>
        <w:ind w:left="198"/>
      </w:pPr>
      <w:r>
        <w:rPr>
          <w:b/>
        </w:rPr>
        <w:t xml:space="preserve">Bantuan 1: </w:t>
      </w:r>
      <w:r>
        <w:t>Substitusikan a dan b dengan tanda kurung.</w:t>
      </w:r>
    </w:p>
    <w:p>
      <w:pPr>
        <w:spacing w:after="20"/>
        <w:ind w:left="198"/>
      </w:pPr>
      <w:r>
        <w:rPr>
          <w:b/>
        </w:rPr>
        <w:t xml:space="preserve">Bantuan 2: </w:t>
      </w:r>
      <w:r>
        <w:t>Hitung setiap suku secara terpisah.</w:t>
      </w:r>
    </w:p>
    <w:p>
      <w:pPr>
        <w:spacing w:after="20"/>
        <w:ind w:left="198"/>
      </w:pPr>
      <w:r>
        <w:rPr>
          <w:b/>
        </w:rPr>
        <w:t xml:space="preserve">Bantuan 3: </w:t>
      </w:r>
      <w:r>
        <w:t>Jumlahkan dan periksa tanda hasil kali.</w:t>
      </w:r>
    </w:p>
    <w:p>
      <w:r>
        <w:rPr>
          <w:b/>
        </w:rPr>
        <w:t xml:space="preserve">Soal 10 - Kunci ringkas: </w:t>
      </w:r>
      <w:r>
        <w:t>F=95: C=5/9(63)=35. Untuk C=20: 20=5/9(F-32), F-32=36, F=68.</w:t>
      </w:r>
    </w:p>
    <w:p>
      <w:pPr>
        <w:spacing w:after="20"/>
        <w:ind w:left="198"/>
      </w:pPr>
      <w:r>
        <w:rPr>
          <w:b/>
        </w:rPr>
        <w:t xml:space="preserve">Bantuan 1: </w:t>
      </w:r>
      <w:r>
        <w:t>Untuk bagian pertama, kerjakan kurung lebih dulu.</w:t>
      </w:r>
    </w:p>
    <w:p>
      <w:pPr>
        <w:spacing w:after="20"/>
        <w:ind w:left="198"/>
      </w:pPr>
      <w:r>
        <w:rPr>
          <w:b/>
        </w:rPr>
        <w:t xml:space="preserve">Bantuan 2: </w:t>
      </w:r>
      <w:r>
        <w:t>Untuk bagian kedua, kalikan kedua sisi dengan 9/5.</w:t>
      </w:r>
    </w:p>
    <w:p>
      <w:pPr>
        <w:spacing w:after="20"/>
        <w:ind w:left="198"/>
      </w:pPr>
      <w:r>
        <w:rPr>
          <w:b/>
        </w:rPr>
        <w:t xml:space="preserve">Bantuan 3: </w:t>
      </w:r>
      <w:r>
        <w:t>Tambahkan 32 dan verifikasi.</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