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OPERASI PENJUMLAHAN DAN PENGURANGAN ALJABAR</w:t>
      </w:r>
    </w:p>
    <w:p>
      <w:pPr>
        <w:jc w:val="center"/>
      </w:pPr>
      <w:r>
        <w:rPr>
          <w:color w:val="E8A73E"/>
          <w:sz w:val="22"/>
        </w:rPr>
        <w:t>Matematika - Fase D / Kelas VII - Materi 22 (4.2)</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22 - 4.2 Operasi Penjumlahan dan Pengurangan Aljabar</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menjumlahkan dan mengurangkan bentuk aljabar dengan mengelompokkan suku sejenis dan memperhatikan tanda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menjumlahkan dan mengurangkan bentuk aljabar dengan mengelompokkan suku sejenis dan memperhatikan tanda dengan benar.</w:t>
      </w:r>
    </w:p>
    <w:p>
      <w:r>
        <w:rPr>
          <w:b/>
        </w:rPr>
        <w:t xml:space="preserve">Keterkaitan disiplin ilmu: </w:t>
      </w:r>
      <w:r>
        <w:t>Manajemen inventaris dan penggabungan data sejenis.</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Penggabungan Persediaan</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Dua Catatan Stok</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Pengurangan Bentuk</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Keliling Persegi Panjang</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Selisih Pengumpulan</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Audit Suku Sejenis</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Perbandingan Metode</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Gudang mencatat (12x + 8y - 5) barang pada pagi hari dan (7x - 3y + 9) pada sore hari. T</w:t>
            </w:r>
          </w:p>
        </w:tc>
        <w:tc>
          <w:tcPr>
            <w:tcW w:type="dxa" w:w="2052"/>
            <w:tcMar>
              <w:top w:w="35" w:type="dxa"/>
              <w:start w:w="45" w:type="dxa"/>
              <w:bottom w:w="35" w:type="dxa"/>
              <w:end w:w="45" w:type="dxa"/>
            </w:tcMar>
          </w:tcPr>
          <w:p>
            <w:pPr>
              <w:spacing w:after="0" w:line="216" w:lineRule="auto"/>
            </w:pPr>
            <w:r>
              <w:rPr>
                <w:sz w:val="13"/>
              </w:rPr>
              <w:t>Rekap Gudang</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Sederhanakan (9a - 4b + 6) - (5a + 3b - 2), tunjukkan perubahan tanda, dan verifikasi de</w:t>
            </w:r>
          </w:p>
        </w:tc>
        <w:tc>
          <w:tcPr>
            <w:tcW w:type="dxa" w:w="2052"/>
            <w:tcMar>
              <w:top w:w="35" w:type="dxa"/>
              <w:start w:w="45" w:type="dxa"/>
              <w:bottom w:w="35" w:type="dxa"/>
              <w:end w:w="45" w:type="dxa"/>
            </w:tcMar>
          </w:tcPr>
          <w:p>
            <w:pPr>
              <w:spacing w:after="0" w:line="216" w:lineRule="auto"/>
            </w:pPr>
            <w:r>
              <w:rPr>
                <w:sz w:val="13"/>
              </w:rPr>
              <w:t>Pengurangan dan Verifikasi</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dua bentuk aljabar berbeda yang jika dijumlahkan menghasilkan 6x + 2y - 5. Jelaskan</w:t>
            </w:r>
          </w:p>
        </w:tc>
        <w:tc>
          <w:tcPr>
            <w:tcW w:type="dxa" w:w="2052"/>
            <w:tcMar>
              <w:top w:w="35" w:type="dxa"/>
              <w:start w:w="45" w:type="dxa"/>
              <w:bottom w:w="35" w:type="dxa"/>
              <w:end w:w="45" w:type="dxa"/>
            </w:tcMar>
          </w:tcPr>
          <w:p>
            <w:pPr>
              <w:spacing w:after="0" w:line="216" w:lineRule="auto"/>
            </w:pPr>
            <w:r>
              <w:rPr>
                <w:sz w:val="13"/>
              </w:rPr>
              <w:t>Rancang Pasangan Bentuk</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Penggabungan Persediaan" title="Visual soal 1: Penggabungan Persediaan"/>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penggabungan persediaan, satu kelompok peserta didik diminta menelaah seluruh data pada visual sebelum menyampaikan keputusan. Persediaan awal 3x kotak ditambah kiriman 5x kotak. Fokus analisis kelompok adalah menentukan model sederhana persediaan.</w:t>
      </w:r>
    </w:p>
    <w:p>
      <w:r>
        <w:rPr>
          <w:b/>
          <w:sz w:val="18"/>
        </w:rPr>
        <w:t>Berdasarkan seluruh data pada visual, laporan manakah yang memuat hasil dan alasan matematis paling tepat?</w:t>
      </w:r>
    </w:p>
    <w:p>
      <w:pPr>
        <w:spacing w:after="20"/>
        <w:ind w:left="142"/>
      </w:pPr>
      <w:r>
        <w:rPr>
          <w:sz w:val="16"/>
        </w:rPr>
        <w:t>A. 8x karena koefisien suku sejenis dijumlahkan.</w:t>
      </w:r>
    </w:p>
    <w:p>
      <w:pPr>
        <w:spacing w:after="20"/>
        <w:ind w:left="142"/>
      </w:pPr>
      <w:r>
        <w:rPr>
          <w:sz w:val="16"/>
        </w:rPr>
        <w:t>B. 8x² karena x dikalikan x.</w:t>
      </w:r>
    </w:p>
    <w:p>
      <w:pPr>
        <w:spacing w:after="20"/>
        <w:ind w:left="142"/>
      </w:pPr>
      <w:r>
        <w:rPr>
          <w:sz w:val="16"/>
        </w:rPr>
        <w:t>C. 15x karena koefisien dikalikan.</w:t>
      </w:r>
    </w:p>
    <w:p>
      <w:pPr>
        <w:spacing w:after="20"/>
        <w:ind w:left="142"/>
      </w:pPr>
      <w:r>
        <w:rPr>
          <w:sz w:val="16"/>
        </w:rPr>
        <w:t>D. 8 karena variabel dihilangkan.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Dua Catatan Stok" title="Visual soal 2: Dua Catatan Stok"/>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dua catatan stok menerima data visual yang harus diperiksa ketepatan hubungan, operasi, dan satuannya. Dua catatan stok adalah (7a - 2b) dan (3a + b). Fokus analisis kelompok adalah menentukan jumlah sederhana keduanya.</w:t>
      </w:r>
    </w:p>
    <w:p>
      <w:r>
        <w:rPr>
          <w:b/>
          <w:sz w:val="18"/>
        </w:rPr>
        <w:t>Empat kelompok menyampaikan hasil berbeda. Laporan manakah yang paling dapat dipertanggungjawabkan berdasarkan konsep yang dipelajari?</w:t>
      </w:r>
    </w:p>
    <w:p>
      <w:pPr>
        <w:spacing w:after="20"/>
        <w:ind w:left="142"/>
      </w:pPr>
      <w:r>
        <w:rPr>
          <w:sz w:val="16"/>
        </w:rPr>
        <w:t>A. 10a - b karena 7a+3a dan -2b+b.</w:t>
      </w:r>
    </w:p>
    <w:p>
      <w:pPr>
        <w:spacing w:after="20"/>
        <w:ind w:left="142"/>
      </w:pPr>
      <w:r>
        <w:rPr>
          <w:sz w:val="16"/>
        </w:rPr>
        <w:t>B. 10ab - 1 karena variabel berbeda digabung.</w:t>
      </w:r>
    </w:p>
    <w:p>
      <w:pPr>
        <w:spacing w:after="20"/>
        <w:ind w:left="142"/>
      </w:pPr>
      <w:r>
        <w:rPr>
          <w:sz w:val="16"/>
        </w:rPr>
        <w:t>C. 4a - 3b karena semua koefisien dikurangkan.</w:t>
      </w:r>
    </w:p>
    <w:p>
      <w:pPr>
        <w:spacing w:after="20"/>
        <w:ind w:left="142"/>
      </w:pPr>
      <w:r>
        <w:rPr>
          <w:sz w:val="16"/>
        </w:rPr>
        <w:t>D. 21a² - 2b² karena suku dikalikan.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Pengurangan Bentuk" title="Visual soal 3: Pengurangan Bentuk"/>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pengurangan bentuk, empat kelompok memperoleh laporan berbeda sehingga setiap langkah perlu diverifikasi berdasarkan data. Bentuk (8x + 5) - (3x - 2) menunjukkan stok awal dikurangi perubahan. Fokus analisis kelompok adalah menentukan hasil yang tepat.</w:t>
      </w:r>
    </w:p>
    <w:p>
      <w:r>
        <w:rPr>
          <w:b/>
          <w:sz w:val="18"/>
        </w:rPr>
        <w:t>Strategi manakah yang menggunakan hubungan antarbesaran secara benar dan menghasilkan simpulan yang konsisten dengan visual?</w:t>
      </w:r>
    </w:p>
    <w:p>
      <w:pPr>
        <w:spacing w:after="20"/>
        <w:ind w:left="142"/>
      </w:pPr>
      <w:r>
        <w:rPr>
          <w:sz w:val="16"/>
        </w:rPr>
        <w:t>A. 5x + 7 karena tanda kurang mengubah 3x - 2 menjadi -3x + 2.</w:t>
      </w:r>
    </w:p>
    <w:p>
      <w:pPr>
        <w:spacing w:after="20"/>
        <w:ind w:left="142"/>
      </w:pPr>
      <w:r>
        <w:rPr>
          <w:sz w:val="16"/>
        </w:rPr>
        <w:t>B. 5x + 3 karena hanya koefisien x dikurangkan.</w:t>
      </w:r>
    </w:p>
    <w:p>
      <w:pPr>
        <w:spacing w:after="20"/>
        <w:ind w:left="142"/>
      </w:pPr>
      <w:r>
        <w:rPr>
          <w:sz w:val="16"/>
        </w:rPr>
        <w:t>C. 11x + 3 karena tanda kurung diabaikan.</w:t>
      </w:r>
    </w:p>
    <w:p>
      <w:pPr>
        <w:spacing w:after="20"/>
        <w:ind w:left="142"/>
      </w:pPr>
      <w:r>
        <w:rPr>
          <w:sz w:val="16"/>
        </w:rPr>
        <w:t>D. 5x - 7 karena -2 tetap negatif setelah dikurangkan.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Keliling Persegi Panjang" title="Visual soal 4: Keliling Persegi Panjang"/>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keliling persegi panjang sebagai sumber data utama dan meminta peserta didik mempertanggungjawabkan simpulannya. Panjang persegi panjang (2x+3) cm dan lebarnya (x-1) cm. Fokus analisis kelompok adalah menentukan keliling sederhana.</w:t>
      </w:r>
    </w:p>
    <w:p>
      <w:r>
        <w:rPr>
          <w:b/>
          <w:sz w:val="18"/>
        </w:rPr>
        <w:t>Setelah data, satuan, dan aturan matematis diperiksa, pernyataan manakah yang layak diterima?</w:t>
      </w:r>
    </w:p>
    <w:p>
      <w:pPr>
        <w:spacing w:after="20"/>
        <w:ind w:left="142"/>
      </w:pPr>
      <w:r>
        <w:rPr>
          <w:sz w:val="16"/>
        </w:rPr>
        <w:t>A. 6x + 4 cm karena 2[(2x+3)+(x-1)].</w:t>
      </w:r>
    </w:p>
    <w:p>
      <w:pPr>
        <w:spacing w:after="20"/>
        <w:ind w:left="142"/>
      </w:pPr>
      <w:r>
        <w:rPr>
          <w:sz w:val="16"/>
        </w:rPr>
        <w:t>B. 3x + 2 cm karena hanya panjang dan lebar dijumlahkan sekali.</w:t>
      </w:r>
    </w:p>
    <w:p>
      <w:pPr>
        <w:spacing w:after="20"/>
        <w:ind w:left="142"/>
      </w:pPr>
      <w:r>
        <w:rPr>
          <w:sz w:val="16"/>
        </w:rPr>
        <w:t>C. 2x² + x - 3 cm karena panjang dikalikan lebar.</w:t>
      </w:r>
    </w:p>
    <w:p>
      <w:pPr>
        <w:spacing w:after="20"/>
        <w:ind w:left="142"/>
      </w:pPr>
      <w:r>
        <w:rPr>
          <w:sz w:val="16"/>
        </w:rPr>
        <w:t>D. 6x + 8 cm karena -1 dianggap +1.</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Selisih Pengumpulan" title="Visual soal 5: Selisih Pengumpulan"/>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selisih pengumpulan, hasil tidak boleh ditentukan hanya dengan menebak angka; seluruh informasi pada visual harus digunakan. Kelas A mengumpulkan (4p + 6q) barang dan kelas B (3p - 2q). Fokus analisis kelompok adalah menentukan selisih A - B.</w:t>
      </w:r>
    </w:p>
    <w:p>
      <w:r>
        <w:rPr>
          <w:b/>
          <w:sz w:val="18"/>
        </w:rPr>
        <w:t>Keputusan manakah yang paling tepat apabila seluruh informasi pada visual dan konteks masalah digunakan?</w:t>
      </w:r>
    </w:p>
    <w:p>
      <w:pPr>
        <w:spacing w:after="20"/>
        <w:ind w:left="142"/>
      </w:pPr>
      <w:r>
        <w:rPr>
          <w:sz w:val="16"/>
        </w:rPr>
        <w:t>A. p + 8q karena 4p+6q-3p+2q.</w:t>
      </w:r>
    </w:p>
    <w:p>
      <w:pPr>
        <w:spacing w:after="20"/>
        <w:ind w:left="142"/>
      </w:pPr>
      <w:r>
        <w:rPr>
          <w:sz w:val="16"/>
        </w:rPr>
        <w:t>B. 7p + 4q karena tanda minus tidak didistribusikan.</w:t>
      </w:r>
    </w:p>
    <w:p>
      <w:pPr>
        <w:spacing w:after="20"/>
        <w:ind w:left="142"/>
      </w:pPr>
      <w:r>
        <w:rPr>
          <w:sz w:val="16"/>
        </w:rPr>
        <w:t>C. p + 4q karena -2q tetap dikurangkan.</w:t>
      </w:r>
    </w:p>
    <w:p>
      <w:pPr>
        <w:spacing w:after="20"/>
        <w:ind w:left="142"/>
      </w:pPr>
      <w:r>
        <w:rPr>
          <w:sz w:val="16"/>
        </w:rPr>
        <w:t>D. 12p² - 12q² karena bentuk dikalikan.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Audit Suku Sejenis" title="Visual soal 6: Audit Suku Sejenis"/>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audit suku sejenis dan meminta analisis matematis sebelum laporan disahkan. Seorang siswa menyederhanakan 4x + 3 menjadi 7x. Fokus analisis kelompok adalah menentukan perbaikan yang benar.</w:t>
      </w:r>
    </w:p>
    <w:p>
      <w:r>
        <w:rPr>
          <w:b/>
          <w:sz w:val="18"/>
        </w:rPr>
        <w:t>Manakah analisis yang menunjukkan proses, hasil, dan justifikasi matematis secara benar?</w:t>
      </w:r>
    </w:p>
    <w:p>
      <w:pPr>
        <w:spacing w:after="20"/>
        <w:ind w:left="142"/>
      </w:pPr>
      <w:r>
        <w:rPr>
          <w:sz w:val="16"/>
        </w:rPr>
        <w:t>A. 4x + 3 tidak dapat digabung karena 4x dan 3 bukan suku sejenis.</w:t>
      </w:r>
    </w:p>
    <w:p>
      <w:pPr>
        <w:spacing w:after="20"/>
        <w:ind w:left="142"/>
      </w:pPr>
      <w:r>
        <w:rPr>
          <w:sz w:val="16"/>
        </w:rPr>
        <w:t>B. 7x benar karena semua bilangan dapat dijumlahkan.</w:t>
      </w:r>
    </w:p>
    <w:p>
      <w:pPr>
        <w:spacing w:after="20"/>
        <w:ind w:left="142"/>
      </w:pPr>
      <w:r>
        <w:rPr>
          <w:sz w:val="16"/>
        </w:rPr>
        <w:t>C. 12x karena 4 dan 3 harus dikalikan.</w:t>
      </w:r>
    </w:p>
    <w:p>
      <w:pPr>
        <w:spacing w:after="20"/>
        <w:ind w:left="142"/>
      </w:pPr>
      <w:r>
        <w:rPr>
          <w:sz w:val="16"/>
        </w:rPr>
        <w:t>D. 7 karena variabel dihapus.</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Perbandingan Metode" title="Visual soal 7: Perbandingan Metode"/>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perbandingan metode, peserta didik membandingkan beberapa strategi untuk menemukan laporan yang paling sahih. Dua metode digunakan untuk (5x-4)+(2-3x). Metode P memperoleh 2x-2; metode Q memperoleh 8x-6. Fokus analisis kelompok adalah menentukan penilaian yang tepat.</w:t>
      </w:r>
    </w:p>
    <w:p>
      <w:r>
        <w:rPr>
          <w:b/>
          <w:sz w:val="18"/>
        </w:rPr>
        <w:t>Setelah hasil diverifikasi terhadap data pada visual, laporan kelompok manakah yang seharusnya dipilih?</w:t>
      </w:r>
    </w:p>
    <w:p>
      <w:pPr>
        <w:spacing w:after="20"/>
        <w:ind w:left="142"/>
      </w:pPr>
      <w:r>
        <w:rPr>
          <w:sz w:val="16"/>
        </w:rPr>
        <w:t>A. Metode P benar karena 5x-3x=2x dan -4+2=-2.</w:t>
      </w:r>
    </w:p>
    <w:p>
      <w:pPr>
        <w:spacing w:after="20"/>
        <w:ind w:left="142"/>
      </w:pPr>
      <w:r>
        <w:rPr>
          <w:sz w:val="16"/>
        </w:rPr>
        <w:t>B. Metode Q benar karena semua koefisien dijumlahkan tanpa tanda.</w:t>
      </w:r>
    </w:p>
    <w:p>
      <w:pPr>
        <w:spacing w:after="20"/>
        <w:ind w:left="142"/>
      </w:pPr>
      <w:r>
        <w:rPr>
          <w:sz w:val="16"/>
        </w:rPr>
        <w:t>C. Keduanya benar karena bentuk aljabar dapat memiliki dua hasil.</w:t>
      </w:r>
    </w:p>
    <w:p>
      <w:pPr>
        <w:spacing w:after="20"/>
        <w:ind w:left="142"/>
      </w:pPr>
      <w:r>
        <w:rPr>
          <w:sz w:val="16"/>
        </w:rPr>
        <w:t>D. Keduanya salah; hasilnya 2x+6,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Rekap Gudang" title="Visual soal 8: Rekap Gudang"/>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Gudang mencatat (12x + 8y - 5) barang pada pagi hari dan (7x - 3y + 9) pada sore hari. Tentukan jumlah seluruhnya dan jelaskan pengelompokan suku.</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ngurangan dan Verifikasi" title="Visual soal 9: Pengurangan dan Verifikasi"/>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Sederhanakan (9a - 4b + 6) - (5a + 3b - 2), tunjukkan perubahan tanda, dan verifikasi dengan a=2, b=1.</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Rancang Pasangan Bentuk" title="Visual soal 10: Rancang Pasangan Bentuk"/>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dua bentuk aljabar berbeda yang jika dijumlahkan menghasilkan 6x + 2y - 5. Jelaskan cara memeriksa jawabanmu.</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3x dan 5x sejenis.</w:t>
      </w:r>
    </w:p>
    <w:p>
      <w:pPr>
        <w:spacing w:after="60"/>
        <w:ind w:left="227"/>
      </w:pPr>
      <w:r>
        <w:rPr>
          <w:b/>
        </w:rPr>
        <w:t xml:space="preserve">Miskonsepsi sasaran: </w:t>
      </w:r>
      <w:r>
        <w:t>Mengalikan atau menghilangkan variabel.</w:t>
      </w:r>
    </w:p>
    <w:p>
      <w:pPr>
        <w:spacing w:after="40"/>
      </w:pPr>
      <w:r>
        <w:rPr>
          <w:b/>
        </w:rPr>
        <w:t xml:space="preserve">2. A - </w:t>
      </w:r>
      <w:r>
        <w:t>Kelompokkan a dengan a dan b dengan b.</w:t>
      </w:r>
    </w:p>
    <w:p>
      <w:pPr>
        <w:spacing w:after="60"/>
        <w:ind w:left="227"/>
      </w:pPr>
      <w:r>
        <w:rPr>
          <w:b/>
        </w:rPr>
        <w:t xml:space="preserve">Miskonsepsi sasaran: </w:t>
      </w:r>
      <w:r>
        <w:t>Menggabungkan variabel berbeda atau salah operasi.</w:t>
      </w:r>
    </w:p>
    <w:p>
      <w:pPr>
        <w:spacing w:after="40"/>
      </w:pPr>
      <w:r>
        <w:rPr>
          <w:b/>
        </w:rPr>
        <w:t xml:space="preserve">3. A - </w:t>
      </w:r>
      <w:r>
        <w:t>Distribusikan tanda negatif ke seluruh suku dalam kurung kedua.</w:t>
      </w:r>
    </w:p>
    <w:p>
      <w:pPr>
        <w:spacing w:after="60"/>
        <w:ind w:left="227"/>
      </w:pPr>
      <w:r>
        <w:rPr>
          <w:b/>
        </w:rPr>
        <w:t xml:space="preserve">Miskonsepsi sasaran: </w:t>
      </w:r>
      <w:r>
        <w:t>Tidak mengubah tanda semua suku.</w:t>
      </w:r>
    </w:p>
    <w:p>
      <w:pPr>
        <w:spacing w:after="40"/>
      </w:pPr>
      <w:r>
        <w:rPr>
          <w:b/>
        </w:rPr>
        <w:t xml:space="preserve">4. A - </w:t>
      </w:r>
      <w:r>
        <w:t>Keliling dua kali jumlah panjang dan lebar.</w:t>
      </w:r>
    </w:p>
    <w:p>
      <w:pPr>
        <w:spacing w:after="60"/>
        <w:ind w:left="227"/>
      </w:pPr>
      <w:r>
        <w:rPr>
          <w:b/>
        </w:rPr>
        <w:t xml:space="preserve">Miskonsepsi sasaran: </w:t>
      </w:r>
      <w:r>
        <w:t>Menghitung setengah keliling, luas, atau salah tanda.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Kurangi seluruh bentuk B.</w:t>
      </w:r>
    </w:p>
    <w:p>
      <w:pPr>
        <w:spacing w:after="60"/>
        <w:ind w:left="227"/>
      </w:pPr>
      <w:r>
        <w:rPr>
          <w:b/>
        </w:rPr>
        <w:t xml:space="preserve">Miskonsepsi sasaran: </w:t>
      </w:r>
      <w:r>
        <w:t>Salah distribusi tanda.</w:t>
      </w:r>
    </w:p>
    <w:p>
      <w:pPr>
        <w:spacing w:after="40"/>
      </w:pPr>
      <w:r>
        <w:rPr>
          <w:b/>
        </w:rPr>
        <w:t xml:space="preserve">6. A - </w:t>
      </w:r>
      <w:r>
        <w:t>Konstanta tidak sejenis dengan suku x.</w:t>
      </w:r>
    </w:p>
    <w:p>
      <w:pPr>
        <w:spacing w:after="60"/>
        <w:ind w:left="227"/>
      </w:pPr>
      <w:r>
        <w:rPr>
          <w:b/>
        </w:rPr>
        <w:t xml:space="preserve">Miskonsepsi sasaran: </w:t>
      </w:r>
      <w:r>
        <w:t>Menggabungkan semua suku tanpa melihat bagian variabel.</w:t>
      </w:r>
    </w:p>
    <w:p>
      <w:pPr>
        <w:spacing w:after="40"/>
      </w:pPr>
      <w:r>
        <w:rPr>
          <w:b/>
        </w:rPr>
        <w:t xml:space="preserve">7. A - </w:t>
      </w:r>
      <w:r>
        <w:t>Kelompokkan suku sejenis dengan tanda yang tepat.</w:t>
      </w:r>
    </w:p>
    <w:p>
      <w:pPr>
        <w:spacing w:after="60"/>
        <w:ind w:left="227"/>
      </w:pPr>
      <w:r>
        <w:rPr>
          <w:b/>
        </w:rPr>
        <w:t xml:space="preserve">Miskonsepsi sasaran: </w:t>
      </w:r>
      <w:r>
        <w:t>Mengabaikan tanda negatif.</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19x + 5y + 4.</w:t>
      </w:r>
    </w:p>
    <w:p>
      <w:pPr>
        <w:spacing w:after="20"/>
        <w:ind w:left="198"/>
      </w:pPr>
      <w:r>
        <w:rPr>
          <w:b/>
        </w:rPr>
        <w:t xml:space="preserve">Bantuan 1: </w:t>
      </w:r>
      <w:r>
        <w:t>Kelompokkan suku x, y, dan konstanta.</w:t>
      </w:r>
    </w:p>
    <w:p>
      <w:pPr>
        <w:spacing w:after="20"/>
        <w:ind w:left="198"/>
      </w:pPr>
      <w:r>
        <w:rPr>
          <w:b/>
        </w:rPr>
        <w:t xml:space="preserve">Bantuan 2: </w:t>
      </w:r>
      <w:r>
        <w:t>Jumlahkan koefisien setiap kelompok.</w:t>
      </w:r>
    </w:p>
    <w:p>
      <w:pPr>
        <w:spacing w:after="20"/>
        <w:ind w:left="198"/>
      </w:pPr>
      <w:r>
        <w:rPr>
          <w:b/>
        </w:rPr>
        <w:t xml:space="preserve">Bantuan 3: </w:t>
      </w:r>
      <w:r>
        <w:t>Periksa bahwa variabel berbeda tidak digabung.</w:t>
      </w:r>
    </w:p>
    <w:p>
      <w:r>
        <w:rPr>
          <w:b/>
        </w:rPr>
        <w:t xml:space="preserve">Soal 9 - Kunci ringkas: </w:t>
      </w:r>
      <w:r>
        <w:t>Hasil 4a - 7b + 8. Substitusi awal dan hasil keduanya memberi 9.</w:t>
      </w:r>
    </w:p>
    <w:p>
      <w:pPr>
        <w:spacing w:after="20"/>
        <w:ind w:left="198"/>
      </w:pPr>
      <w:r>
        <w:rPr>
          <w:b/>
        </w:rPr>
        <w:t xml:space="preserve">Bantuan 1: </w:t>
      </w:r>
      <w:r>
        <w:t>Distribusikan tanda negatif ke kurung kedua.</w:t>
      </w:r>
    </w:p>
    <w:p>
      <w:pPr>
        <w:spacing w:after="20"/>
        <w:ind w:left="198"/>
      </w:pPr>
      <w:r>
        <w:rPr>
          <w:b/>
        </w:rPr>
        <w:t xml:space="preserve">Bantuan 2: </w:t>
      </w:r>
      <w:r>
        <w:t>Gabungkan suku sejenis.</w:t>
      </w:r>
    </w:p>
    <w:p>
      <w:pPr>
        <w:spacing w:after="20"/>
        <w:ind w:left="198"/>
      </w:pPr>
      <w:r>
        <w:rPr>
          <w:b/>
        </w:rPr>
        <w:t xml:space="preserve">Bantuan 3: </w:t>
      </w:r>
      <w:r>
        <w:t>Substitusikan nilai untuk memeriksa ekuivalensi.</w:t>
      </w:r>
    </w:p>
    <w:p>
      <w:r>
        <w:rPr>
          <w:b/>
        </w:rPr>
        <w:t xml:space="preserve">Soal 10 - Kunci ringkas: </w:t>
      </w:r>
      <w:r>
        <w:t>Contoh (4x+y-3)+(2x+y-2). Pemeriksaan dengan menggabungkan suku sejenis.</w:t>
      </w:r>
    </w:p>
    <w:p>
      <w:pPr>
        <w:spacing w:after="20"/>
        <w:ind w:left="198"/>
      </w:pPr>
      <w:r>
        <w:rPr>
          <w:b/>
        </w:rPr>
        <w:t xml:space="preserve">Bantuan 1: </w:t>
      </w:r>
      <w:r>
        <w:t>Bagi koefisien target menjadi dua bagian.</w:t>
      </w:r>
    </w:p>
    <w:p>
      <w:pPr>
        <w:spacing w:after="20"/>
        <w:ind w:left="198"/>
      </w:pPr>
      <w:r>
        <w:rPr>
          <w:b/>
        </w:rPr>
        <w:t xml:space="preserve">Bantuan 2: </w:t>
      </w:r>
      <w:r>
        <w:t>Lakukan juga untuk konstanta.</w:t>
      </w:r>
    </w:p>
    <w:p>
      <w:pPr>
        <w:spacing w:after="20"/>
        <w:ind w:left="198"/>
      </w:pPr>
      <w:r>
        <w:rPr>
          <w:b/>
        </w:rPr>
        <w:t xml:space="preserve">Bantuan 3: </w:t>
      </w:r>
      <w:r>
        <w:t>Jumlahkan kembali untuk memeriksa.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