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KONSEP DAN UNSUR-UNSUR BENTUK ALJABAR</w:t>
      </w:r>
    </w:p>
    <w:p>
      <w:pPr>
        <w:jc w:val="center"/>
      </w:pPr>
      <w:r>
        <w:rPr>
          <w:color w:val="E8A73E"/>
          <w:sz w:val="22"/>
        </w:rPr>
        <w:t>Matematika - Fase D / Kelas VII - Materi 21 (4.1)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21 - 4.1 Konsep dan Unsur-unsur Bentuk Aljabar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mengidentifikasi variabel, koefisien, konstanta, suku, serta suku sejenis dan tidak sejenis dengan tepat.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mengidentifikasi variabel, koefisien, konstanta, suku, serta suku sejenis dan tidak sejenis dengan tepat.</w:t>
      </w:r>
    </w:p>
    <w:p>
      <w:r>
        <w:rPr>
          <w:b/>
        </w:rPr>
        <w:t xml:space="preserve">Keterkaitan disiplin ilmu: </w:t>
      </w:r>
      <w:r>
        <w:t>Pemrograman dan pemodelan besaran yang berubah.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Model Biaya Aplikasi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Kartu Suku Aljabar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Papan Suku Sejenis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Belanja Koperasi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Model Perubahan Suhu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Pangkat pada Suku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Unsur Aljabar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Gudang memiliki x kotak buku, setiap kotak berisi 24 buku, ditambah 15 buku lepas. Bentu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Persediaan Gudang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Diberikan bentuk 5a² - 3ab + 2b² - 7. Identifikasi seluruh suku, variabel, koefisien, ko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Analisis Bentuk Aljabar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Buat sebuah bentuk aljabar dengan dua variabel, empat suku, satu konstanta negatif, dan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Rancang Bentuk Aljabar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Model Biaya Aplikasi" title="Visual soal 1: Model Biaya Aplik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Sebuah aplikasi mencatat biaya kegiatan dengan model 5x + 7, dengan x menyatakan banyak paket dan satuan biaya dalam ribuan rupiah. Fokus analisis kelompok adalah identifikasi unsur yang benar.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x variabel, 5 koefisien x, dan 7 konstanta, karena variabel adalah simbol yang dapat berubah; bilangan pengalinya koefisien.</w:t>
      </w:r>
    </w:p>
    <w:p>
      <w:pPr>
        <w:spacing w:after="20"/>
        <w:ind w:left="142"/>
      </w:pPr>
      <w:r>
        <w:rPr>
          <w:sz w:val="16"/>
        </w:rPr>
        <w:t>B. 5 variabel, x koefisien, dan 7 suku sejenis,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C. 7 variabel karena nilainya dapat berubah.</w:t>
      </w:r>
    </w:p>
    <w:p>
      <w:pPr>
        <w:spacing w:after="20"/>
        <w:ind w:left="142"/>
      </w:pPr>
      <w:r>
        <w:rPr>
          <w:sz w:val="16"/>
        </w:rPr>
        <w:t>D. 5x konstanta karena ditulis sebagai satu kelompok.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Kartu Suku Aljabar" title="Visual soal 2: Kartu Suku Aljab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kartu suku aljabar menerima data visual yang harus diperiksa ketepatan hubungan, operasi, dan satuannya. Bentuk 3a - 2b + 5 digunakan untuk mencatat perubahan dua jenis persediaan. Fokus analisis kelompok adalah menentukan banyak suku dan pemisahnya.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Tiga suku: 3a, -2b, dan 5, dipisahkan oleh operasi tambah atau kurang, karena tanda operasi memisahkan suku; tanda negatif melekat pada suku berikutnya.</w:t>
      </w:r>
    </w:p>
    <w:p>
      <w:pPr>
        <w:spacing w:after="20"/>
        <w:ind w:left="142"/>
      </w:pPr>
      <w:r>
        <w:rPr>
          <w:sz w:val="16"/>
        </w:rPr>
        <w:t>B. Dua suku karena 3a dan -2b sama-sama memuat huruf.</w:t>
      </w:r>
    </w:p>
    <w:p>
      <w:pPr>
        <w:spacing w:after="20"/>
        <w:ind w:left="142"/>
      </w:pPr>
      <w:r>
        <w:rPr>
          <w:sz w:val="16"/>
        </w:rPr>
        <w:t>C. Lima suku karena setiap angka dan huruf dihitung terpisah.</w:t>
      </w:r>
    </w:p>
    <w:p>
      <w:pPr>
        <w:spacing w:after="20"/>
        <w:ind w:left="142"/>
      </w:pPr>
      <w:r>
        <w:rPr>
          <w:sz w:val="16"/>
        </w:rPr>
        <w:t>D. Satu suku karena seluruh bentuk berada pada satu baris.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apan Suku Sejenis" title="Visual soal 3: Papan Suku Sejen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papan suku sejenis, empat kelompok memperoleh laporan berbeda sehingga setiap langkah perlu diverifikasi berdasarkan data. Pada papan terdapat 4x, -3x, 5y, dan 2. Fokus analisis kelompok adalah menentukan pasangan suku sejenis.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4x dan -3x karena memiliki variabel dan pangkat yang sama.</w:t>
      </w:r>
    </w:p>
    <w:p>
      <w:pPr>
        <w:spacing w:after="20"/>
        <w:ind w:left="142"/>
      </w:pPr>
      <w:r>
        <w:rPr>
          <w:sz w:val="16"/>
        </w:rPr>
        <w:t>B. 4x dan 5y karena keduanya memiliki koefisien.</w:t>
      </w:r>
    </w:p>
    <w:p>
      <w:pPr>
        <w:spacing w:after="20"/>
        <w:ind w:left="142"/>
      </w:pPr>
      <w:r>
        <w:rPr>
          <w:sz w:val="16"/>
        </w:rPr>
        <w:t>C. -3x dan 2 karena keduanya bertanda angka.</w:t>
      </w:r>
    </w:p>
    <w:p>
      <w:pPr>
        <w:spacing w:after="20"/>
        <w:ind w:left="142"/>
      </w:pPr>
      <w:r>
        <w:rPr>
          <w:sz w:val="16"/>
        </w:rPr>
        <w:t>D. 5y dan 2 karena keduanya positif.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Belanja Koperasi" title="Visual soal 4: Belanja Koper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Koperasi menjual buku seharga b rupiah dan pensil seharga p rupiah. Pembelian terdiri atas dua buku dan tiga pensil. Fokus analisis kelompok adalah menentukan model yang tepat.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2b + 3p karena setiap harga dikalikan banyak barang sejenis.</w:t>
      </w:r>
    </w:p>
    <w:p>
      <w:pPr>
        <w:spacing w:after="20"/>
        <w:ind w:left="142"/>
      </w:pPr>
      <w:r>
        <w:rPr>
          <w:sz w:val="16"/>
        </w:rPr>
        <w:t>B. 5bp karena semua barang dijumlahkan lalu harga dikalikan.</w:t>
      </w:r>
    </w:p>
    <w:p>
      <w:pPr>
        <w:spacing w:after="20"/>
        <w:ind w:left="142"/>
      </w:pPr>
      <w:r>
        <w:rPr>
          <w:sz w:val="16"/>
        </w:rPr>
        <w:t>C. 2p + 3b karena variabel boleh dipertukarkan.</w:t>
      </w:r>
    </w:p>
    <w:p>
      <w:pPr>
        <w:spacing w:after="20"/>
        <w:ind w:left="142"/>
      </w:pPr>
      <w:r>
        <w:rPr>
          <w:sz w:val="16"/>
        </w:rPr>
        <w:t>D. b + p + 5 karena jumlah barang ditulis sebagai konstanta.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Model Perubahan Suhu" title="Visual soal 5: Model Perubahan Suh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model perubahan suhu, hasil tidak boleh ditentukan hanya dengan menebak angka; seluruh informasi pada visual harus digunakan. Suhu berubah menurut bentuk -2t + 6, dengan t waktu dalam jam. Fokus analisis kelompok adalah menentukan koefisien t dan maknanya.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-2; suhu berkurang 2 satuan setiap pertambahan satu jam, karena koefisien mencakup tanda negatif.</w:t>
      </w:r>
    </w:p>
    <w:p>
      <w:pPr>
        <w:spacing w:after="20"/>
        <w:ind w:left="142"/>
      </w:pPr>
      <w:r>
        <w:rPr>
          <w:sz w:val="16"/>
        </w:rPr>
        <w:t>B. 2; tanda negatif hanya hiasan operasi,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C. 6; karena bilangan terakhir selalu koefisien.</w:t>
      </w:r>
    </w:p>
    <w:p>
      <w:pPr>
        <w:spacing w:after="20"/>
        <w:ind w:left="142"/>
      </w:pPr>
      <w:r>
        <w:rPr>
          <w:sz w:val="16"/>
        </w:rPr>
        <w:t>D. t; karena huruf di depan angka.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Pangkat pada Suku" title="Visual soal 6: Pangkat pada Su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pangkat pada suku dan meminta analisis matematis sebelum laporan disahkan. Bentuk 2x² + 3x - 4 memuat dua suku berhuruf x. Fokus analisis kelompok adalah menentukan mengapa 2x² dan 3x tidak sejenis.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Pangkat x berbeda, yaitu 2 dan 1, karena kesamaan variabel harus termasuk pangkatnya.</w:t>
      </w:r>
    </w:p>
    <w:p>
      <w:pPr>
        <w:spacing w:after="20"/>
        <w:ind w:left="142"/>
      </w:pPr>
      <w:r>
        <w:rPr>
          <w:sz w:val="16"/>
        </w:rPr>
        <w:t>B. Koefisiennya berbeda, yaitu 2 dan 3,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C. Salah satunya bertanda positif,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D. Keduanya sebenarnya sejenis karena sama-sama memuat x.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udit Unsur Aljabar" title="Visual soal 7: Audit Unsur Aljab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audit unsur aljabar, peserta didik membandingkan beberapa strategi untuk menemukan laporan yang paling sahih. Seorang siswa menyatakan bentuk 7m - 4 memiliki variabel m dan -4. Fokus analisis kelompok adalah menentukan penilaian yang tepat.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Pernyataan salah; m adalah variabel, 7 koefisien, dan -4 konstanta, karena konstanta tidak memuat variabel.</w:t>
      </w:r>
    </w:p>
    <w:p>
      <w:pPr>
        <w:spacing w:after="20"/>
        <w:ind w:left="142"/>
      </w:pPr>
      <w:r>
        <w:rPr>
          <w:sz w:val="16"/>
        </w:rPr>
        <w:t>B. Pernyataan benar karena semua simbol setelah tanda operasi adalah variabel.</w:t>
      </w:r>
    </w:p>
    <w:p>
      <w:pPr>
        <w:spacing w:after="20"/>
        <w:ind w:left="142"/>
      </w:pPr>
      <w:r>
        <w:rPr>
          <w:sz w:val="16"/>
        </w:rPr>
        <w:t>C. Pernyataan salah karena 7m seluruhnya merupakan konstanta.</w:t>
      </w:r>
    </w:p>
    <w:p>
      <w:pPr>
        <w:spacing w:after="20"/>
        <w:ind w:left="142"/>
      </w:pPr>
      <w:r>
        <w:rPr>
          <w:sz w:val="16"/>
        </w:rPr>
        <w:t>D. Pernyataan benar hanya jika m bernilai nol, karena angka pada visual dianggap dapat langsung dioperasikan tanpa memeriksa bentuk, satuan, atau hubungan yang disyaratkan.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ersediaan Gudang" title="Visual soal 8: Persediaan Guda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Gudang memiliki x kotak buku, setiap kotak berisi 24 buku, ditambah 15 buku lepas. Bentuklah model jumlah buku dan identifikasi variabel, koefisien, konstanta, serta sukunya.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Analisis Bentuk Aljabar" title="Visual soal 9: Analisis Bentuk Aljab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Diberikan bentuk 5a² - 3ab + 2b² - 7. Identifikasi seluruh suku, variabel, koefisien, konstanta, dan pasangan suku sejenis.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Rancang Bentuk Aljabar" title="Visual soal 10: Rancang Bentuk Aljab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Buat sebuah bentuk aljabar dengan dua variabel, empat suku, satu konstanta negatif, dan tepat satu pasangan suku sejenis. Jelaskan mengapa bentukmu memenuhi syarat.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Variabel adalah simbol yang dapat berubah; bilangan pengalinya koefisien.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Menukar peran variabel, koefisien, dan konstanta.</w:t>
      </w:r>
    </w:p>
    <w:p>
      <w:pPr>
        <w:spacing w:after="40"/>
      </w:pPr>
      <w:r>
        <w:rPr>
          <w:b/>
        </w:rPr>
        <w:t xml:space="preserve">2. A - </w:t>
      </w:r>
      <w:r>
        <w:t>Tanda operasi memisahkan suku; tanda negatif melekat pada suku berikutnya.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Menghitung simbol secara terpisah atau mengabaikan pemisah.</w:t>
      </w:r>
    </w:p>
    <w:p>
      <w:pPr>
        <w:spacing w:after="40"/>
      </w:pPr>
      <w:r>
        <w:rPr>
          <w:b/>
        </w:rPr>
        <w:t xml:space="preserve">3. A - </w:t>
      </w:r>
      <w:r>
        <w:t>Suku sejenis memiliki bagian variabel identik.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Menilai dari tanda atau keberadaan koefisien saja.</w:t>
      </w:r>
    </w:p>
    <w:p>
      <w:pPr>
        <w:spacing w:after="40"/>
      </w:pPr>
      <w:r>
        <w:rPr>
          <w:b/>
        </w:rPr>
        <w:t xml:space="preserve">4. A - </w:t>
      </w:r>
      <w:r>
        <w:t>Model mempertahankan jenis barang dan jumlahnya.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Mengalikan variabel berbeda atau menukar makna variabel.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Koefisien mencakup tanda negatif.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tanda atau memilih konstanta.</w:t>
      </w:r>
    </w:p>
    <w:p>
      <w:pPr>
        <w:spacing w:after="40"/>
      </w:pPr>
      <w:r>
        <w:rPr>
          <w:b/>
        </w:rPr>
        <w:t xml:space="preserve">6. A - </w:t>
      </w:r>
      <w:r>
        <w:t>Kesamaan variabel harus termasuk pangkatnya.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variabel sama sudah cukup.</w:t>
      </w:r>
    </w:p>
    <w:p>
      <w:pPr>
        <w:spacing w:after="40"/>
      </w:pPr>
      <w:r>
        <w:rPr>
          <w:b/>
        </w:rPr>
        <w:t xml:space="preserve">7. A - </w:t>
      </w:r>
      <w:r>
        <w:t>Konstanta tidak memuat variabel.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bilangan negatif sebagai variabel.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Model 24x + 15. Variabel x, koefisien 24, konstanta 15, suku 24x dan 15.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besaran yang belum diketahui.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Kalikan isi tiap kotak dengan banyak kotak.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Pisahkan suku dan identifikasi unsurnya.</w:t>
      </w:r>
    </w:p>
    <w:p>
      <w:r>
        <w:rPr>
          <w:b/>
        </w:rPr>
        <w:t xml:space="preserve">Soal 9 - Kunci ringkas: </w:t>
      </w:r>
      <w:r>
        <w:t>Suku: 5a², -3ab, 2b², -7. Variabel a dan b; koefisien 5, -3, 2; konstanta -7; tidak ada pasangan suku sejenis.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Pisahkan berdasarkan tanda tambah atau kurang.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Catat bagian angka dan variabel tiap suku.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Bandingkan bagian variabel beserta pangkatnya.</w:t>
      </w:r>
    </w:p>
    <w:p>
      <w:r>
        <w:rPr>
          <w:b/>
        </w:rPr>
        <w:t xml:space="preserve">Soal 10 - Kunci ringkas: </w:t>
      </w:r>
      <w:r>
        <w:t>Contoh 3x + 2y - x - 5. Empat suku; variabel x,y; konstanta -5; 3x dan -x sejenis. Jawaban lain yang memenuhi diterima.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Pilih dua variabel berbeda.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Buat dua suku dengan bagian variabel sama.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Tambahkan satu suku variabel lain dan konstanta negatif.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