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PENERAPAN RASIO DALAM MASALAH KONTEKSTUAL</w:t>
      </w:r>
    </w:p>
    <w:p>
      <w:pPr>
        <w:jc w:val="center"/>
      </w:pPr>
      <w:r>
        <w:rPr>
          <w:color w:val="E8A73E"/>
          <w:sz w:val="22"/>
        </w:rPr>
        <w:t>Matematika - Fase D / Kelas VII - Materi 20 (3.7)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20 - 3.7 Penerapan Rasio dalam Masalah Kontekstual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memodelkan dan menyelesaikan masalah jumlah, selisih, komposisi, dan keputusan yang melibatkan rasio dengan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memodelkan dan menyelesaikan masalah jumlah, selisih, komposisi, dan keputusan yang melibatkan rasio dengan benar.</w:t>
      </w:r>
    </w:p>
    <w:p>
      <w:r>
        <w:rPr>
          <w:b/>
        </w:rPr>
        <w:t xml:space="preserve">Keterkaitan disiplin ilmu: </w:t>
      </w:r>
      <w:r>
        <w:t>Demografi, resep, keuangan, dan campuran.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Komposisi Kelas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Perbandingan Tabungan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Perbandingan Umur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Campuran Minuman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Analisis Campuran Bahan Bakar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Alokasi Anggaran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Data Kehadiran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Rasio buku kelas A:B = 4:7. Kelas B memiliki 36 buku lebih banyak. Tentukan jumlah buku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Koleksi Dua Kelas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Resep saus memiliki tomat:cabai:gula = 8:2:1. Tersedia 24 kg tomat. Tentukan bahan lain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Formulasi Saus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Campuran awal bensin:bioetanol = 4:1 sebanyak 25 liter. Campuran hendak diubah menjadi 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Reformulasi Bahan Bakar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Komposisi Kelas" title="Visual soal 1: Komposisi Kel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komposisi kelas, satu kelompok peserta didik diminta menelaah seluruh data pada visual sebelum menyampaikan keputusan. Rasio putra:putri dalam sebuah kelas 3:5 dan jumlah seluruhnya 32. Fokus analisis kelompok adalah menentukan jumlah putri.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20 karena total 8 bagian, satu bagian 4, dan putri 5 bagian.</w:t>
      </w:r>
    </w:p>
    <w:p>
      <w:pPr>
        <w:spacing w:after="20"/>
        <w:ind w:left="142"/>
      </w:pPr>
      <w:r>
        <w:rPr>
          <w:sz w:val="16"/>
        </w:rPr>
        <w:t>B. 12 karena rasio putra ditulis dahulu.</w:t>
      </w:r>
    </w:p>
    <w:p>
      <w:pPr>
        <w:spacing w:after="20"/>
        <w:ind w:left="142"/>
      </w:pPr>
      <w:r>
        <w:rPr>
          <w:sz w:val="16"/>
        </w:rPr>
        <w:t>C. 16 karena jumlah dibagi dua.</w:t>
      </w:r>
    </w:p>
    <w:p>
      <w:pPr>
        <w:spacing w:after="20"/>
        <w:ind w:left="142"/>
      </w:pPr>
      <w:r>
        <w:rPr>
          <w:sz w:val="16"/>
        </w:rPr>
        <w:t>D. 25 karena 5 dikalikan jumlah bagian.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Perbandingan Tabungan" title="Visual soal 2: Perbandingan Tabung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perbandingan tabungan menerima data visual yang harus diperiksa ketepatan hubungan, operasi, dan satuannya. Rasio tabungan Dika:Rani = 4:7. Selisih tabungan mereka Rp45.000. Fokus analisis kelompok adalah menentukan tabungan Dika.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Rp60.000 karena selisih 3 bagian = Rp45.000, satu bagian Rp15.000, Dika 4 bagian.</w:t>
      </w:r>
    </w:p>
    <w:p>
      <w:pPr>
        <w:spacing w:after="20"/>
        <w:ind w:left="142"/>
      </w:pPr>
      <w:r>
        <w:rPr>
          <w:sz w:val="16"/>
        </w:rPr>
        <w:t>B. Rp105.000 karena 7 bagian dikalikan Rp15.000.</w:t>
      </w:r>
    </w:p>
    <w:p>
      <w:pPr>
        <w:spacing w:after="20"/>
        <w:ind w:left="142"/>
      </w:pPr>
      <w:r>
        <w:rPr>
          <w:sz w:val="16"/>
        </w:rPr>
        <w:t>C. Rp180.000 karena 4 x Rp45.000.</w:t>
      </w:r>
    </w:p>
    <w:p>
      <w:pPr>
        <w:spacing w:after="20"/>
        <w:ind w:left="142"/>
      </w:pPr>
      <w:r>
        <w:rPr>
          <w:sz w:val="16"/>
        </w:rPr>
        <w:t>D. Rp45.000 karena selisih sama dengan tabungan lebih kecil.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erbandingan Umur" title="Visual soal 3: Perbandingan Umu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perbandingan umur, empat kelompok memperoleh laporan berbeda sehingga setiap langkah perlu diverifikasi berdasarkan data. Rasio umur ayah:anak = 5:2 dan jumlah umur 49 tahun. Fokus analisis kelompok adalah menentukan umur ayah.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35 tahun karena total 7 bagian, satu bagian 7, ayah 5 bagian.</w:t>
      </w:r>
    </w:p>
    <w:p>
      <w:pPr>
        <w:spacing w:after="20"/>
        <w:ind w:left="142"/>
      </w:pPr>
      <w:r>
        <w:rPr>
          <w:sz w:val="16"/>
        </w:rPr>
        <w:t>B. 14 tahun karena anak 2 bagian.</w:t>
      </w:r>
    </w:p>
    <w:p>
      <w:pPr>
        <w:spacing w:after="20"/>
        <w:ind w:left="142"/>
      </w:pPr>
      <w:r>
        <w:rPr>
          <w:sz w:val="16"/>
        </w:rPr>
        <w:t>C. 25 tahun karena 5 x 5.</w:t>
      </w:r>
    </w:p>
    <w:p>
      <w:pPr>
        <w:spacing w:after="20"/>
        <w:ind w:left="142"/>
      </w:pPr>
      <w:r>
        <w:rPr>
          <w:sz w:val="16"/>
        </w:rPr>
        <w:t>D. 42 tahun karena selisih bagian 3 dikali 14.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Campuran Minuman" title="Visual soal 4: Campuran Minum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campuran minuman sebagai sumber data utama dan meminta peserta didik mempertanggungjawabkan simpulannya. Campuran minuman menggunakan sirup:air = 2:7. Untuk membuat 27 liter campuran, Fokus analisis kelompok adalah menentukan volume sirup yang diperlukan.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6 L karena total 9 bagian, satu bagian 3 L, sirup 2 bagian.</w:t>
      </w:r>
    </w:p>
    <w:p>
      <w:pPr>
        <w:spacing w:after="20"/>
        <w:ind w:left="142"/>
      </w:pPr>
      <w:r>
        <w:rPr>
          <w:sz w:val="16"/>
        </w:rPr>
        <w:t>B. 21 L karena air 7 bagian.</w:t>
      </w:r>
    </w:p>
    <w:p>
      <w:pPr>
        <w:spacing w:after="20"/>
        <w:ind w:left="142"/>
      </w:pPr>
      <w:r>
        <w:rPr>
          <w:sz w:val="16"/>
        </w:rPr>
        <w:t>C. 9 L karena campuran dibagi tiga.</w:t>
      </w:r>
    </w:p>
    <w:p>
      <w:pPr>
        <w:spacing w:after="20"/>
        <w:ind w:left="142"/>
      </w:pPr>
      <w:r>
        <w:rPr>
          <w:sz w:val="16"/>
        </w:rPr>
        <w:t>D. 3,86 L karena 27/7.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Analisis Campuran Bahan Bakar" title="Visual soal 5: Analisis Campuran Bahan Bak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analisis campuran bahan bakar, hasil tidak boleh ditentukan hanya dengan menebak angka; seluruh informasi pada visual harus digunakan. Dua campuran bahan bakar: P = bensin:etanol 9:1 dan Q = 18:3. Fokus analisis kelompok adalah menentukan penilaian yang benar.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P memiliki proporsi etanol lebih kecil karena 1/10 = 10%, sedangkan Q 3/21 sekitar 14,3%.</w:t>
      </w:r>
    </w:p>
    <w:p>
      <w:pPr>
        <w:spacing w:after="20"/>
        <w:ind w:left="142"/>
      </w:pPr>
      <w:r>
        <w:rPr>
          <w:sz w:val="16"/>
        </w:rPr>
        <w:t>B. Keduanya sama karena 18:3 menyederhana menjadi 9:1.</w:t>
      </w:r>
    </w:p>
    <w:p>
      <w:pPr>
        <w:spacing w:after="20"/>
        <w:ind w:left="142"/>
      </w:pPr>
      <w:r>
        <w:rPr>
          <w:sz w:val="16"/>
        </w:rPr>
        <w:t>C. Q memiliki etanol lebih kecil karena 3 lebih besar daripada 1.</w:t>
      </w:r>
    </w:p>
    <w:p>
      <w:pPr>
        <w:spacing w:after="20"/>
        <w:ind w:left="142"/>
      </w:pPr>
      <w:r>
        <w:rPr>
          <w:sz w:val="16"/>
        </w:rPr>
        <w:t>D. Tidak dapat dibandingkan karena jumlah campuran berbeda.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Alokasi Anggaran" title="Visual soal 6: Alokasi Angga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alokasi anggaran dan meminta analisis matematis sebelum laporan disahkan. Anggaran kegiatan dibagi konsumsi:dokumentasi:transportasi = 5:2:3. Total dana Rp2.000.000. Fokus analisis kelompok adalah menentukan dana dokumentasi.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Rp400.000 karena total 10 bagian, satu bagian Rp200.000, dokumentasi 2 bagian.</w:t>
      </w:r>
    </w:p>
    <w:p>
      <w:pPr>
        <w:spacing w:after="20"/>
        <w:ind w:left="142"/>
      </w:pPr>
      <w:r>
        <w:rPr>
          <w:sz w:val="16"/>
        </w:rPr>
        <w:t>B. Rp200.000 karena dokumentasi berada pada suku kedua.</w:t>
      </w:r>
    </w:p>
    <w:p>
      <w:pPr>
        <w:spacing w:after="20"/>
        <w:ind w:left="142"/>
      </w:pPr>
      <w:r>
        <w:rPr>
          <w:sz w:val="16"/>
        </w:rPr>
        <w:t>C. Rp600.000 karena transportasi 3 bagian.</w:t>
      </w:r>
    </w:p>
    <w:p>
      <w:pPr>
        <w:spacing w:after="20"/>
        <w:ind w:left="142"/>
      </w:pPr>
      <w:r>
        <w:rPr>
          <w:sz w:val="16"/>
        </w:rPr>
        <w:t>D. Rp1.000.000 karena 5 bagian dianggap dokumentasi.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udit Data Kehadiran" title="Visual soal 7: Audit Data Kehadi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Rasio hadir:tidak hadir pada kegiatan adalah 11:1. Setelah dua peserta yang semula tidak hadir datang, data menjadi 33 hadir dan 1 tidak hadir. Fokus analisis kelompok adalah menentukan penilaian yang tepat.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Rasio awal 31:3, bukan 11:1; informasi perubahan tidak konsisten dan perlu diperiksa, karena jika akhir 33 hadir dan 1 tidak hadir setelah dua berpindah, awal 31 hadir dan 3 tidak hadir, rasio 31:3.</w:t>
      </w:r>
    </w:p>
    <w:p>
      <w:pPr>
        <w:spacing w:after="20"/>
        <w:ind w:left="142"/>
      </w:pPr>
      <w:r>
        <w:rPr>
          <w:sz w:val="16"/>
        </w:rPr>
        <w:t>B. Rasio awal pasti 11:1 karena sudah tertulis.</w:t>
      </w:r>
    </w:p>
    <w:p>
      <w:pPr>
        <w:spacing w:after="20"/>
        <w:ind w:left="142"/>
      </w:pPr>
      <w:r>
        <w:rPr>
          <w:sz w:val="16"/>
        </w:rPr>
        <w:t>C. Rasio akhir 33:1 membuktikan rasio awal 11:1,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D. Data selalu konsisten karena jumlah hadir bertambah dua.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Koleksi Dua Kelas" title="Visual soal 8: Koleksi Dua Kel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Rasio buku kelas A:B = 4:7. Kelas B memiliki 36 buku lebih banyak. Tentukan jumlah buku masing-masing dan totalnya.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Formulasi Saus" title="Visual soal 9: Formulasi Sau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Resep saus memiliki tomat:cabai:gula = 8:2:1. Tersedia 24 kg tomat. Tentukan bahan lain dan total saus. Jika gula dibatasi maksimal 2,5 kg, nilai apakah produksi aman.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Reformulasi Bahan Bakar" title="Visual soal 10: Reformulasi Bahan Bak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Campuran awal bensin:bioetanol = 4:1 sebanyak 25 liter. Campuran hendak diubah menjadi 9:1 hanya dengan menambah bensin. Tentukan bensin yang harus ditambahkan dan buktikan rasio akhir.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Nilai satu bagian = 32/8.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Membagi rata atau menganggap angka rasio sebagai jumlah.</w:t>
      </w:r>
    </w:p>
    <w:p>
      <w:pPr>
        <w:spacing w:after="40"/>
      </w:pPr>
      <w:r>
        <w:rPr>
          <w:b/>
        </w:rPr>
        <w:t xml:space="preserve">2. A - </w:t>
      </w:r>
      <w:r>
        <w:t>Gunakan selisih bagian 7-4=3.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jumlah bagian atau selisih nominal sebagai satu bagian.</w:t>
      </w:r>
    </w:p>
    <w:p>
      <w:pPr>
        <w:spacing w:after="40"/>
      </w:pPr>
      <w:r>
        <w:rPr>
          <w:b/>
        </w:rPr>
        <w:t xml:space="preserve">3. A - </w:t>
      </w:r>
      <w:r>
        <w:t>Gunakan jumlah bagian 7.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Membagi atau mengalikan tanpa nilai satu bagian.</w:t>
      </w:r>
    </w:p>
    <w:p>
      <w:pPr>
        <w:spacing w:after="40"/>
      </w:pPr>
      <w:r>
        <w:rPr>
          <w:b/>
        </w:rPr>
        <w:t xml:space="preserve">4. A - </w:t>
      </w:r>
      <w:r>
        <w:t>Total bagian 9.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salah satu suku sebagai pembagi total.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Bandingkan bagian etanol terhadap total, bukan hanya rasio bensin:etanol yang disederhanakan (18:3=6:1).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menyederhanakan atau membandingkan angka absolut.</w:t>
      </w:r>
    </w:p>
    <w:p>
      <w:pPr>
        <w:spacing w:after="40"/>
      </w:pPr>
      <w:r>
        <w:rPr>
          <w:b/>
        </w:rPr>
        <w:t xml:space="preserve">6. A - </w:t>
      </w:r>
      <w:r>
        <w:t>Nilai satu bagian Rp200.000.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memilih suku atau membagi rata.</w:t>
      </w:r>
    </w:p>
    <w:p>
      <w:pPr>
        <w:spacing w:after="40"/>
      </w:pPr>
      <w:r>
        <w:rPr>
          <w:b/>
        </w:rPr>
        <w:t xml:space="preserve">7. A - </w:t>
      </w:r>
      <w:r>
        <w:t>Jika akhir 33 hadir dan 1 tidak hadir setelah dua berpindah, awal 31 hadir dan 3 tidak hadir, rasio 31:3.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Menerima semua data tanpa verifikasi.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Selisih 3 bagian = 36, satu bagian 12. A=48, B=84, total=132.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Gunakan selisih bagian 7-4.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Tentukan nilai satu bagian.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Kalikan dengan setiap suku dan jumlahkan.</w:t>
      </w:r>
    </w:p>
    <w:p>
      <w:r>
        <w:rPr>
          <w:b/>
        </w:rPr>
        <w:t xml:space="preserve">Soal 9 - Kunci ringkas: </w:t>
      </w:r>
      <w:r>
        <w:t>Faktor 3. Cabai 6 kg, gula 3 kg, total 33 kg. Batas gula terlampaui 0,5 kg, sehingga produksi perlu disesuaikan.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faktor dari 8 menjadi 24.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Kalikan cabai dan gula dengan faktor sama.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Bandingkan gula dengan batas maksimum.</w:t>
      </w:r>
    </w:p>
    <w:p>
      <w:r>
        <w:rPr>
          <w:b/>
        </w:rPr>
        <w:t xml:space="preserve">Soal 10 - Kunci ringkas: </w:t>
      </w:r>
      <w:r>
        <w:t>Awal bensin 20 L dan etanol 5 L. Agar rasio 9:1 dengan etanol tetap 5 L, bensin harus 45 L. Tambahan bensin 25 L. Akhir 45:5 = 9:1.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komponen awal dari total 25 L.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Pertahankan jumlah bioetanol dan tentukan bensin target.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Kurangi bensin target dengan bensin awal dan periksa rasio.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