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SKALA SEBAGAI APLIKASI PERBANDINGAN SENILAI</w:t>
      </w:r>
    </w:p>
    <w:p>
      <w:pPr>
        <w:jc w:val="center"/>
      </w:pPr>
      <w:r>
        <w:rPr>
          <w:color w:val="E8A73E"/>
          <w:sz w:val="22"/>
        </w:rPr>
        <w:t>Matematika - Fase D / Kelas VII - Materi 19 (3.6)</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19 - 3.6 Skala sebagai Aplikasi Perbandingan Senilai</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menentukan jarak sebenarnya, jarak pada gambar, dan nilai skala setelah menyamakan satuan dengan benar.</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menentukan jarak sebenarnya, jarak pada gambar, dan nilai skala setelah menyamakan satuan dengan benar.</w:t>
      </w:r>
    </w:p>
    <w:p>
      <w:r>
        <w:rPr>
          <w:b/>
        </w:rPr>
        <w:t xml:space="preserve">Keterkaitan disiplin ilmu: </w:t>
      </w:r>
      <w:r>
        <w:t>Kartografi, arsitektur, dan desain denah.</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Peta Wilayah</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Denah Ruang Kelas</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Miniatur Menara</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Perbandingan Dua Peta</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Menentukan Skala</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Denah Lapangan</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Audit Penggunaan Skala</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 xml:space="preserve">Denah madrasah berskala 1:400. Jarak gerbang ke perpustakaan 7,5 cm dan perpustakaan ke </w:t>
            </w:r>
          </w:p>
        </w:tc>
        <w:tc>
          <w:tcPr>
            <w:tcW w:type="dxa" w:w="2052"/>
            <w:tcMar>
              <w:top w:w="35" w:type="dxa"/>
              <w:start w:w="45" w:type="dxa"/>
              <w:bottom w:w="35" w:type="dxa"/>
              <w:end w:w="45" w:type="dxa"/>
            </w:tcMar>
          </w:tcPr>
          <w:p>
            <w:pPr>
              <w:spacing w:after="0" w:line="216" w:lineRule="auto"/>
            </w:pPr>
            <w:r>
              <w:rPr>
                <w:sz w:val="13"/>
              </w:rPr>
              <w:t>Rute dalam Madrasah</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Sebuah kebun 36 m x 24 m akan digambar pada kertas dengan area maksimum 18 cm x 14 cm. P</w:t>
            </w:r>
          </w:p>
        </w:tc>
        <w:tc>
          <w:tcPr>
            <w:tcW w:type="dxa" w:w="2052"/>
            <w:tcMar>
              <w:top w:w="35" w:type="dxa"/>
              <w:start w:w="45" w:type="dxa"/>
              <w:bottom w:w="35" w:type="dxa"/>
              <w:end w:w="45" w:type="dxa"/>
            </w:tcMar>
          </w:tcPr>
          <w:p>
            <w:pPr>
              <w:spacing w:after="0" w:line="216" w:lineRule="auto"/>
            </w:pPr>
            <w:r>
              <w:rPr>
                <w:sz w:val="13"/>
              </w:rPr>
              <w:t>Perancangan Denah Kebun</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 xml:space="preserve">Pada peta, rute A-B 5 cm dan B-C 8 cm. Jarak nyata A-C melalui B adalah 26 km. Tentukan </w:t>
            </w:r>
          </w:p>
        </w:tc>
        <w:tc>
          <w:tcPr>
            <w:tcW w:type="dxa" w:w="2052"/>
            <w:tcMar>
              <w:top w:w="35" w:type="dxa"/>
              <w:start w:w="45" w:type="dxa"/>
              <w:bottom w:w="35" w:type="dxa"/>
              <w:end w:w="45" w:type="dxa"/>
            </w:tcMar>
          </w:tcPr>
          <w:p>
            <w:pPr>
              <w:spacing w:after="0" w:line="216" w:lineRule="auto"/>
            </w:pPr>
            <w:r>
              <w:rPr>
                <w:sz w:val="13"/>
              </w:rPr>
              <w:t>Menentukan Skala Rute</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Peta Wilayah" title="Visual soal 1: Peta Wilayah"/>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peta wilayah, satu kelompok peserta didik diminta menelaah seluruh data pada visual sebelum menyampaikan keputusan. Pada peta berskala 1:250.000, jarak dua kota 3,2 cm. Fokus analisis kelompok adalah menentukan jarak sebenarnya.</w:t>
      </w:r>
    </w:p>
    <w:p>
      <w:r>
        <w:rPr>
          <w:b/>
          <w:sz w:val="18"/>
        </w:rPr>
        <w:t>Berdasarkan seluruh data pada visual, laporan manakah yang memuat hasil dan alasan matematis paling tepat?</w:t>
      </w:r>
    </w:p>
    <w:p>
      <w:pPr>
        <w:spacing w:after="20"/>
        <w:ind w:left="142"/>
      </w:pPr>
      <w:r>
        <w:rPr>
          <w:sz w:val="16"/>
        </w:rPr>
        <w:t>A. 8 km karena 3,2 x 250.000 cm = 800.000 cm = 8 km.</w:t>
      </w:r>
    </w:p>
    <w:p>
      <w:pPr>
        <w:spacing w:after="20"/>
        <w:ind w:left="142"/>
      </w:pPr>
      <w:r>
        <w:rPr>
          <w:sz w:val="16"/>
        </w:rPr>
        <w:t>B. 800 km karena sentimeter langsung diubah menjadi kilometer tanpa faktor.</w:t>
      </w:r>
    </w:p>
    <w:p>
      <w:pPr>
        <w:spacing w:after="20"/>
        <w:ind w:left="142"/>
      </w:pPr>
      <w:r>
        <w:rPr>
          <w:sz w:val="16"/>
        </w:rPr>
        <w:t>C. 0,8 km karena 250.000 dibagi 3,2.</w:t>
      </w:r>
    </w:p>
    <w:p>
      <w:pPr>
        <w:spacing w:after="20"/>
        <w:ind w:left="142"/>
      </w:pPr>
      <w:r>
        <w:rPr>
          <w:sz w:val="16"/>
        </w:rPr>
        <w:t>D. 80 km karena 800.000 cm dianggap 80 km.</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Denah Ruang Kelas" title="Visual soal 2: Denah Ruang Kelas"/>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denah ruang kelas menerima data visual yang harus diperiksa ketepatan hubungan, operasi, dan satuannya. Ruang kelas panjang sebenarnya 8 m digambar pada skala 1:200. Fokus analisis kelompok adalah menentukan panjang pada denah.</w:t>
      </w:r>
    </w:p>
    <w:p>
      <w:r>
        <w:rPr>
          <w:b/>
          <w:sz w:val="18"/>
        </w:rPr>
        <w:t>Empat kelompok menyampaikan hasil berbeda. Laporan manakah yang paling dapat dipertanggungjawabkan berdasarkan konsep yang dipelajari?</w:t>
      </w:r>
    </w:p>
    <w:p>
      <w:pPr>
        <w:spacing w:after="20"/>
        <w:ind w:left="142"/>
      </w:pPr>
      <w:r>
        <w:rPr>
          <w:sz w:val="16"/>
        </w:rPr>
        <w:t>A. 4 cm karena 8 m = 800 cm dan 800/200.</w:t>
      </w:r>
    </w:p>
    <w:p>
      <w:pPr>
        <w:spacing w:after="20"/>
        <w:ind w:left="142"/>
      </w:pPr>
      <w:r>
        <w:rPr>
          <w:sz w:val="16"/>
        </w:rPr>
        <w:t>B. 16 cm karena 8 x 200.</w:t>
      </w:r>
    </w:p>
    <w:p>
      <w:pPr>
        <w:spacing w:after="20"/>
        <w:ind w:left="142"/>
      </w:pPr>
      <w:r>
        <w:rPr>
          <w:sz w:val="16"/>
        </w:rPr>
        <w:t>C. 0,04 cm karena 8/200 tanpa menyamakan satuan.</w:t>
      </w:r>
    </w:p>
    <w:p>
      <w:pPr>
        <w:spacing w:after="20"/>
        <w:ind w:left="142"/>
      </w:pPr>
      <w:r>
        <w:rPr>
          <w:sz w:val="16"/>
        </w:rPr>
        <w:t>D. 40 cm karena 800/20.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Miniatur Menara" title="Visual soal 3: Miniatur Menara"/>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miniatur menara, empat kelompok memperoleh laporan berbeda sehingga setiap langkah perlu diverifikasi berdasarkan data. Miniatur menara setinggi 30 cm mewakili menara sebenarnya 45 m. Fokus analisis kelompok adalah menentukan skala miniatur.</w:t>
      </w:r>
    </w:p>
    <w:p>
      <w:r>
        <w:rPr>
          <w:b/>
          <w:sz w:val="18"/>
        </w:rPr>
        <w:t>Strategi manakah yang menggunakan hubungan antarbesaran secara benar dan menghasilkan simpulan yang konsisten dengan visual?</w:t>
      </w:r>
    </w:p>
    <w:p>
      <w:pPr>
        <w:spacing w:after="20"/>
        <w:ind w:left="142"/>
      </w:pPr>
      <w:r>
        <w:rPr>
          <w:sz w:val="16"/>
        </w:rPr>
        <w:t>A. 1:150 karena 45 m = 4.500 cm dan 30:4.500.</w:t>
      </w:r>
    </w:p>
    <w:p>
      <w:pPr>
        <w:spacing w:after="20"/>
        <w:ind w:left="142"/>
      </w:pPr>
      <w:r>
        <w:rPr>
          <w:sz w:val="16"/>
        </w:rPr>
        <w:t>B. 1:15 karena 45 dibagi 3.</w:t>
      </w:r>
    </w:p>
    <w:p>
      <w:pPr>
        <w:spacing w:after="20"/>
        <w:ind w:left="142"/>
      </w:pPr>
      <w:r>
        <w:rPr>
          <w:sz w:val="16"/>
        </w:rPr>
        <w:t>C. 30:45 karena satuan tidak perlu sama.</w:t>
      </w:r>
    </w:p>
    <w:p>
      <w:pPr>
        <w:spacing w:after="20"/>
        <w:ind w:left="142"/>
      </w:pPr>
      <w:r>
        <w:rPr>
          <w:sz w:val="16"/>
        </w:rPr>
        <w:t>D. 150:1 karena skala selalu ditulis besar:kecil.</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Perbandingan Dua Peta" title="Visual soal 4: Perbandingan Dua Peta"/>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perbandingan dua peta sebagai sumber data utama dan meminta peserta didik mempertanggungjawabkan simpulannya. Dua peta menggambarkan rute sama. Peta P berskala 1:100.000 dan Peta Q 1:250.000. Fokus analisis kelompok adalah menentukan pernyataan yang benar.</w:t>
      </w:r>
    </w:p>
    <w:p>
      <w:r>
        <w:rPr>
          <w:b/>
          <w:sz w:val="18"/>
        </w:rPr>
        <w:t>Setelah data, satuan, dan aturan matematis diperiksa, pernyataan manakah yang layak diterima?</w:t>
      </w:r>
    </w:p>
    <w:p>
      <w:pPr>
        <w:spacing w:after="20"/>
        <w:ind w:left="142"/>
      </w:pPr>
      <w:r>
        <w:rPr>
          <w:sz w:val="16"/>
        </w:rPr>
        <w:t>A. Rute tampak lebih panjang pada Peta P karena penyebut skalanya lebih kecil.</w:t>
      </w:r>
    </w:p>
    <w:p>
      <w:pPr>
        <w:spacing w:after="20"/>
        <w:ind w:left="142"/>
      </w:pPr>
      <w:r>
        <w:rPr>
          <w:sz w:val="16"/>
        </w:rPr>
        <w:t>B. Rute tampak sama panjang karena jarak sebenarnya sama.</w:t>
      </w:r>
    </w:p>
    <w:p>
      <w:pPr>
        <w:spacing w:after="20"/>
        <w:ind w:left="142"/>
      </w:pPr>
      <w:r>
        <w:rPr>
          <w:sz w:val="16"/>
        </w:rPr>
        <w:t>C. Rute tampak lebih panjang pada Peta Q karena penyebutnya lebih besar.</w:t>
      </w:r>
    </w:p>
    <w:p>
      <w:pPr>
        <w:spacing w:after="20"/>
        <w:ind w:left="142"/>
      </w:pPr>
      <w:r>
        <w:rPr>
          <w:sz w:val="16"/>
        </w:rPr>
        <w:t>D. Tidak dapat dibandingkan tanpa mengetahui arah utara,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Menentukan Skala" title="Visual soal 5: Menentukan Skala"/>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menentukan skala, hasil tidak boleh ditentukan hanya dengan menebak angka; seluruh informasi pada visual harus digunakan. Jarak sebenarnya 12 km akan digambar sepanjang 6 cm. Fokus analisis kelompok adalah menentukan skala yang digunakan.</w:t>
      </w:r>
    </w:p>
    <w:p>
      <w:r>
        <w:rPr>
          <w:b/>
          <w:sz w:val="18"/>
        </w:rPr>
        <w:t>Keputusan manakah yang paling tepat apabila seluruh informasi pada visual dan konteks masalah digunakan?</w:t>
      </w:r>
    </w:p>
    <w:p>
      <w:pPr>
        <w:spacing w:after="20"/>
        <w:ind w:left="142"/>
      </w:pPr>
      <w:r>
        <w:rPr>
          <w:sz w:val="16"/>
        </w:rPr>
        <w:t>A. 1:200.000 karena 12 km = 1.200.000 cm dan 6:1.200.000.</w:t>
      </w:r>
    </w:p>
    <w:p>
      <w:pPr>
        <w:spacing w:after="20"/>
        <w:ind w:left="142"/>
      </w:pPr>
      <w:r>
        <w:rPr>
          <w:sz w:val="16"/>
        </w:rPr>
        <w:t>B. 1:2.000 karena 12 km dianggap 12.000 cm.</w:t>
      </w:r>
    </w:p>
    <w:p>
      <w:pPr>
        <w:spacing w:after="20"/>
        <w:ind w:left="142"/>
      </w:pPr>
      <w:r>
        <w:rPr>
          <w:sz w:val="16"/>
        </w:rPr>
        <w:t>C. 1:72 karena 6 x 12.</w:t>
      </w:r>
    </w:p>
    <w:p>
      <w:pPr>
        <w:spacing w:after="20"/>
        <w:ind w:left="142"/>
      </w:pPr>
      <w:r>
        <w:rPr>
          <w:sz w:val="16"/>
        </w:rPr>
        <w:t>D. 200.000:1 karena jarak sebenarnya ditulis dahulu.</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Denah Lapangan" title="Visual soal 6: Denah Lapangan"/>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denah lapangan dan meminta analisis matematis sebelum laporan disahkan. Denah lapangan berskala 1:500 memiliki ukuran 12 cm x 8 cm. Fokus analisis kelompok adalah menentukan ukuran sebenarnya.</w:t>
      </w:r>
    </w:p>
    <w:p>
      <w:r>
        <w:rPr>
          <w:b/>
          <w:sz w:val="18"/>
        </w:rPr>
        <w:t>Manakah analisis yang menunjukkan proses, hasil, dan justifikasi matematis secara benar?</w:t>
      </w:r>
    </w:p>
    <w:p>
      <w:pPr>
        <w:spacing w:after="20"/>
        <w:ind w:left="142"/>
      </w:pPr>
      <w:r>
        <w:rPr>
          <w:sz w:val="16"/>
        </w:rPr>
        <w:t>A. 60 m x 40 m karena masing-masing dikalikan 500 cm lalu diubah ke meter.</w:t>
      </w:r>
    </w:p>
    <w:p>
      <w:pPr>
        <w:spacing w:after="20"/>
        <w:ind w:left="142"/>
      </w:pPr>
      <w:r>
        <w:rPr>
          <w:sz w:val="16"/>
        </w:rPr>
        <w:t>B. 6 m x 4 m karena dikalikan 50.</w:t>
      </w:r>
    </w:p>
    <w:p>
      <w:pPr>
        <w:spacing w:after="20"/>
        <w:ind w:left="142"/>
      </w:pPr>
      <w:r>
        <w:rPr>
          <w:sz w:val="16"/>
        </w:rPr>
        <w:t>C. 600 m x 400 m karena cm langsung dianggap meter.</w:t>
      </w:r>
    </w:p>
    <w:p>
      <w:pPr>
        <w:spacing w:after="20"/>
        <w:ind w:left="142"/>
      </w:pPr>
      <w:r>
        <w:rPr>
          <w:sz w:val="16"/>
        </w:rPr>
        <w:t>D. 2,4 m x 1,6 m karena dibagi 500.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Audit Penggunaan Skala" title="Visual soal 7: Audit Penggunaan Skala"/>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audit penggunaan skala, peserta didik membandingkan beberapa strategi untuk menemukan laporan yang paling sahih. Siswa menghitung jarak nyata pada skala 1:50.000 dengan membagi jarak peta 4 cm oleh 50.000. Fokus analisis kelompok adalah menentukan perbaikan yang tepat.</w:t>
      </w:r>
    </w:p>
    <w:p>
      <w:r>
        <w:rPr>
          <w:b/>
          <w:sz w:val="18"/>
        </w:rPr>
        <w:t>Setelah hasil diverifikasi terhadap data pada visual, laporan kelompok manakah yang seharusnya dipilih?</w:t>
      </w:r>
    </w:p>
    <w:p>
      <w:pPr>
        <w:spacing w:after="20"/>
        <w:ind w:left="142"/>
      </w:pPr>
      <w:r>
        <w:rPr>
          <w:sz w:val="16"/>
        </w:rPr>
        <w:t>A. Jarak nyata = 4 x 50.000 = 200.000 cm = 2 km, karena dari gambar ke nyata dikalikan faktor skala.</w:t>
      </w:r>
    </w:p>
    <w:p>
      <w:pPr>
        <w:spacing w:after="20"/>
        <w:ind w:left="142"/>
      </w:pPr>
      <w:r>
        <w:rPr>
          <w:sz w:val="16"/>
        </w:rPr>
        <w:t>B. Hasil siswa benar karena skala selalu digunakan dengan pembagian.</w:t>
      </w:r>
    </w:p>
    <w:p>
      <w:pPr>
        <w:spacing w:after="20"/>
        <w:ind w:left="142"/>
      </w:pPr>
      <w:r>
        <w:rPr>
          <w:sz w:val="16"/>
        </w:rPr>
        <w:t>C. Jarak nyata 12,5 km karena 50.000/4.</w:t>
      </w:r>
    </w:p>
    <w:p>
      <w:pPr>
        <w:spacing w:after="20"/>
        <w:ind w:left="142"/>
      </w:pPr>
      <w:r>
        <w:rPr>
          <w:sz w:val="16"/>
        </w:rPr>
        <w:t>D. Jarak nyata 20 km karena dua nol dihapus.</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Rute dalam Madrasah" title="Visual soal 8: Rute dalam Madrasah"/>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Denah madrasah berskala 1:400. Jarak gerbang ke perpustakaan 7,5 cm dan perpustakaan ke laboratorium 4,25 cm. Tentukan jarak nyata total melalui perpustakaan dalam meter.</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Perancangan Denah Kebun" title="Visual soal 9: Perancangan Denah Kebun"/>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Sebuah kebun 36 m x 24 m akan digambar pada kertas dengan area maksimum 18 cm x 14 cm. Pilih skala terbesar di antara 1:100, 1:150, dan 1:200 yang masih muat, lalu buktikan.</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Menentukan Skala Rute" title="Visual soal 10: Menentukan Skala Rute"/>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Pada peta, rute A-B 5 cm dan B-C 8 cm. Jarak nyata A-C melalui B adalah 26 km. Tentukan skala peta dan jelaskan asumsi rute.</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Kalikan jarak peta dengan penyebut skala lalu konversi.</w:t>
      </w:r>
    </w:p>
    <w:p>
      <w:pPr>
        <w:spacing w:after="60"/>
        <w:ind w:left="227"/>
      </w:pPr>
      <w:r>
        <w:rPr>
          <w:b/>
        </w:rPr>
        <w:t xml:space="preserve">Miskonsepsi sasaran: </w:t>
      </w:r>
      <w:r>
        <w:t>Kesalahan konversi cm ke km.</w:t>
      </w:r>
    </w:p>
    <w:p>
      <w:pPr>
        <w:spacing w:after="40"/>
      </w:pPr>
      <w:r>
        <w:rPr>
          <w:b/>
        </w:rPr>
        <w:t xml:space="preserve">2. A - </w:t>
      </w:r>
      <w:r>
        <w:t>Ubah 8 m menjadi 800 cm.</w:t>
      </w:r>
    </w:p>
    <w:p>
      <w:pPr>
        <w:spacing w:after="60"/>
        <w:ind w:left="227"/>
      </w:pPr>
      <w:r>
        <w:rPr>
          <w:b/>
        </w:rPr>
        <w:t xml:space="preserve">Miskonsepsi sasaran: </w:t>
      </w:r>
      <w:r>
        <w:t>Tidak menyamakan satuan atau membalik operasi.</w:t>
      </w:r>
    </w:p>
    <w:p>
      <w:pPr>
        <w:spacing w:after="40"/>
      </w:pPr>
      <w:r>
        <w:rPr>
          <w:b/>
        </w:rPr>
        <w:t xml:space="preserve">3. A - </w:t>
      </w:r>
      <w:r>
        <w:t>Skala = ukuran gambar : ukuran sebenarnya.</w:t>
      </w:r>
    </w:p>
    <w:p>
      <w:pPr>
        <w:spacing w:after="60"/>
        <w:ind w:left="227"/>
      </w:pPr>
      <w:r>
        <w:rPr>
          <w:b/>
        </w:rPr>
        <w:t xml:space="preserve">Miskonsepsi sasaran: </w:t>
      </w:r>
      <w:r>
        <w:t>Tidak menyamakan satuan atau membalik skala.</w:t>
      </w:r>
    </w:p>
    <w:p>
      <w:pPr>
        <w:spacing w:after="40"/>
      </w:pPr>
      <w:r>
        <w:rPr>
          <w:b/>
        </w:rPr>
        <w:t xml:space="preserve">4. A - </w:t>
      </w:r>
      <w:r>
        <w:t>Skala lebih besar 1:100.000 menghasilkan gambar lebih besar.</w:t>
      </w:r>
    </w:p>
    <w:p>
      <w:pPr>
        <w:spacing w:after="60"/>
        <w:ind w:left="227"/>
      </w:pPr>
      <w:r>
        <w:rPr>
          <w:b/>
        </w:rPr>
        <w:t xml:space="preserve">Miskonsepsi sasaran: </w:t>
      </w:r>
      <w:r>
        <w:t>Menganggap penyebut lebih besar berarti gambar lebih besar.</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Skala 6/1.200.000 = 1/200.000.</w:t>
      </w:r>
    </w:p>
    <w:p>
      <w:pPr>
        <w:spacing w:after="60"/>
        <w:ind w:left="227"/>
      </w:pPr>
      <w:r>
        <w:rPr>
          <w:b/>
        </w:rPr>
        <w:t xml:space="preserve">Miskonsepsi sasaran: </w:t>
      </w:r>
      <w:r>
        <w:t>Kesalahan konversi atau membalik urutan.</w:t>
      </w:r>
    </w:p>
    <w:p>
      <w:pPr>
        <w:spacing w:after="40"/>
      </w:pPr>
      <w:r>
        <w:rPr>
          <w:b/>
        </w:rPr>
        <w:t xml:space="preserve">6. A - </w:t>
      </w:r>
      <w:r>
        <w:t>12 x 500 = 6.000 cm = 60 m dan 8 x 500 = 40 m.</w:t>
      </w:r>
    </w:p>
    <w:p>
      <w:pPr>
        <w:spacing w:after="60"/>
        <w:ind w:left="227"/>
      </w:pPr>
      <w:r>
        <w:rPr>
          <w:b/>
        </w:rPr>
        <w:t xml:space="preserve">Miskonsepsi sasaran: </w:t>
      </w:r>
      <w:r>
        <w:t>Konversi satuan atau arah operasi salah.</w:t>
      </w:r>
    </w:p>
    <w:p>
      <w:pPr>
        <w:spacing w:after="40"/>
      </w:pPr>
      <w:r>
        <w:rPr>
          <w:b/>
        </w:rPr>
        <w:t xml:space="preserve">7. A - </w:t>
      </w:r>
      <w:r>
        <w:t>Dari gambar ke nyata dikalikan faktor skala.</w:t>
      </w:r>
    </w:p>
    <w:p>
      <w:pPr>
        <w:spacing w:after="60"/>
        <w:ind w:left="227"/>
      </w:pPr>
      <w:r>
        <w:rPr>
          <w:b/>
        </w:rPr>
        <w:t xml:space="preserve">Miskonsepsi sasaran: </w:t>
      </w:r>
      <w:r>
        <w:t>Membalik operasi dan salah konversi.</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Total denah 11,75 cm. Jarak nyata 11,75 x 400 = 4.700 cm = 47 m.</w:t>
      </w:r>
    </w:p>
    <w:p>
      <w:pPr>
        <w:spacing w:after="20"/>
        <w:ind w:left="198"/>
      </w:pPr>
      <w:r>
        <w:rPr>
          <w:b/>
        </w:rPr>
        <w:t xml:space="preserve">Bantuan 1: </w:t>
      </w:r>
      <w:r>
        <w:t>Jumlahkan jarak pada denah.</w:t>
      </w:r>
    </w:p>
    <w:p>
      <w:pPr>
        <w:spacing w:after="20"/>
        <w:ind w:left="198"/>
      </w:pPr>
      <w:r>
        <w:rPr>
          <w:b/>
        </w:rPr>
        <w:t xml:space="preserve">Bantuan 2: </w:t>
      </w:r>
      <w:r>
        <w:t>Kalikan dengan penyebut skala.</w:t>
      </w:r>
    </w:p>
    <w:p>
      <w:pPr>
        <w:spacing w:after="20"/>
        <w:ind w:left="198"/>
      </w:pPr>
      <w:r>
        <w:rPr>
          <w:b/>
        </w:rPr>
        <w:t xml:space="preserve">Bantuan 3: </w:t>
      </w:r>
      <w:r>
        <w:t>Konversi sentimeter menjadi meter.</w:t>
      </w:r>
    </w:p>
    <w:p>
      <w:r>
        <w:rPr>
          <w:b/>
        </w:rPr>
        <w:t xml:space="preserve">Soal 9 - Kunci ringkas: </w:t>
      </w:r>
      <w:r>
        <w:t>1:100 menghasilkan 36 x 24 cm tidak muat; 1:150 menghasilkan 24 x 16 cm tidak muat; 1:200 menghasilkan 18 x 12 cm dan muat. Jadi pilih 1:200.</w:t>
      </w:r>
    </w:p>
    <w:p>
      <w:pPr>
        <w:spacing w:after="20"/>
        <w:ind w:left="198"/>
      </w:pPr>
      <w:r>
        <w:rPr>
          <w:b/>
        </w:rPr>
        <w:t xml:space="preserve">Bantuan 1: </w:t>
      </w:r>
      <w:r>
        <w:t>Hitung ukuran gambar untuk tiap skala.</w:t>
      </w:r>
    </w:p>
    <w:p>
      <w:pPr>
        <w:spacing w:after="20"/>
        <w:ind w:left="198"/>
      </w:pPr>
      <w:r>
        <w:rPr>
          <w:b/>
        </w:rPr>
        <w:t xml:space="preserve">Bantuan 2: </w:t>
      </w:r>
      <w:r>
        <w:t>Bandingkan panjang dan lebar dengan batas kertas.</w:t>
      </w:r>
    </w:p>
    <w:p>
      <w:pPr>
        <w:spacing w:after="20"/>
        <w:ind w:left="198"/>
      </w:pPr>
      <w:r>
        <w:rPr>
          <w:b/>
        </w:rPr>
        <w:t xml:space="preserve">Bantuan 3: </w:t>
      </w:r>
      <w:r>
        <w:t>Pilih gambar terbesar yang tetap memenuhi kedua batas.</w:t>
      </w:r>
    </w:p>
    <w:p>
      <w:r>
        <w:rPr>
          <w:b/>
        </w:rPr>
        <w:t xml:space="preserve">Soal 10 - Kunci ringkas: </w:t>
      </w:r>
      <w:r>
        <w:t>Total peta 13 cm. Jarak nyata 26 km = 2.600.000 cm. Skala 13:2.600.000 = 1:200.000. Asumsi rute A-C adalah penjumlahan segmen A-B dan B-C.</w:t>
      </w:r>
    </w:p>
    <w:p>
      <w:pPr>
        <w:spacing w:after="20"/>
        <w:ind w:left="198"/>
      </w:pPr>
      <w:r>
        <w:rPr>
          <w:b/>
        </w:rPr>
        <w:t xml:space="preserve">Bantuan 1: </w:t>
      </w:r>
      <w:r>
        <w:t>Jumlahkan dua segmen pada peta.</w:t>
      </w:r>
    </w:p>
    <w:p>
      <w:pPr>
        <w:spacing w:after="20"/>
        <w:ind w:left="198"/>
      </w:pPr>
      <w:r>
        <w:rPr>
          <w:b/>
        </w:rPr>
        <w:t xml:space="preserve">Bantuan 2: </w:t>
      </w:r>
      <w:r>
        <w:t>Ubah 26 km menjadi sentimeter.</w:t>
      </w:r>
    </w:p>
    <w:p>
      <w:pPr>
        <w:spacing w:after="20"/>
        <w:ind w:left="198"/>
      </w:pPr>
      <w:r>
        <w:rPr>
          <w:b/>
        </w:rPr>
        <w:t xml:space="preserve">Bantuan 3: </w:t>
      </w:r>
      <w:r>
        <w:t>Sederhanakan rasio gambar terhadap nyata.</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