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PERBANDINGAN BERTINGKAT</w:t>
      </w:r>
    </w:p>
    <w:p>
      <w:pPr>
        <w:jc w:val="center"/>
      </w:pPr>
      <w:r>
        <w:rPr>
          <w:color w:val="E8A73E"/>
          <w:sz w:val="22"/>
        </w:rPr>
        <w:t>Matematika - Fase D / Kelas VII - Materi 18 (3.5)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18 - 3.5 Perbandingan Bertingkat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menggabungkan dua atau lebih rasio dengan menyamakan besaran penghubung dan menggunakan rasio gabungan untuk menentukan nilai yang belum diketahui.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menggabungkan dua atau lebih rasio dengan menyamakan besaran penghubung dan menggunakan rasio gabungan untuk menentukan nilai yang belum diketahui.</w:t>
      </w:r>
    </w:p>
    <w:p>
      <w:r>
        <w:rPr>
          <w:b/>
        </w:rPr>
        <w:t xml:space="preserve">Keterkaitan disiplin ilmu: </w:t>
      </w:r>
      <w:r>
        <w:t>Alokasi sumber daya dan komposisi berjenjang.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Berdasarkan seluruh data pada visual, laporan manakah yang memuat hasil dan alasan matem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Rantai Rasio A-B-C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Empat kelompok menyampaikan hasil berbeda. Laporan manakah yang paling dapat dipertanggu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Koleksi Buku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Strategi manakah yang menggunakan hubungan antarbesaran secara benar dan menghasilkan si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Audit Alokasi Dana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data, satuan, dan aturan matematis diperiksa, pernyataan manakah yang layak dite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Komposisi Warna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Keputusan manakah yang paling tepat apabila seluruh informasi pada visual dan konteks ma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Sederhanakan Rasio Tiga Suku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Manakah analisis yang menunjukkan proses, hasil, dan justifikasi matematis secara benar?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Audit Rasio Bertingkat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hasil diverifikasi terhadap data pada visual, laporan kelompok manakah yang seha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Pembagian Tim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Rasio bibit cabai:tomat = 3:5 dan tomat:terong = 10:7. Jika total bibit 92, tentukan jum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Pembagian Bibit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Rasio dana konsumsi:dokumentasi = 4:3 dan dokumentasi:transportasi = 2:5. Total dana Rp5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Alokasi Anggaran Bertingkat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 xml:space="preserve">Rasio A:B = 2:3, B:C = 4:5, dan C:D = 10:7. Tentukan A:B:C:D dalam bentuk sederhana dan 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Rantai Empat Besaran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Rantai Rasio A-B-C" title="Visual soal 1: Rantai Rasio A-B-C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kegiatan rantai rasio a-b-c, satu kelompok peserta didik diminta menelaah seluruh data pada visual sebelum menyampaikan keputusan. Diketahui A:B = 2:3 dan B:C = 4:5. Fokus analisis kelompok adalah menentukan rasio gabungan A:B:C.</w:t>
      </w:r>
    </w:p>
    <w:p>
      <w:r>
        <w:rPr>
          <w:b/>
          <w:sz w:val="18"/>
        </w:rPr>
        <w:t>Berdasarkan seluruh data pada visual, laporan manakah yang memuat hasil dan alasan matematis paling tepat?</w:t>
      </w:r>
    </w:p>
    <w:p>
      <w:pPr>
        <w:spacing w:after="20"/>
        <w:ind w:left="142"/>
      </w:pPr>
      <w:r>
        <w:rPr>
          <w:sz w:val="16"/>
        </w:rPr>
        <w:t>A. 8:12:15 karena nilai B disamakan menjadi 12.</w:t>
      </w:r>
    </w:p>
    <w:p>
      <w:pPr>
        <w:spacing w:after="20"/>
        <w:ind w:left="142"/>
      </w:pPr>
      <w:r>
        <w:rPr>
          <w:sz w:val="16"/>
        </w:rPr>
        <w:t>B. 2:3:5 karena kedua rasio langsung digabung.</w:t>
      </w:r>
    </w:p>
    <w:p>
      <w:pPr>
        <w:spacing w:after="20"/>
        <w:ind w:left="142"/>
      </w:pPr>
      <w:r>
        <w:rPr>
          <w:sz w:val="16"/>
        </w:rPr>
        <w:t>C. 8:3:15 karena hanya A dan C dikalikan.</w:t>
      </w:r>
    </w:p>
    <w:p>
      <w:pPr>
        <w:spacing w:after="20"/>
        <w:ind w:left="142"/>
      </w:pPr>
      <w:r>
        <w:rPr>
          <w:sz w:val="16"/>
        </w:rPr>
        <w:t>D. 6:12:20 karena semua suku dijumlahkan.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Koleksi Buku" title="Visual soal 2: Koleksi Buku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Tim penelaah pada kegiatan koleksi buku menerima data visual yang harus diperiksa ketepatan hubungan, operasi, dan satuannya. Rasio buku fiksi:sains = 5:2 dan sains:sejarah = 3:4. Fokus analisis kelompok adalah menentukan rasio fiksi:sains:sejarah.</w:t>
      </w:r>
    </w:p>
    <w:p>
      <w:r>
        <w:rPr>
          <w:b/>
          <w:sz w:val="18"/>
        </w:rPr>
        <w:t>Empat kelompok menyampaikan hasil berbeda. Laporan manakah yang paling dapat dipertanggungjawabkan berdasarkan konsep yang dipelajari?</w:t>
      </w:r>
    </w:p>
    <w:p>
      <w:pPr>
        <w:spacing w:after="20"/>
        <w:ind w:left="142"/>
      </w:pPr>
      <w:r>
        <w:rPr>
          <w:sz w:val="16"/>
        </w:rPr>
        <w:t>A. 15:6:8 karena nilai sains disamakan menjadi 6.</w:t>
      </w:r>
    </w:p>
    <w:p>
      <w:pPr>
        <w:spacing w:after="20"/>
        <w:ind w:left="142"/>
      </w:pPr>
      <w:r>
        <w:rPr>
          <w:sz w:val="16"/>
        </w:rPr>
        <w:t>B. 5:2:4 karena angka sains cukup ditulis sekali.</w:t>
      </w:r>
    </w:p>
    <w:p>
      <w:pPr>
        <w:spacing w:after="20"/>
        <w:ind w:left="142"/>
      </w:pPr>
      <w:r>
        <w:rPr>
          <w:sz w:val="16"/>
        </w:rPr>
        <w:t>C. 15:2:12 karena hanya suku luar dikalikan.</w:t>
      </w:r>
    </w:p>
    <w:p>
      <w:pPr>
        <w:spacing w:after="20"/>
        <w:ind w:left="142"/>
      </w:pPr>
      <w:r>
        <w:rPr>
          <w:sz w:val="16"/>
        </w:rPr>
        <w:t>D. 8:5:4 karena urutan disusun dari terbesar.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Audit Alokasi Dana" title="Visual soal 3: Audit Alokasi Dan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simulasi audit alokasi dana, empat kelompok memperoleh laporan berbeda sehingga setiap langkah perlu diverifikasi berdasarkan data. Rasio dana bidang A:B = 3:5 dan B:C = 10:7. Bendahara mengusulkan total dana Rp3.800.000. Fokus analisis kelompok adalah menentukan penilaian profesional terhadap rencana tersebut.</w:t>
      </w:r>
    </w:p>
    <w:p>
      <w:r>
        <w:rPr>
          <w:b/>
          <w:sz w:val="18"/>
        </w:rPr>
        <w:t>Strategi manakah yang menggunakan hubungan antarbesaran secara benar dan menghasilkan simpulan yang konsisten dengan visual?</w:t>
      </w:r>
    </w:p>
    <w:p>
      <w:pPr>
        <w:spacing w:after="20"/>
        <w:ind w:left="142"/>
      </w:pPr>
      <w:r>
        <w:rPr>
          <w:sz w:val="16"/>
        </w:rPr>
        <w:t>A. Rasio gabungan 6:10:7 berjumlah 23 bagian; Rp3.800.000 tidak habis dibagi 23 sehingga alokasi rupiah bulat tidak dapat dibuat tanpa penyesuaian total.</w:t>
      </w:r>
    </w:p>
    <w:p>
      <w:pPr>
        <w:spacing w:after="20"/>
        <w:ind w:left="142"/>
      </w:pPr>
      <w:r>
        <w:rPr>
          <w:sz w:val="16"/>
        </w:rPr>
        <w:t>B. Bidang C pasti memperoleh Rp700.000 karena angka 7 pada rasio berarti Rp700.000.</w:t>
      </w:r>
    </w:p>
    <w:p>
      <w:pPr>
        <w:spacing w:after="20"/>
        <w:ind w:left="142"/>
      </w:pPr>
      <w:r>
        <w:rPr>
          <w:sz w:val="16"/>
        </w:rPr>
        <w:t>C. Total dana dapat langsung dibagi tiga karena ada tiga bidang.</w:t>
      </w:r>
    </w:p>
    <w:p>
      <w:pPr>
        <w:spacing w:after="20"/>
        <w:ind w:left="142"/>
      </w:pPr>
      <w:r>
        <w:rPr>
          <w:sz w:val="16"/>
        </w:rPr>
        <w:t>D. Rasio tidak dapat digabung karena nilai B berbeda.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Komposisi Warna" title="Visual soal 4: Komposisi Warn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Guru menampilkan visual komposisi warna sebagai sumber data utama dan meminta peserta didik mempertanggungjawabkan simpulannya. Rasio merah:biru = 4:3 dan biru:kuning = 6:5. Jika biru 18 unit, Fokus analisis kelompok adalah menentukan jumlah merah dan kuning.</w:t>
      </w:r>
    </w:p>
    <w:p>
      <w:r>
        <w:rPr>
          <w:b/>
          <w:sz w:val="18"/>
        </w:rPr>
        <w:t>Setelah data, satuan, dan aturan matematis diperiksa, pernyataan manakah yang layak diterima?</w:t>
      </w:r>
    </w:p>
    <w:p>
      <w:pPr>
        <w:spacing w:after="20"/>
        <w:ind w:left="142"/>
      </w:pPr>
      <w:r>
        <w:rPr>
          <w:sz w:val="16"/>
        </w:rPr>
        <w:t>A. Merah 24 dan kuning 15 karena faktor pada rasio pertama 6 dan rasio kedua 3.</w:t>
      </w:r>
    </w:p>
    <w:p>
      <w:pPr>
        <w:spacing w:after="20"/>
        <w:ind w:left="142"/>
      </w:pPr>
      <w:r>
        <w:rPr>
          <w:sz w:val="16"/>
        </w:rPr>
        <w:t>B. Merah 12 dan kuning 30 karena faktor dibalik.</w:t>
      </w:r>
    </w:p>
    <w:p>
      <w:pPr>
        <w:spacing w:after="20"/>
        <w:ind w:left="142"/>
      </w:pPr>
      <w:r>
        <w:rPr>
          <w:sz w:val="16"/>
        </w:rPr>
        <w:t>C. Merah 24 dan kuning 30 karena semua suku dikalikan enam.</w:t>
      </w:r>
    </w:p>
    <w:p>
      <w:pPr>
        <w:spacing w:after="20"/>
        <w:ind w:left="142"/>
      </w:pPr>
      <w:r>
        <w:rPr>
          <w:sz w:val="16"/>
        </w:rPr>
        <w:t>D. Merah 8 dan kuning 10 karena rasio disederhanakan saja.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Sederhanakan Rasio Tiga Suku" title="Visual soal 5: Sederhanakan Rasio Tiga Suku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proyek sederhanakan rasio tiga suku, hasil tidak boleh ditentukan hanya dengan menebak angka; seluruh informasi pada visual harus digunakan. Rasio P:Q:R = 6:9:12. Fokus analisis kelompok adalah menentukan bentuk paling sederhana.</w:t>
      </w:r>
    </w:p>
    <w:p>
      <w:r>
        <w:rPr>
          <w:b/>
          <w:sz w:val="18"/>
        </w:rPr>
        <w:t>Keputusan manakah yang paling tepat apabila seluruh informasi pada visual dan konteks masalah digunakan?</w:t>
      </w:r>
    </w:p>
    <w:p>
      <w:pPr>
        <w:spacing w:after="20"/>
        <w:ind w:left="142"/>
      </w:pPr>
      <w:r>
        <w:rPr>
          <w:sz w:val="16"/>
        </w:rPr>
        <w:t>A. 2:3:4 karena ketiga suku dibagi FPB 3.</w:t>
      </w:r>
    </w:p>
    <w:p>
      <w:pPr>
        <w:spacing w:after="20"/>
        <w:ind w:left="142"/>
      </w:pPr>
      <w:r>
        <w:rPr>
          <w:sz w:val="16"/>
        </w:rPr>
        <w:t>B. 3:6:9 karena semua suku dikurangi 3.</w:t>
      </w:r>
    </w:p>
    <w:p>
      <w:pPr>
        <w:spacing w:after="20"/>
        <w:ind w:left="142"/>
      </w:pPr>
      <w:r>
        <w:rPr>
          <w:sz w:val="16"/>
        </w:rPr>
        <w:t>C. 6:3:4 karena hanya dua suku disederhanakan.</w:t>
      </w:r>
    </w:p>
    <w:p>
      <w:pPr>
        <w:spacing w:after="20"/>
        <w:ind w:left="142"/>
      </w:pPr>
      <w:r>
        <w:rPr>
          <w:sz w:val="16"/>
        </w:rPr>
        <w:t>D. 1:2:3 karena selisih antarsuku tetap 3.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Audit Rasio Bertingkat" title="Visual soal 6: Audit Rasio Bertingka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Seorang petugas melakukan pemeriksaan pada konteks audit rasio bertingkat dan meminta analisis matematis sebelum laporan disahkan. Siswa menggabungkan X:Y = 3:4 dan Y:Z = 2:5 menjadi 3:4:5. Fokus analisis kelompok adalah menentukan perbaikan yang benar.</w:t>
      </w:r>
    </w:p>
    <w:p>
      <w:r>
        <w:rPr>
          <w:b/>
          <w:sz w:val="18"/>
        </w:rPr>
        <w:t>Manakah analisis yang menunjukkan proses, hasil, dan justifikasi matematis secara benar?</w:t>
      </w:r>
    </w:p>
    <w:p>
      <w:pPr>
        <w:spacing w:after="20"/>
        <w:ind w:left="142"/>
      </w:pPr>
      <w:r>
        <w:rPr>
          <w:sz w:val="16"/>
        </w:rPr>
        <w:t>A. 3:4:10 karena Y pada rasio kedua dikali 2 agar menjadi 4, sehingga Z menjadi 10.</w:t>
      </w:r>
    </w:p>
    <w:p>
      <w:pPr>
        <w:spacing w:after="20"/>
        <w:ind w:left="142"/>
      </w:pPr>
      <w:r>
        <w:rPr>
          <w:sz w:val="16"/>
        </w:rPr>
        <w:t>B. 3:4:5 benar karena Y cukup ditulis sekali.</w:t>
      </w:r>
    </w:p>
    <w:p>
      <w:pPr>
        <w:spacing w:after="20"/>
        <w:ind w:left="142"/>
      </w:pPr>
      <w:r>
        <w:rPr>
          <w:sz w:val="16"/>
        </w:rPr>
        <w:t>C. 6:4:5 karena X dikalikan dua.</w:t>
      </w:r>
    </w:p>
    <w:p>
      <w:pPr>
        <w:spacing w:after="20"/>
        <w:ind w:left="142"/>
      </w:pPr>
      <w:r>
        <w:rPr>
          <w:sz w:val="16"/>
        </w:rPr>
        <w:t>D. 3:8:5 karena kedua nilai Y dijumlahkan.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Pembagian Tim" title="Visual soal 7: Pembagian Tim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diskusi kelas tentang pembagian tim, peserta didik membandingkan beberapa strategi untuk menemukan laporan yang paling sahih. Rasio tim A:B:C = 4:6:5 dan total anggota 45. Fokus analisis kelompok adalah menentukan jumlah anggota tim B.</w:t>
      </w:r>
    </w:p>
    <w:p>
      <w:r>
        <w:rPr>
          <w:b/>
          <w:sz w:val="18"/>
        </w:rPr>
        <w:t>Setelah hasil diverifikasi terhadap data pada visual, laporan kelompok manakah yang seharusnya dipilih?</w:t>
      </w:r>
    </w:p>
    <w:p>
      <w:pPr>
        <w:spacing w:after="20"/>
        <w:ind w:left="142"/>
      </w:pPr>
      <w:r>
        <w:rPr>
          <w:sz w:val="16"/>
        </w:rPr>
        <w:t>A. 18 karena total bagian 15, satu bagian 3, dan B 6 bagian.</w:t>
      </w:r>
    </w:p>
    <w:p>
      <w:pPr>
        <w:spacing w:after="20"/>
        <w:ind w:left="142"/>
      </w:pPr>
      <w:r>
        <w:rPr>
          <w:sz w:val="16"/>
        </w:rPr>
        <w:t>B. 12 karena 45 dibagi jumlah tim.</w:t>
      </w:r>
    </w:p>
    <w:p>
      <w:pPr>
        <w:spacing w:after="20"/>
        <w:ind w:left="142"/>
      </w:pPr>
      <w:r>
        <w:rPr>
          <w:sz w:val="16"/>
        </w:rPr>
        <w:t>C. 15 karena B berada di posisi kedua.</w:t>
      </w:r>
    </w:p>
    <w:p>
      <w:pPr>
        <w:spacing w:after="20"/>
        <w:ind w:left="142"/>
      </w:pPr>
      <w:r>
        <w:rPr>
          <w:sz w:val="16"/>
        </w:rPr>
        <w:t>D. 27 karena 6/10 dari total.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Pembagian Bibit" title="Visual soal 8: Pembagian Bibi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Rasio bibit cabai:tomat = 3:5 dan tomat:terong = 10:7. Jika total bibit 92, tentukan jumlah tiap jenis.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Alokasi Anggaran Bertingkat" title="Visual soal 9: Alokasi Anggaran Bertingka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Rasio dana konsumsi:dokumentasi = 4:3 dan dokumentasi:transportasi = 2:5. Total dana Rp5.800.000. Tentukan alokasi tiap bidang dan periksa jumlahnya.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Rantai Empat Besaran" title="Visual soal 10: Rantai Empat Besar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Rasio A:B = 2:3, B:C = 4:5, dan C:D = 10:7. Tentukan A:B:C:D dalam bentuk sederhana dan jelaskan setiap tahap penyamaan.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KPK nilai B 3 dan 4 adalah 12.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Menggabungkan tanpa menyamakan suku penghubung.</w:t>
      </w:r>
    </w:p>
    <w:p>
      <w:pPr>
        <w:spacing w:after="40"/>
      </w:pPr>
      <w:r>
        <w:rPr>
          <w:b/>
        </w:rPr>
        <w:t xml:space="preserve">2. A - </w:t>
      </w:r>
      <w:r>
        <w:t>2 dan 3 disamakan menjadi 6.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Tidak menyamakan besaran penghubung.</w:t>
      </w:r>
    </w:p>
    <w:p>
      <w:pPr>
        <w:spacing w:after="40"/>
      </w:pPr>
      <w:r>
        <w:rPr>
          <w:b/>
        </w:rPr>
        <w:t xml:space="preserve">3. A - </w:t>
      </w:r>
      <w:r>
        <w:t>Gabungan 6:10:7; cek apakah total sesuai jumlah bagian.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Menganggap nilai rasio sebagai nominal atau membagi rata.</w:t>
      </w:r>
    </w:p>
    <w:p>
      <w:pPr>
        <w:spacing w:after="40"/>
      </w:pPr>
      <w:r>
        <w:rPr>
          <w:b/>
        </w:rPr>
        <w:t xml:space="preserve">4. A - </w:t>
      </w:r>
      <w:r>
        <w:t>Gunakan nilai biru aktual pada masing-masing rasio.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Menggunakan faktor yang sama tanpa menyesuaikan nilai penghubung.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Semua suku dibagi faktor sama.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Mengurangi selisih atau membagi tidak seragam.</w:t>
      </w:r>
    </w:p>
    <w:p>
      <w:pPr>
        <w:spacing w:after="40"/>
      </w:pPr>
      <w:r>
        <w:rPr>
          <w:b/>
        </w:rPr>
        <w:t xml:space="preserve">6. A - </w:t>
      </w:r>
      <w:r>
        <w:t>Samakan Y menjadi 4.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Menempelkan rasio tanpa penyamaan.</w:t>
      </w:r>
    </w:p>
    <w:p>
      <w:pPr>
        <w:spacing w:after="40"/>
      </w:pPr>
      <w:r>
        <w:rPr>
          <w:b/>
        </w:rPr>
        <w:t xml:space="preserve">7. A - </w:t>
      </w:r>
      <w:r>
        <w:t>Nilai satu bagian = 45/15 = 3.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Membagi rata atau salah jumlah bagian.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Rasio gabungan 6:10:7, total 23 bagian. Satu bagian 4. Cabai 24, tomat 40, terong 28.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Samakan nilai tomat pada kedua rasio.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Jumlahkan bagian rasio gabungan.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Bagi total dengan jumlah bagian lalu kalikan.</w:t>
      </w:r>
    </w:p>
    <w:p>
      <w:r>
        <w:rPr>
          <w:b/>
        </w:rPr>
        <w:t xml:space="preserve">Soal 9 - Kunci ringkas: </w:t>
      </w:r>
      <w:r>
        <w:t>Gabungkan rasio menjadi 8:6:15 dengan total 29 bagian. Nilai satu bagian Rp5.800.000/29 = Rp200.000. Konsumsi Rp1.600.000, dokumentasi Rp1.200.000, dan transportasi Rp3.000.000. Jumlahnya Rp5.800.000.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Gabungkan rasio dengan menyamakan bagian dokumentasi.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Jumlahkan seluruh bagian pada rasio gabungan.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Bagi total dana dengan jumlah bagian, lalu kalikan untuk setiap bidang.</w:t>
      </w:r>
    </w:p>
    <w:p>
      <w:r>
        <w:rPr>
          <w:b/>
        </w:rPr>
        <w:t xml:space="preserve">Soal 10 - Kunci ringkas: </w:t>
      </w:r>
      <w:r>
        <w:t>A:B:C dari dua rasio pertama = 8:12:15. C:D = 10:7; samakan C 15 dan 10 menjadi 30: rasio pertama dikali 2 menjadi 16:24:30, rasio C:D dikali 3 menjadi 30:21. Jadi 16:24:30:21.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Gabungkan A:B dan B:C dahulu.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Cari KPK nilai C pada hasil pertama dan rasio C:D.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Kalikan seluruh suku dalam masing-masing rasio dengan faktor sesuai.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