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b/>
          <w:color w:val="2D6A8A"/>
          <w:sz w:val="34"/>
        </w:rPr>
        <w:t>PAKET SOAL VISUAL-KONTEKSTUAL</w:t>
      </w:r>
    </w:p>
    <w:p>
      <w:pPr>
        <w:jc w:val="center"/>
      </w:pPr>
      <w:r>
        <w:rPr>
          <w:b/>
          <w:color w:val="173B57"/>
          <w:sz w:val="44"/>
        </w:rPr>
        <w:t>KONSEP DASAR RASIO DAN NOTASINYA</w:t>
      </w:r>
    </w:p>
    <w:p>
      <w:pPr>
        <w:jc w:val="center"/>
      </w:pPr>
      <w:r>
        <w:rPr>
          <w:color w:val="E8A73E"/>
          <w:sz w:val="22"/>
        </w:rPr>
        <w:t>Matematika - Fase D / Kelas VII - Materi 14 (3.1)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Mata Pelajaran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Matematika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Materi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14 - 3.1 Konsep Dasar Rasio dan Notasinya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Komposisi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 pilihan ganda + 3 esai scaffolding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Alokasi Waktu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75 menit</w:t>
            </w:r>
          </w:p>
        </w:tc>
      </w:tr>
    </w:tbl>
    <w:p>
      <w:r>
        <w:rPr>
          <w:b/>
        </w:rPr>
        <w:t>Tujuan Pembelajaran</w:t>
        <w:br/>
      </w:r>
      <w:r>
        <w:t>Peserta didik dapat menjelaskan rasio sebagai perbandingan dua besaran, menentukan urutan yang benar, menyamakan satuan, dan menuliskan notasinya dengan tepat.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4F7"/>
          </w:tcPr>
          <w:p>
            <w:r>
              <w:t>Nama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Kelas/Absen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Tanggal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Nilai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</w:tbl>
    <w:p>
      <w:r>
        <w:rPr>
          <w:b/>
        </w:rPr>
        <w:t xml:space="preserve">Petunjuk: </w:t>
      </w:r>
      <w:r>
        <w:t>Baca stimulus dan visual dengan teliti. Pilih jawaban beserta alasan yang paling tepat. Untuk esai, kerjakan mandiri terlebih dahulu; bantuan diberikan bertahap setelah jawaban diperiksa.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1 - KISI-KISI DAN PETA KOMPETENSI</w:t>
            </w:r>
          </w:p>
        </w:tc>
      </w:tr>
    </w:tbl>
    <w:p>
      <w:pPr>
        <w:spacing w:after="0"/>
      </w:pPr>
    </w:p>
    <w:p>
      <w:r>
        <w:rPr>
          <w:b/>
        </w:rPr>
        <w:t xml:space="preserve">Fokus kompetensi: </w:t>
      </w:r>
      <w:r>
        <w:t>Peserta didik dapat menjelaskan rasio sebagai perbandingan dua besaran, menentukan urutan yang benar, menyamakan satuan, dan menuliskan notasinya dengan tepat.</w:t>
      </w:r>
    </w:p>
    <w:p>
      <w:r>
        <w:rPr>
          <w:b/>
        </w:rPr>
        <w:t xml:space="preserve">Keterkaitan disiplin ilmu: </w:t>
      </w:r>
      <w:r>
        <w:t>Kimia, demografi, dan komposisi benda.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Indikator yang Diukur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Konteks Visual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Berdasarkan seluruh data pada visual, laporan manakah yang memuat hasil dan alasan matem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Komposisi Kelas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Empat kelompok menyampaikan hasil berbeda. Laporan manakah yang paling dapat dipertanggu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Keranjang Buah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Strategi manakah yang menggunakan hubungan antarbesaran secara benar dan menghasilkan si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Pita Dekorasi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data, satuan, dan aturan matematis diperiksa, pernyataan manakah yang layak dite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Model Molekul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Keputusan manakah yang paling tepat apabila seluruh informasi pada visual dan konteks ma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Label Campuran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6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Manakah analisis yang menunjukkan proses, hasil, dan justifikasi matematis secara benar?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Peralatan Olahraga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7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hasil diverifikasi terhadap data pada visual, laporan kelompok manakah yang seha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Papan Usulan Rasio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8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 xml:space="preserve">Perpustakaan memiliki 24 buku fiksi, 18 buku sains, dan 12 buku sejarah. Tuliskan rasio 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Koleksi Perpustakaan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Sebuah papan memiliki panjang 1,8 m dan lebar 120 cm. Tentukan rasio panjang terhadap le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Papan Prakarya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 xml:space="preserve">Rancang dua kemungkinan jumlah peserta untuk sebuah kelompok dengan rasio putra:putri = 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Perencanaan Kelompok</w:t>
            </w:r>
          </w:p>
        </w:tc>
      </w:tr>
    </w:tbl>
    <w:p>
      <w:r>
        <w:rPr>
          <w:b/>
        </w:rPr>
        <w:t xml:space="preserve">Standar kualitas: </w:t>
      </w:r>
      <w:r>
        <w:t>setiap visual menyediakan data penting; opsi memuat hasil dan alasan; pengecoh merepresentasikan miskonsepsi; esai menilai pemodelan, proses, verifikasi, dan kesimpulan.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1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1" name="Picture 1" descr="Visual soal 1: Komposisi Kelas" title="Visual soal 1: Komposisi Kela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1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Data kelas menunjukkan 18 peserta didik perempuan dan 12 peserta didik laki-laki. Wali kelas meminta rasio perempuan terhadap laki-laki dalam bentuk paling sederhana. Fokus analisis kelompok adalah menentukan pernyataan yang benar.</w:t>
      </w:r>
    </w:p>
    <w:p>
      <w:r>
        <w:rPr>
          <w:b/>
          <w:sz w:val="18"/>
        </w:rPr>
        <w:t>Berdasarkan seluruh data pada visual, laporan manakah yang memuat hasil dan alasan matematis paling tepat?</w:t>
      </w:r>
    </w:p>
    <w:p>
      <w:pPr>
        <w:spacing w:after="20"/>
        <w:ind w:left="142"/>
      </w:pPr>
      <w:r>
        <w:rPr>
          <w:sz w:val="16"/>
        </w:rPr>
        <w:t>A. 3:2 karena 18:12 dibagi FPB 6 dan urutan mengikuti perempuan terhadap laki-laki.</w:t>
      </w:r>
    </w:p>
    <w:p>
      <w:pPr>
        <w:spacing w:after="20"/>
        <w:ind w:left="142"/>
      </w:pPr>
      <w:r>
        <w:rPr>
          <w:sz w:val="16"/>
        </w:rPr>
        <w:t>B. 2:3 karena urutan rasio boleh dibalik tanpa mengubah makna.</w:t>
      </w:r>
    </w:p>
    <w:p>
      <w:pPr>
        <w:spacing w:after="20"/>
        <w:ind w:left="142"/>
      </w:pPr>
      <w:r>
        <w:rPr>
          <w:sz w:val="16"/>
        </w:rPr>
        <w:t>C. 18:30 karena perempuan dibandingkan dengan seluruh kelas.</w:t>
      </w:r>
    </w:p>
    <w:p>
      <w:pPr>
        <w:spacing w:after="20"/>
        <w:ind w:left="142"/>
      </w:pPr>
      <w:r>
        <w:rPr>
          <w:sz w:val="16"/>
        </w:rPr>
        <w:t>D. 6:4 karena rasio tidak perlu disederhanakan sampai bentuk paling sederhana.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2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2" name="Picture 2" descr="Visual soal 2: Keranjang Buah" title="Visual soal 2: Keranjang Bua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2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Keranjang berisi 9 apel dan 6 jeruk. Seorang siswa menulis rasio apel terhadap seluruh buah sebagai 9:6. Fokus analisis kelompok adalah menentukan perbaikan yang tepat.</w:t>
      </w:r>
    </w:p>
    <w:p>
      <w:r>
        <w:rPr>
          <w:b/>
          <w:sz w:val="18"/>
        </w:rPr>
        <w:t>Empat kelompok menyampaikan hasil berbeda. Laporan manakah yang paling dapat dipertanggungjawabkan berdasarkan konsep yang dipelajari?</w:t>
      </w:r>
    </w:p>
    <w:p>
      <w:pPr>
        <w:spacing w:after="20"/>
        <w:ind w:left="142"/>
      </w:pPr>
      <w:r>
        <w:rPr>
          <w:sz w:val="16"/>
        </w:rPr>
        <w:t>A. 9:15 atau 3:5 karena seluruh buah berjumlah 15.</w:t>
      </w:r>
    </w:p>
    <w:p>
      <w:pPr>
        <w:spacing w:after="20"/>
        <w:ind w:left="142"/>
      </w:pPr>
      <w:r>
        <w:rPr>
          <w:sz w:val="16"/>
        </w:rPr>
        <w:t>B. 9:6 karena seluruh buah sama dengan jumlah jeruk.</w:t>
      </w:r>
    </w:p>
    <w:p>
      <w:pPr>
        <w:spacing w:after="20"/>
        <w:ind w:left="142"/>
      </w:pPr>
      <w:r>
        <w:rPr>
          <w:sz w:val="16"/>
        </w:rPr>
        <w:t>C. 6:9 karena urutan harus dibalik.</w:t>
      </w:r>
    </w:p>
    <w:p>
      <w:pPr>
        <w:spacing w:after="20"/>
        <w:ind w:left="142"/>
      </w:pPr>
      <w:r>
        <w:rPr>
          <w:sz w:val="16"/>
        </w:rPr>
        <w:t>D. 15:9 karena keseluruhan selalu ditulis lebih dahulu.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3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3" name="Picture 3" descr="Visual soal 3: Pita Dekorasi" title="Visual soal 3: Pita Dekora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3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Pita merah panjangnya 150 cm dan pita biru 2 m. Rasio panjang merah terhadap biru akan digunakan untuk pola dekorasi. Fokus analisis kelompok adalah menentukan rasio yang tepat.</w:t>
      </w:r>
    </w:p>
    <w:p>
      <w:r>
        <w:rPr>
          <w:b/>
          <w:sz w:val="18"/>
        </w:rPr>
        <w:t>Strategi manakah yang menggunakan hubungan antarbesaran secara benar dan menghasilkan simpulan yang konsisten dengan visual?</w:t>
      </w:r>
    </w:p>
    <w:p>
      <w:pPr>
        <w:spacing w:after="20"/>
        <w:ind w:left="142"/>
      </w:pPr>
      <w:r>
        <w:rPr>
          <w:sz w:val="16"/>
        </w:rPr>
        <w:t>A. 150:2 karena angka dapat langsung dibandingkan meskipun satuannya berbeda.</w:t>
      </w:r>
    </w:p>
    <w:p>
      <w:pPr>
        <w:spacing w:after="20"/>
        <w:ind w:left="142"/>
      </w:pPr>
      <w:r>
        <w:rPr>
          <w:sz w:val="16"/>
        </w:rPr>
        <w:t>B. 3:4 karena 2 m = 200 cm dan 150:200 disederhanakan.</w:t>
      </w:r>
    </w:p>
    <w:p>
      <w:pPr>
        <w:spacing w:after="20"/>
        <w:ind w:left="142"/>
      </w:pPr>
      <w:r>
        <w:rPr>
          <w:sz w:val="16"/>
        </w:rPr>
        <w:t>C. 4:3 karena urutan pita dibalik.</w:t>
      </w:r>
    </w:p>
    <w:p>
      <w:pPr>
        <w:spacing w:after="20"/>
        <w:ind w:left="142"/>
      </w:pPr>
      <w:r>
        <w:rPr>
          <w:sz w:val="16"/>
        </w:rPr>
        <w:t>D. 75:2 karena hanya panjang merah yang disederhanakan.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4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4" name="Picture 4" descr="Visual soal 4: Model Molekul" title="Visual soal 4: Model Moleku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4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Guru menampilkan visual model molekul sebagai sumber data utama dan meminta peserta didik mempertanggungjawabkan simpulannya. Model molekul pada visual menunjukkan empat atom H dan dua atom O. Fokus analisis kelompok adalah menentukan interpretasi rasio H terhadap O yang benar.</w:t>
      </w:r>
    </w:p>
    <w:p>
      <w:r>
        <w:rPr>
          <w:b/>
          <w:sz w:val="18"/>
        </w:rPr>
        <w:t>Setelah data, satuan, dan aturan matematis diperiksa, pernyataan manakah yang layak diterima?</w:t>
      </w:r>
    </w:p>
    <w:p>
      <w:pPr>
        <w:spacing w:after="20"/>
        <w:ind w:left="142"/>
      </w:pPr>
      <w:r>
        <w:rPr>
          <w:sz w:val="16"/>
        </w:rPr>
        <w:t>A. 4:2 atau 2:1, artinya setiap dua atom H berpasangan dengan satu atom O dalam perbandingan tersebut, karena H:O = 4:2 = 2:1.</w:t>
      </w:r>
    </w:p>
    <w:p>
      <w:pPr>
        <w:spacing w:after="20"/>
        <w:ind w:left="142"/>
      </w:pPr>
      <w:r>
        <w:rPr>
          <w:sz w:val="16"/>
        </w:rPr>
        <w:t>B. 2:4 atau 1:2, karena O disebut setelah H.</w:t>
      </w:r>
    </w:p>
    <w:p>
      <w:pPr>
        <w:spacing w:after="20"/>
        <w:ind w:left="142"/>
      </w:pPr>
      <w:r>
        <w:rPr>
          <w:sz w:val="16"/>
        </w:rPr>
        <w:t>C. 4:6, karena H dibandingkan dengan seluruh atom.</w:t>
      </w:r>
    </w:p>
    <w:p>
      <w:pPr>
        <w:spacing w:after="20"/>
        <w:ind w:left="142"/>
      </w:pPr>
      <w:r>
        <w:rPr>
          <w:sz w:val="16"/>
        </w:rPr>
        <w:t>D. 6:2, karena seluruh atom dibandingkan dengan O.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5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5" name="Picture 5" descr="Visual soal 5: Label Campuran" title="Visual soal 5: Label Campur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5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proyek label campuran, hasil tidak boleh ditentukan hanya dengan menebak angka; seluruh informasi pada visual harus digunakan. Label campuran bertuliskan air : konsentrat = 4 : 1. Fokus analisis kelompok adalah menentukan makna yang paling tepat.</w:t>
      </w:r>
    </w:p>
    <w:p>
      <w:r>
        <w:rPr>
          <w:b/>
          <w:sz w:val="18"/>
        </w:rPr>
        <w:t>Keputusan manakah yang paling tepat apabila seluruh informasi pada visual dan konteks masalah digunakan?</w:t>
      </w:r>
    </w:p>
    <w:p>
      <w:pPr>
        <w:spacing w:after="20"/>
        <w:ind w:left="142"/>
      </w:pPr>
      <w:r>
        <w:rPr>
          <w:sz w:val="16"/>
        </w:rPr>
        <w:t>A. Untuk setiap 4 bagian air digunakan 1 bagian konsentrat, karena rasio menyatakan hubungan bagian, bukan satuan atau jumlah tetap.</w:t>
      </w:r>
    </w:p>
    <w:p>
      <w:pPr>
        <w:spacing w:after="20"/>
        <w:ind w:left="142"/>
      </w:pPr>
      <w:r>
        <w:rPr>
          <w:sz w:val="16"/>
        </w:rPr>
        <w:t>B. Campuran selalu berjumlah tepat 5 liter, karena hanya sebagian informasi pada visual digunakan dan tahap verifikasi hasil diabaikan.</w:t>
      </w:r>
    </w:p>
    <w:p>
      <w:pPr>
        <w:spacing w:after="20"/>
        <w:ind w:left="142"/>
      </w:pPr>
      <w:r>
        <w:rPr>
          <w:sz w:val="16"/>
        </w:rPr>
        <w:t>C. Air harus 4 liter dan konsentrat harus 1 liter untuk semua produksi, karena angka pada visual dianggap dapat langsung dioperasikan tanpa memeriksa bentuk, satuan, atau hubungan yang disyaratkan.</w:t>
      </w:r>
    </w:p>
    <w:p>
      <w:pPr>
        <w:spacing w:after="20"/>
        <w:ind w:left="142"/>
      </w:pPr>
      <w:r>
        <w:rPr>
          <w:sz w:val="16"/>
        </w:rPr>
        <w:t>D. Konsentrat empat kali lebih banyak daripada air, karena salah satu besaran dianggap dapat ditukar perannya tanpa mengubah makna model matematika.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6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6" name="Picture 6" descr="Visual soal 6: Peralatan Olahraga" title="Visual soal 6: Peralatan Olahrag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6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kegiatan olahraga, rasio bola merah terhadap bola putih adalah 5:3. Seorang siswa menyatakan rasio bola putih terhadap bola merah juga 5:3. Fokus analisis kelompok adalah menentukan penilaian yang benar.</w:t>
      </w:r>
    </w:p>
    <w:p>
      <w:r>
        <w:rPr>
          <w:b/>
          <w:sz w:val="18"/>
        </w:rPr>
        <w:t>Manakah analisis yang menunjukkan proses, hasil, dan justifikasi matematis secara benar?</w:t>
      </w:r>
    </w:p>
    <w:p>
      <w:pPr>
        <w:spacing w:after="20"/>
        <w:ind w:left="142"/>
      </w:pPr>
      <w:r>
        <w:rPr>
          <w:sz w:val="16"/>
        </w:rPr>
        <w:t>A. Pernyataan salah; rasio putih terhadap merah adalah 3:5 karena urutan objek berubah.</w:t>
      </w:r>
    </w:p>
    <w:p>
      <w:pPr>
        <w:spacing w:after="20"/>
        <w:ind w:left="142"/>
      </w:pPr>
      <w:r>
        <w:rPr>
          <w:sz w:val="16"/>
        </w:rPr>
        <w:t>B. Pernyataan benar karena rasio tidak dipengaruhi urutan.</w:t>
      </w:r>
    </w:p>
    <w:p>
      <w:pPr>
        <w:spacing w:after="20"/>
        <w:ind w:left="142"/>
      </w:pPr>
      <w:r>
        <w:rPr>
          <w:sz w:val="16"/>
        </w:rPr>
        <w:t>C. Pernyataan benar hanya jika total bola delapan, karena salah satu besaran dianggap dapat ditukar perannya tanpa mengubah makna model matematika.</w:t>
      </w:r>
    </w:p>
    <w:p>
      <w:pPr>
        <w:spacing w:after="20"/>
        <w:ind w:left="142"/>
      </w:pPr>
      <w:r>
        <w:rPr>
          <w:sz w:val="16"/>
        </w:rPr>
        <w:t>D. Tidak dapat dinilai tanpa mengetahui jumlah sebenarnya, karena hanya sebagian informasi pada visual digunakan dan tahap verifikasi hasil diabaikan.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7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7" name="Picture 7" descr="Visual soal 7: Papan Usulan Rasio" title="Visual soal 7: Papan Usulan Rasi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7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Empat kelompok mengusulkan notasi untuk 8 buku sains dan 12 buku sosial. Kelompok A: 8:12, B: 2:3, C: 12:8, D: 20:8 untuk rasio sains terhadap sosial. Fokus analisis kelompok adalah menentukan kesimpulan yang tepat.</w:t>
      </w:r>
    </w:p>
    <w:p>
      <w:r>
        <w:rPr>
          <w:b/>
          <w:sz w:val="18"/>
        </w:rPr>
        <w:t>Setelah hasil diverifikasi terhadap data pada visual, laporan kelompok manakah yang seharusnya dipilih?</w:t>
      </w:r>
    </w:p>
    <w:p>
      <w:pPr>
        <w:spacing w:after="20"/>
        <w:ind w:left="142"/>
      </w:pPr>
      <w:r>
        <w:rPr>
          <w:sz w:val="16"/>
        </w:rPr>
        <w:t>A. A dan B sama-sama menyatakan rasio sains:sosial, tetapi B dalam bentuk sederhana; C dan D memiliki makna berbeda, karena 8:12 dan 2:3 ekuivalen dengan urutan yang sama.</w:t>
      </w:r>
    </w:p>
    <w:p>
      <w:pPr>
        <w:spacing w:after="20"/>
        <w:ind w:left="142"/>
      </w:pPr>
      <w:r>
        <w:rPr>
          <w:sz w:val="16"/>
        </w:rPr>
        <w:t>B. Hanya A benar karena rasio tidak boleh disederhanakan.</w:t>
      </w:r>
    </w:p>
    <w:p>
      <w:pPr>
        <w:spacing w:after="20"/>
        <w:ind w:left="142"/>
      </w:pPr>
      <w:r>
        <w:rPr>
          <w:sz w:val="16"/>
        </w:rPr>
        <w:t>C. C benar karena bilangan lebih besar harus ditulis dahulu.</w:t>
      </w:r>
    </w:p>
    <w:p>
      <w:pPr>
        <w:spacing w:after="20"/>
        <w:ind w:left="142"/>
      </w:pPr>
      <w:r>
        <w:rPr>
          <w:sz w:val="16"/>
        </w:rPr>
        <w:t>D. D benar karena rasio harus membandingkan total dengan salah satu bagian.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8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8" name="Picture 8" descr="Visual soal 8: Koleksi Perpustakaan" title="Visual soal 8: Koleksi Perpustaka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8 - JAWABAN MANDIRI</w:t>
      </w:r>
    </w:p>
    <w:p>
      <w:pPr>
        <w:spacing w:after="60"/>
      </w:pPr>
      <w:r>
        <w:t>Perpustakaan memiliki 24 buku fiksi, 18 buku sains, dan 12 buku sejarah. Tuliskan rasio fiksi:sains:sejarah dalam bentuk paling sederhana serta rasio buku sains terhadap seluruh buku. Jelaskan perbedaan makna keduanya.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9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9" name="Picture 9" descr="Visual soal 9: Papan Prakarya" title="Visual soal 9: Papan Prakary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9 - JAWABAN MANDIRI</w:t>
      </w:r>
    </w:p>
    <w:p>
      <w:pPr>
        <w:spacing w:after="60"/>
      </w:pPr>
      <w:r>
        <w:t>Sebuah papan memiliki panjang 1,8 m dan lebar 120 cm. Tentukan rasio panjang terhadap lebar dalam bentuk sederhana dan jelaskan mengapa satuan harus disamakan.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10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10" name="Picture 10" descr="Visual soal 10: Perencanaan Kelompok" title="Visual soal 10: Perencanaan Kelompo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10 - JAWABAN MANDIRI</w:t>
      </w:r>
    </w:p>
    <w:p>
      <w:pPr>
        <w:spacing w:after="60"/>
      </w:pPr>
      <w:r>
        <w:t>Rancang dua kemungkinan jumlah peserta untuk sebuah kelompok dengan rasio putra:putri = 3:5 dan jumlah seluruh peserta tidak lebih dari 40. Tunjukkan bahwa kedua kemungkinan mempertahankan rasio yang sama.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KUNCI, PEMBAHASAN, DAN MISKONSEPSI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1. A - </w:t>
      </w:r>
      <w:r>
        <w:t>Urutan rasio harus mengikuti objek yang disebutkan dan dapat disederhanakan.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Membalik urutan atau mencampur rasio bagian-bagian dengan bagian-keseluruhan.</w:t>
      </w:r>
    </w:p>
    <w:p>
      <w:pPr>
        <w:spacing w:after="40"/>
      </w:pPr>
      <w:r>
        <w:rPr>
          <w:b/>
        </w:rPr>
        <w:t xml:space="preserve">2. A - </w:t>
      </w:r>
      <w:r>
        <w:t>Rasio bagian terhadap keseluruhan membandingkan 9 apel dengan 15 buah.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Menyamakan bagian-keseluruhan dengan bagian-bagian.</w:t>
      </w:r>
    </w:p>
    <w:p>
      <w:pPr>
        <w:spacing w:after="40"/>
      </w:pPr>
      <w:r>
        <w:rPr>
          <w:b/>
        </w:rPr>
        <w:t xml:space="preserve">3. B - </w:t>
      </w:r>
      <w:r>
        <w:t>Satuan harus disamakan: 150 cm : 200 cm = 3:4.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Membandingkan angka dengan satuan berbeda.</w:t>
      </w:r>
    </w:p>
    <w:p>
      <w:pPr>
        <w:spacing w:after="40"/>
      </w:pPr>
      <w:r>
        <w:rPr>
          <w:b/>
        </w:rPr>
        <w:t xml:space="preserve">4. A - </w:t>
      </w:r>
      <w:r>
        <w:t>H:O = 4:2 = 2:1.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Membalik urutan atau menggunakan total.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 DAN BANTUAN ESAI (LANJUTAN)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5. A - </w:t>
      </w:r>
      <w:r>
        <w:t>Rasio menyatakan hubungan bagian, bukan satuan atau jumlah tetap.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Menganggap rasio sebagai jumlah absolut atau membalik makna.</w:t>
      </w:r>
    </w:p>
    <w:p>
      <w:pPr>
        <w:spacing w:after="40"/>
      </w:pPr>
      <w:r>
        <w:rPr>
          <w:b/>
        </w:rPr>
        <w:t xml:space="preserve">6. A - </w:t>
      </w:r>
      <w:r>
        <w:t>Membalik urutan objek membalik notasi rasio.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Menganggap rasio komutatif.</w:t>
      </w:r>
    </w:p>
    <w:p>
      <w:pPr>
        <w:spacing w:after="40"/>
      </w:pPr>
      <w:r>
        <w:rPr>
          <w:b/>
        </w:rPr>
        <w:t xml:space="preserve">7. A - </w:t>
      </w:r>
      <w:r>
        <w:t>8:12 dan 2:3 ekuivalen dengan urutan yang sama.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Menganggap hanya satu representasi atau harus menulis bilangan besar dahulu.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5 - SCAFFOLDING ESAI DAN RUBRIK</w:t>
            </w:r>
          </w:p>
        </w:tc>
      </w:tr>
    </w:tbl>
    <w:p>
      <w:pPr>
        <w:spacing w:after="0"/>
      </w:pPr>
    </w:p>
    <w:p>
      <w:r>
        <w:rPr>
          <w:b/>
        </w:rPr>
        <w:t xml:space="preserve">Soal 8 - Kunci ringkas: </w:t>
      </w:r>
      <w:r>
        <w:t>24:18:12 dibagi 6 menjadi 4:3:2. Total 54; sains:total = 18:54 = 1:3. Rasio pertama membandingkan tiga bagian, sedangkan kedua membandingkan satu bagian dengan keseluruhan.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Tuliskan jumlah setiap kategori dan cari FPB ketiganya.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Jumlahkan seluruh buku untuk rasio bagian-keseluruhan.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Jelaskan objek yang dibandingkan pada masing-masing rasio.</w:t>
      </w:r>
    </w:p>
    <w:p>
      <w:r>
        <w:rPr>
          <w:b/>
        </w:rPr>
        <w:t xml:space="preserve">Soal 9 - Kunci ringkas: </w:t>
      </w:r>
      <w:r>
        <w:t>1,8 m = 180 cm. Rasio 180:120 = 3:2. Satuan harus sama agar besaran sejenis dibandingkan secara setara.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Ubah meter menjadi sentimeter.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Sederhanakan 180:120 dengan FPB.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Jelaskan akibat jika angka 1,8 dan 120 langsung dibandingkan.</w:t>
      </w:r>
    </w:p>
    <w:p>
      <w:r>
        <w:rPr>
          <w:b/>
        </w:rPr>
        <w:t xml:space="preserve">Soal 10 - Kunci ringkas: </w:t>
      </w:r>
      <w:r>
        <w:t>Contoh: 6:10 total 16 dan 12:20 total 32. Keduanya menyederhana menjadi 3:5 dan memenuhi batas total. Jawaban lain yang setara dapat diterima.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Gunakan kelipatan yang sama untuk 3 dan 5.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Periksa jumlah total setiap pasangan.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Sederhanakan kembali untuk membuktikan kesetaraan.</w:t>
      </w:r>
    </w:p>
    <w:p>
      <w:r>
        <w:rPr>
          <w:b/>
        </w:rPr>
        <w:t xml:space="preserve">Rubrik setiap esai (maksimum 6): </w:t>
      </w:r>
      <w:r>
        <w:t>memahami informasi 1; membangun model/strategi 1; proses hitung/logika 2; hasil tepat 1; kesimpulan dan verifikasi 1.</w:t>
      </w:r>
    </w:p>
    <w:p>
      <w:r>
        <w:rPr>
          <w:b/>
        </w:rPr>
        <w:t xml:space="preserve">Skor keseluruhan: </w:t>
      </w:r>
      <w:r>
        <w:t>PG 7 poin + Esai 18 poin = 25 poin. Nilai = skor perolehan / 25 x 100.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6 - AUDIT MUTU PAKET</w:t>
            </w:r>
          </w:p>
        </w:tc>
      </w:tr>
    </w:tbl>
    <w:p>
      <w:pPr>
        <w:spacing w:after="0"/>
      </w:pPr>
    </w:p>
    <w:p>
      <w:r>
        <w:t>✓ Tujuan pembelajaran, stimulus, visual, dan indikator selaras.</w:t>
      </w:r>
    </w:p>
    <w:p>
      <w:r>
        <w:t>✓ Tujuh pilihan ganda menuntut interpretasi atau penerapan, bukan sekadar menyalin angka.</w:t>
      </w:r>
    </w:p>
    <w:p>
      <w:r>
        <w:t>✓ Pilihan jawaban memuat hasil sekaligus alasan; pengecoh berbasis miskonsepsi.</w:t>
      </w:r>
    </w:p>
    <w:p>
      <w:r>
        <w:t>✓ Tiga esai menyediakan bantuan progresif dan rubrik analitik.</w:t>
      </w:r>
    </w:p>
    <w:p>
      <w:r>
        <w:t>✓ Visual tidak memuat penanda jawaban benar dan dilengkapi teks alternatif.</w:t>
      </w:r>
    </w:p>
    <w:p>
      <w:r>
        <w:t>✓ Satuan, simbol, operasi, kunci, dan pembahasan telah diperiksa konsistensinya.</w:t>
      </w:r>
    </w:p>
    <w:p>
      <w:r>
        <w:t>✓ Dokumen siap digunakan untuk asesmen formatif, latihan, atau pengayaan.</w:t>
      </w:r>
    </w:p>
    <w:p>
      <w:r>
        <w:rPr>
          <w:b/>
        </w:rPr>
        <w:t xml:space="preserve">Catatan penggunaan: </w:t>
      </w:r>
      <w:r>
        <w:t>Guru dapat menyesuaikan waktu, angka, dan konteks lokal tanpa mengubah kompetensi yang dinilai. Untuk menjaga validitas, visual dan batang soal harus tetap dipertahankan sebagai satu kesatuan.</w:t>
      </w:r>
    </w:p>
    <w:sectPr w:rsidR="00FC693F" w:rsidRPr="0006063C" w:rsidSect="00034616">
      <w:footerReference w:type="default" r:id="rId9"/>
      <w:pgSz w:w="11906" w:h="16838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973"/>
        <w:sz w:val="16"/>
      </w:rPr>
      <w:t xml:space="preserve">Paket Soal Profesional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