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PENERAPAN BILANGAN RASIONAL DALAM MASALAH KONTEKSTUAL</w:t>
      </w:r>
    </w:p>
    <w:p>
      <w:pPr>
        <w:jc w:val="center"/>
      </w:pPr>
      <w:r>
        <w:rPr>
          <w:color w:val="E8A73E"/>
          <w:sz w:val="22"/>
        </w:rPr>
        <w:t>Matematika - Fase D / Kelas VII - Materi 13 (2.7)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13 - 2.7 Penerapan Bilangan Rasional dalam Masalah Kontekstual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memecahkan masalah kontekstual yang melibatkan bilangan rasional melalui pemodelan, perhitungan, pemeriksaan, dan penafsiran hasil dengan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memecahkan masalah kontekstual yang melibatkan bilangan rasional melalui pemodelan, perhitungan, pemeriksaan, dan penafsiran hasil dengan benar.</w:t>
      </w:r>
    </w:p>
    <w:p>
      <w:r>
        <w:rPr>
          <w:b/>
        </w:rPr>
        <w:t xml:space="preserve">Keterkaitan disiplin ilmu: </w:t>
      </w:r>
      <w:r>
        <w:t>Belanja, tata boga, pengukuran, dan pengelolaan sumber daya.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Perbandingan Promosi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Resep Kegiatan Kelas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Tangki Kebun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Jalur Pendakian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Baterai Perangkat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Uji Konsentrasi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Pengukuran Papan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Panitia memiliki anggaran Rp900.000. Sebanyak 2/5 digunakan untuk konsumsi, 30% untuk pe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Rencana Anggaran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Sebuah resep memerlukan 2 1/2 cangkir tepung untuk 8 porsi. Persediaan 6 cangkir. Tentuk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Dapur Produksi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Tangki awal berisi 18 liter. Pada pagi hari digunakan 1/3 bagian, siang hari digunakan 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Penggunaan Air Bertahap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Perbandingan Promosi" title="Visual soal 1: Perbandingan Promo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Toko menyediakan dua promosi untuk tas seharga Rp320.000. Promosi A memberi diskon 25%, sedangkan Promosi B memotong harga Rp70.000. Fokus analisis kelompok adalah pilihan yang lebih menguntungkan beserta alasannya.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Promosi A, karena diskon Rp80.000 sehingga harga akhir Rp240.000, lebih murah Rp10.000 daripada Promosi B.</w:t>
      </w:r>
    </w:p>
    <w:p>
      <w:pPr>
        <w:spacing w:after="20"/>
        <w:ind w:left="142"/>
      </w:pPr>
      <w:r>
        <w:rPr>
          <w:sz w:val="16"/>
        </w:rPr>
        <w:t>B. Promosi B, karena potongan Rp70.000 lebih besar daripada 25%.</w:t>
      </w:r>
    </w:p>
    <w:p>
      <w:pPr>
        <w:spacing w:after="20"/>
        <w:ind w:left="142"/>
      </w:pPr>
      <w:r>
        <w:rPr>
          <w:sz w:val="16"/>
        </w:rPr>
        <w:t>C. Keduanya sama karena 25% selalu setara Rp70.000.</w:t>
      </w:r>
    </w:p>
    <w:p>
      <w:pPr>
        <w:spacing w:after="20"/>
        <w:ind w:left="142"/>
      </w:pPr>
      <w:r>
        <w:rPr>
          <w:sz w:val="16"/>
        </w:rPr>
        <w:t>D. Promosi A, tetapi harga akhirnya Rp250.000 karena diskon dihitung dari harga setelah potongan.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Resep Kegiatan Kelas" title="Visual soal 2: Resep Kegiatan Kel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Resep untuk 4 porsi memerlukan 1,5 kg beras. Kegiatan kelas akan menyediakan 10 porsi dengan komposisi yang sama. Fokus analisis kelompok adalah menentukan perencanaan bahan yang benar.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2,5 kg karena porsi bertambah 6 sehingga beras ditambah 1 kg.</w:t>
      </w:r>
    </w:p>
    <w:p>
      <w:pPr>
        <w:spacing w:after="20"/>
        <w:ind w:left="142"/>
      </w:pPr>
      <w:r>
        <w:rPr>
          <w:sz w:val="16"/>
        </w:rPr>
        <w:t>B. 3,75 kg karena 1,5 : 4 x 10 = 3,75.</w:t>
      </w:r>
    </w:p>
    <w:p>
      <w:pPr>
        <w:spacing w:after="20"/>
        <w:ind w:left="142"/>
      </w:pPr>
      <w:r>
        <w:rPr>
          <w:sz w:val="16"/>
        </w:rPr>
        <w:t>C. 6 kg karena 1,5 dikalikan 4.</w:t>
      </w:r>
    </w:p>
    <w:p>
      <w:pPr>
        <w:spacing w:after="20"/>
        <w:ind w:left="142"/>
      </w:pPr>
      <w:r>
        <w:rPr>
          <w:sz w:val="16"/>
        </w:rPr>
        <w:t>D. 15 kg karena angka porsi langsung dikalikan dengan 1,5.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Tangki Kebun" title="Visual soal 3: Tangki Kebu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Sebuah tangki berisi 12,5 liter air. Sebanyak 2/5 bagian digunakan untuk menyiram kebun, kemudian 1,75 liter ditambahkan kembali. Fokus analisis kelompok adalah menentukan volume akhir tangki.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6,75 L karena 2/5 dianggap 5 liter lalu ditambah 1,75.</w:t>
      </w:r>
    </w:p>
    <w:p>
      <w:pPr>
        <w:spacing w:after="20"/>
        <w:ind w:left="142"/>
      </w:pPr>
      <w:r>
        <w:rPr>
          <w:sz w:val="16"/>
        </w:rPr>
        <w:t>B. 9,25 L karena yang digunakan 5 L, sehingga 12,5 - 5 + 1,75.</w:t>
      </w:r>
    </w:p>
    <w:p>
      <w:pPr>
        <w:spacing w:after="20"/>
        <w:ind w:left="142"/>
      </w:pPr>
      <w:r>
        <w:rPr>
          <w:sz w:val="16"/>
        </w:rPr>
        <w:t>C. 11,25 L karena 2/5 dijumlahkan sebagai 0,4 L.</w:t>
      </w:r>
    </w:p>
    <w:p>
      <w:pPr>
        <w:spacing w:after="20"/>
        <w:ind w:left="142"/>
      </w:pPr>
      <w:r>
        <w:rPr>
          <w:sz w:val="16"/>
        </w:rPr>
        <w:t>D. 19,25 L karena volume yang digunakan justru ditambahkan.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Jalur Pendakian" title="Visual soal 4: Jalur Pendaki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Sebuah jalur pendakian terdiri atas tahap pertama 2,4 km dan tahap kedua 1 3/5 km. Peserta telah menempuh 75% dari seluruh jalur. Fokus analisis kelompok adalah menentukan jarak yang masih harus ditempuh.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1 km karena total 4 km dan sisa 25% x 4 km.</w:t>
      </w:r>
    </w:p>
    <w:p>
      <w:pPr>
        <w:spacing w:after="20"/>
        <w:ind w:left="142"/>
      </w:pPr>
      <w:r>
        <w:rPr>
          <w:sz w:val="16"/>
        </w:rPr>
        <w:t>B. 3 km karena 75% dari 4 km adalah jarak sisa.</w:t>
      </w:r>
    </w:p>
    <w:p>
      <w:pPr>
        <w:spacing w:after="20"/>
        <w:ind w:left="142"/>
      </w:pPr>
      <w:r>
        <w:rPr>
          <w:sz w:val="16"/>
        </w:rPr>
        <w:t>C. 0,6 km karena hanya 25% dari tahap pertama dihitung.</w:t>
      </w:r>
    </w:p>
    <w:p>
      <w:pPr>
        <w:spacing w:after="20"/>
        <w:ind w:left="142"/>
      </w:pPr>
      <w:r>
        <w:rPr>
          <w:sz w:val="16"/>
        </w:rPr>
        <w:t>D. 1,6 km karena pecahan 3/5 dianggap jarak sisa.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Baterai Perangkat" title="Visual soal 5: Baterai Perangka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Baterai perangkat belajar menunjukkan 0,8 kapasitas penuh. Setelah digunakan, dayanya berkurang 35% dari kapasitas penuh, kemudian diisi kembali 1/4 kapasitas penuh. Fokus analisis kelompok adalah menentukan kapasitas akhir baterai.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70% karena 80% - 35% + 25% = 70%.</w:t>
      </w:r>
    </w:p>
    <w:p>
      <w:pPr>
        <w:spacing w:after="20"/>
        <w:ind w:left="142"/>
      </w:pPr>
      <w:r>
        <w:rPr>
          <w:sz w:val="16"/>
        </w:rPr>
        <w:t>B. 60% karena 35% dan 25% dijumlahkan sebagai pengurangan.</w:t>
      </w:r>
    </w:p>
    <w:p>
      <w:pPr>
        <w:spacing w:after="20"/>
        <w:ind w:left="142"/>
      </w:pPr>
      <w:r>
        <w:rPr>
          <w:sz w:val="16"/>
        </w:rPr>
        <w:t>C. 90% karena 35% dianggap dari 80% lalu ditambah 25%.</w:t>
      </w:r>
    </w:p>
    <w:p>
      <w:pPr>
        <w:spacing w:after="20"/>
        <w:ind w:left="142"/>
      </w:pPr>
      <w:r>
        <w:rPr>
          <w:sz w:val="16"/>
        </w:rPr>
        <w:t>D. 45% karena pengisian kembali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Uji Konsentrasi" title="Visual soal 6: Uji Konsentr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Dua kelompok mencampur sirup. Kelompok P menggunakan 0,6 L sirup dalam 2,4 L campuran, sedangkan Kelompok Q menggunakan 3/4 L sirup dalam 3 L campuran. Fokus analisis kelompok adalah menentukan penilaian konsentrasi yang benar.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Campuran P lebih pekat karena 0,6 lebih kecil daripada 3/4.</w:t>
      </w:r>
    </w:p>
    <w:p>
      <w:pPr>
        <w:spacing w:after="20"/>
        <w:ind w:left="142"/>
      </w:pPr>
      <w:r>
        <w:rPr>
          <w:sz w:val="16"/>
        </w:rPr>
        <w:t>B. Campuran Q lebih pekat karena 3 L lebih besar daripada 2,4 L.</w:t>
      </w:r>
    </w:p>
    <w:p>
      <w:pPr>
        <w:spacing w:after="20"/>
        <w:ind w:left="142"/>
      </w:pPr>
      <w:r>
        <w:rPr>
          <w:sz w:val="16"/>
        </w:rPr>
        <w:t>C. Keduanya sama pekat karena 0,6/2,4 = 0,75/3 = 0,25.</w:t>
      </w:r>
    </w:p>
    <w:p>
      <w:pPr>
        <w:spacing w:after="20"/>
        <w:ind w:left="142"/>
      </w:pPr>
      <w:r>
        <w:rPr>
          <w:sz w:val="16"/>
        </w:rPr>
        <w:t>D. Tidak dapat dibandingkan karena bentuk bilangannya berbeda.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Pengukuran Papan" title="Visual soal 7: Pengukuran Pap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Papan sepanjang 5,8 m dipotong 1,75 m dan 2 1/4 m. Sisa papan harus sedikitnya 1,7 m untuk sebuah rak. Fokus analisis kelompok adalah menentukan keputusan yang benar.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Syarat terpenuhi karena sisa 1,8 m, lebih panjang 0,1 m dari kebutuhan.</w:t>
      </w:r>
    </w:p>
    <w:p>
      <w:pPr>
        <w:spacing w:after="20"/>
        <w:ind w:left="142"/>
      </w:pPr>
      <w:r>
        <w:rPr>
          <w:sz w:val="16"/>
        </w:rPr>
        <w:t>B. Syarat tidak terpenuhi karena sisa 1,55 m.</w:t>
      </w:r>
    </w:p>
    <w:p>
      <w:pPr>
        <w:spacing w:after="20"/>
        <w:ind w:left="142"/>
      </w:pPr>
      <w:r>
        <w:rPr>
          <w:sz w:val="16"/>
        </w:rPr>
        <w:t>C. Syarat terpenuhi karena sisa 2,05 m.</w:t>
      </w:r>
    </w:p>
    <w:p>
      <w:pPr>
        <w:spacing w:after="20"/>
        <w:ind w:left="142"/>
      </w:pPr>
      <w:r>
        <w:rPr>
          <w:sz w:val="16"/>
        </w:rPr>
        <w:t>D. Syarat tidak dapat dinilai karena pecahan campuran tidak dapat dibandingkan dengan desimal.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Rencana Anggaran" title="Visual soal 8: Rencana Angga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Panitia memiliki anggaran Rp900.000. Sebanyak 2/5 digunakan untuk konsumsi, 30% untuk perlengkapan, dan sisanya untuk transportasi. Hitung dana transportasi dan jelaskan apakah cukup jika kebutuhan transportasi Rp260.000.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Dapur Produksi" title="Visual soal 9: Dapur Produk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Sebuah resep memerlukan 2 1/2 cangkir tepung untuk 8 porsi. Persediaan 6 cangkir. Tentukan porsi maksimum yang dapat dibuat dengan komposisi sama dan sisa tepungnya.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Penggunaan Air Bertahap" title="Visual soal 10: Penggunaan Air Bertah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Tangki awal berisi 18 liter. Pada pagi hari digunakan 1/3 bagian, siang hari digunakan 25% dari sisa pagi, lalu ditambahkan 4,5 liter. Tentukan isi akhir dan jelaskan mengapa 25% harus dihitung dari sisa, bukan dari isi awal.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25% dari Rp320.000 adalah Rp80.000; bandingkan harga akhir.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Membandingkan angka persen dan rupiah tanpa mengubah ke satuan yang sama.</w:t>
      </w:r>
    </w:p>
    <w:p>
      <w:pPr>
        <w:spacing w:after="40"/>
      </w:pPr>
      <w:r>
        <w:rPr>
          <w:b/>
        </w:rPr>
        <w:t xml:space="preserve">2. B - </w:t>
      </w:r>
      <w:r>
        <w:t>Gunakan nilai satuan atau faktor 10/4.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selisih porsi atau mengalikan dengan angka yang tidak relevan.</w:t>
      </w:r>
    </w:p>
    <w:p>
      <w:pPr>
        <w:spacing w:after="40"/>
      </w:pPr>
      <w:r>
        <w:rPr>
          <w:b/>
        </w:rPr>
        <w:t xml:space="preserve">3. B - </w:t>
      </w:r>
      <w:r>
        <w:t>2/5 dari 12,5 L = 5 L.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menafsirkan pecahan sebagai nilai tetap atau salah arah operasi.</w:t>
      </w:r>
    </w:p>
    <w:p>
      <w:pPr>
        <w:spacing w:after="40"/>
      </w:pPr>
      <w:r>
        <w:rPr>
          <w:b/>
        </w:rPr>
        <w:t xml:space="preserve">4. A - </w:t>
      </w:r>
      <w:r>
        <w:t>Total 2,4 + 1,6 = 4 km; sisa 25% = 1 km.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persentase yang salah atau hanya sebagian jalur.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Semua perubahan dinyatakan terhadap kapasitas penuh.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Mengubah dasar persen atau mengabaikan tahap.</w:t>
      </w:r>
    </w:p>
    <w:p>
      <w:pPr>
        <w:spacing w:after="40"/>
      </w:pPr>
      <w:r>
        <w:rPr>
          <w:b/>
        </w:rPr>
        <w:t xml:space="preserve">6. C - </w:t>
      </w:r>
      <w:r>
        <w:t>Bandingkan proporsi sirup terhadap total campuran.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Membandingkan jumlah sirup atau volume total secara terpisah.</w:t>
      </w:r>
    </w:p>
    <w:p>
      <w:pPr>
        <w:spacing w:after="40"/>
      </w:pPr>
      <w:r>
        <w:rPr>
          <w:b/>
        </w:rPr>
        <w:t xml:space="preserve">7. A - </w:t>
      </w:r>
      <w:r>
        <w:t>2 1/4 = 2,25; sisa 5,8 - 1,75 - 2,25 = 1,8 m.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Kesalahan konversi pecahan campuran atau pengurangan desimal.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Konsumsi Rp360.000; perlengkapan Rp270.000; sisa Rp270.000. Cukup, dengan sisa Rp10.000.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Hitung 2/5 dari anggaran.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Hitung 30% dari anggaran awal dan jumlahkan pengeluaran.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Kurangi dari anggaran lalu bandingkan dengan kebutuhan.</w:t>
      </w:r>
    </w:p>
    <w:p>
      <w:r>
        <w:rPr>
          <w:b/>
        </w:rPr>
        <w:t xml:space="preserve">Soal 9 - Kunci ringkas: </w:t>
      </w:r>
      <w:r>
        <w:t>Tepung per porsi = 2,5/8 = 0,3125 cangkir. Untuk kelipatan resep: dua resep menghasilkan 16 porsi dan memakai 5 cangkir; tiga resep butuh 7,5 cangkir. Jadi maksimum 16 porsi, sisa 1 cangkir.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apakah produksi harus dalam satu resep utuh.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Bandingkan kebutuhan dua dan tiga kali resep dengan persediaan.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Tentukan porsi dari jumlah resep yang mungkin dan sisa bahan.</w:t>
      </w:r>
    </w:p>
    <w:p>
      <w:r>
        <w:rPr>
          <w:b/>
        </w:rPr>
        <w:t xml:space="preserve">Soal 10 - Kunci ringkas: </w:t>
      </w:r>
      <w:r>
        <w:t>Pagi digunakan 6 L, sisa 12 L. Siang digunakan 25% x 12 = 3 L, sisa 9 L. Ditambah 4,5 L menjadi 13,5 L.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Hitung pemakaian pagi dan sisanya.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Gunakan sisa pagi sebagai dasar 25%.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Kurangi pemakaian siang lalu tambahkan 4,5 L.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