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b/>
          <w:color w:val="2D6A8A"/>
          <w:sz w:val="34"/>
        </w:rPr>
        <w:t>PAKET SOAL VISUAL-KONTEKSTUAL</w:t>
      </w:r>
    </w:p>
    <w:p>
      <w:pPr>
        <w:jc w:val="center"/>
      </w:pPr>
      <w:r>
        <w:rPr>
          <w:b/>
          <w:color w:val="173B57"/>
          <w:sz w:val="44"/>
        </w:rPr>
        <w:t>PENERAPAN BILANGAN BULAT DALAM KEHIDUPAN SEHARI-HARI</w:t>
      </w:r>
    </w:p>
    <w:p>
      <w:pPr>
        <w:jc w:val="center"/>
      </w:pPr>
      <w:r>
        <w:rPr>
          <w:color w:val="E8A73E"/>
          <w:sz w:val="22"/>
        </w:rPr>
        <w:t>Matematika - Fase D / Kelas VII - Materi 06 (1.6)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Mata Pelajaran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Matematika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Materi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06 - 1.6 Penerapan Bilangan Bulat dalam Kehidupan Sehari-hari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Komposisi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 pilihan ganda + 3 esai scaffolding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Alokasi Waktu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75 menit</w:t>
            </w:r>
          </w:p>
        </w:tc>
      </w:tr>
    </w:tbl>
    <w:p>
      <w:r>
        <w:rPr>
          <w:b/>
        </w:rPr>
        <w:t>Tujuan Pembelajaran</w:t>
        <w:br/>
      </w:r>
      <w:r>
        <w:t>Peserta didik dapat memodelkan dan menyelesaikan masalah kontekstual yang melibatkan suhu, ketinggian, kedalaman, perpindahan, serta untung-rugi menggunakan bilangan bulat dengan benar.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4F7"/>
          </w:tcPr>
          <w:p>
            <w:r>
              <w:t>Nama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Kelas/Absen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Tanggal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Nilai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</w:tbl>
    <w:p>
      <w:r>
        <w:rPr>
          <w:b/>
        </w:rPr>
        <w:t xml:space="preserve">Petunjuk: </w:t>
      </w:r>
      <w:r>
        <w:t>Baca stimulus dan visual dengan teliti. Pilih jawaban beserta alasan yang paling tepat. Untuk esai, kerjakan mandiri terlebih dahulu; bantuan diberikan bertahap setelah jawaban diperiksa.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1 - KISI-KISI DAN PETA KOMPETENSI</w:t>
            </w:r>
          </w:p>
        </w:tc>
      </w:tr>
    </w:tbl>
    <w:p>
      <w:pPr>
        <w:spacing w:after="0"/>
      </w:pPr>
    </w:p>
    <w:p>
      <w:r>
        <w:rPr>
          <w:b/>
        </w:rPr>
        <w:t xml:space="preserve">Fokus kompetensi: </w:t>
      </w:r>
      <w:r>
        <w:t>Peserta didik dapat memodelkan dan menyelesaikan masalah kontekstual yang melibatkan suhu, ketinggian, kedalaman, perpindahan, serta untung-rugi menggunakan bilangan bulat dengan benar.</w:t>
      </w:r>
    </w:p>
    <w:p>
      <w:r>
        <w:rPr>
          <w:b/>
        </w:rPr>
        <w:t xml:space="preserve">Keterkaitan disiplin ilmu: </w:t>
      </w:r>
      <w:r>
        <w:t>Geografi, IPA, ekonomi, dan navigasi.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Indikator yang Diukur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Konteks Visual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Laporan manakah yang benar dan dapat dipertanggungjawabkan?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Catatan Suhu Gudang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Posisi akhir dan alasannya yang tepat adalah ....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Lintasan Penyelam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Model dan posisi akhir manakah yang sesuai?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Panel Perjalanan Lift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Pernyataan saldo empat hari yang benar adalah ....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Buku Kas Koperasi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Kesimpulan manakah yang tepat?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Profil Jalur Pendakian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6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Skor Rina dan model perhitungannya yang benar adalah ....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Rekap Permainan Edukatif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7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Evaluasi yang paling tepat terhadap strategi siswa adalah ....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Analisis Saldo Siswa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8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 xml:space="preserve">Suhu sebuah kota pada pukul 05.00 adalah -6°C. Sampai siang suhu naik 11°C, malam turun 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Pemantauan Suhu Harian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Sebuah ekspedisi dimulai pada 450 m di atas permukaan laut. Tim turun 620 m ke lembah, n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Lintasan Ekspedisi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Usaha kelas mencatat modal Rp500.000. Hari pertama laba Rp125.000, hari kedua rugi Rp210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Evaluasi Usaha Kelas</w:t>
            </w:r>
          </w:p>
        </w:tc>
      </w:tr>
    </w:tbl>
    <w:p>
      <w:r>
        <w:rPr>
          <w:b/>
        </w:rPr>
        <w:t xml:space="preserve">Standar kualitas: </w:t>
      </w:r>
      <w:r>
        <w:t>setiap visual menyediakan data penting; opsi memuat hasil dan alasan; pengecoh merepresentasikan miskonsepsi; esai menilai pemodelan, proses, verifikasi, dan kesimpulan.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1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1" name="Picture 1" descr="Visual soal 1: Catatan Suhu Gudang" title="Visual soal 1: Catatan Suhu Guda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1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Petugas gudang mencatat suhu awal ruang beku -4°C. Saat pemeriksaan, pintu terbuka sehingga suhu naik 7°C, lalu mesin pendingin menurunkannya 5°C. Laporan akhir harus menunjukkan operasi dan makna tanda secara konsisten.</w:t>
      </w:r>
    </w:p>
    <w:p>
      <w:r>
        <w:rPr>
          <w:b/>
          <w:sz w:val="18"/>
        </w:rPr>
        <w:t>Laporan manakah yang benar dan dapat dipertanggungjawabkan?</w:t>
      </w:r>
    </w:p>
    <w:p>
      <w:pPr>
        <w:spacing w:after="20"/>
        <w:ind w:left="142"/>
      </w:pPr>
      <w:r>
        <w:rPr>
          <w:sz w:val="16"/>
        </w:rPr>
        <w:t>A. Suhu akhir -2°C karena -4 + 7 - 5 = -2; ruang tetap di bawah titik beku.</w:t>
      </w:r>
    </w:p>
    <w:p>
      <w:pPr>
        <w:spacing w:after="20"/>
        <w:ind w:left="142"/>
      </w:pPr>
      <w:r>
        <w:rPr>
          <w:sz w:val="16"/>
        </w:rPr>
        <w:t>B. Suhu akhir 8°C karena semua perubahan dijumlahkan sebagai bilangan positif.</w:t>
      </w:r>
    </w:p>
    <w:p>
      <w:pPr>
        <w:spacing w:after="20"/>
        <w:ind w:left="142"/>
      </w:pPr>
      <w:r>
        <w:rPr>
          <w:sz w:val="16"/>
        </w:rPr>
        <w:t>C. Suhu akhir -16°C karena kenaikan 7°C dianggap sebagai penurunan.</w:t>
      </w:r>
    </w:p>
    <w:p>
      <w:pPr>
        <w:spacing w:after="20"/>
        <w:ind w:left="142"/>
      </w:pPr>
      <w:r>
        <w:rPr>
          <w:sz w:val="16"/>
        </w:rPr>
        <w:t>D. Suhu akhir 2°C karena tanda negatif pada hasil diabaikan.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2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2" name="Picture 2" descr="Visual soal 2: Lintasan Penyelam" title="Visual soal 2: Lintasan Penyelam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2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Seorang penyelam berada 18 meter di bawah permukaan laut. Ia naik 7 meter untuk memeriksa terumbu, kemudian turun lagi 4 meter. Permukaan laut dinyatakan sebagai 0 dan kedalaman sebagai bilangan negatif.</w:t>
      </w:r>
    </w:p>
    <w:p>
      <w:r>
        <w:rPr>
          <w:b/>
          <w:sz w:val="18"/>
        </w:rPr>
        <w:t>Posisi akhir dan alasannya yang tepat adalah ....</w:t>
      </w:r>
    </w:p>
    <w:p>
      <w:pPr>
        <w:spacing w:after="20"/>
        <w:ind w:left="142"/>
      </w:pPr>
      <w:r>
        <w:rPr>
          <w:sz w:val="16"/>
        </w:rPr>
        <w:t>A. -15 m karena -18 + 7 - 4 = -15.</w:t>
      </w:r>
    </w:p>
    <w:p>
      <w:pPr>
        <w:spacing w:after="20"/>
        <w:ind w:left="142"/>
      </w:pPr>
      <w:r>
        <w:rPr>
          <w:sz w:val="16"/>
        </w:rPr>
        <w:t>B. -29 m karena naik dan turun sama-sama dianggap menambah kedalaman.</w:t>
      </w:r>
    </w:p>
    <w:p>
      <w:pPr>
        <w:spacing w:after="20"/>
        <w:ind w:left="142"/>
      </w:pPr>
      <w:r>
        <w:rPr>
          <w:sz w:val="16"/>
        </w:rPr>
        <w:t>C. -7 m karena hanya perubahan pertama yang digunakan.</w:t>
      </w:r>
    </w:p>
    <w:p>
      <w:pPr>
        <w:spacing w:after="20"/>
        <w:ind w:left="142"/>
      </w:pPr>
      <w:r>
        <w:rPr>
          <w:sz w:val="16"/>
        </w:rPr>
        <w:t>D. 15 m karena kedalaman dinyatakan positif.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3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3" name="Picture 3" descr="Visual soal 3: Panel Perjalanan Lift" title="Visual soal 3: Panel Perjalanan Lif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3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Lift gedung berada di lantai 3. Lift turun 6 lantai untuk menuju area parkir, kemudian naik 2 lantai menuju ruang arsip. Lantai dasar dinyatakan 0 dan lantai bawah tanah bernilai negatif.</w:t>
      </w:r>
    </w:p>
    <w:p>
      <w:r>
        <w:rPr>
          <w:b/>
          <w:sz w:val="18"/>
        </w:rPr>
        <w:t>Model dan posisi akhir manakah yang sesuai?</w:t>
      </w:r>
    </w:p>
    <w:p>
      <w:pPr>
        <w:spacing w:after="20"/>
        <w:ind w:left="142"/>
      </w:pPr>
      <w:r>
        <w:rPr>
          <w:sz w:val="16"/>
        </w:rPr>
        <w:t>A. 3 - 6 + 2 = -1, sehingga lift berhenti satu lantai di bawah lantai dasar.</w:t>
      </w:r>
    </w:p>
    <w:p>
      <w:pPr>
        <w:spacing w:after="20"/>
        <w:ind w:left="142"/>
      </w:pPr>
      <w:r>
        <w:rPr>
          <w:sz w:val="16"/>
        </w:rPr>
        <w:t>B. 3 + 6 + 2 = 11, karena semua perpindahan dijumlahkan.</w:t>
      </w:r>
    </w:p>
    <w:p>
      <w:pPr>
        <w:spacing w:after="20"/>
        <w:ind w:left="142"/>
      </w:pPr>
      <w:r>
        <w:rPr>
          <w:sz w:val="16"/>
        </w:rPr>
        <w:t>C. 3 - 6 - 2 = -5, karena gerak naik dianggap negatif.</w:t>
      </w:r>
    </w:p>
    <w:p>
      <w:pPr>
        <w:spacing w:after="20"/>
        <w:ind w:left="142"/>
      </w:pPr>
      <w:r>
        <w:rPr>
          <w:sz w:val="16"/>
        </w:rPr>
        <w:t>D. 6 - 3 + 2 = 5, karena posisi awal dan perpindahan ditukar.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4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4" name="Picture 4" descr="Visual soal 4: Buku Kas Koperasi" title="Visual soal 4: Buku Kas Kopera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4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Koperasi mencatat laba Rp120.000 pada Senin, rugi Rp85.000 pada Selasa, laba Rp40.000 pada Rabu, dan rugi Rp30.000 pada Kamis. Laba dinyatakan positif dan rugi negatif.</w:t>
      </w:r>
    </w:p>
    <w:p>
      <w:r>
        <w:rPr>
          <w:b/>
          <w:sz w:val="18"/>
        </w:rPr>
        <w:t>Pernyataan saldo empat hari yang benar adalah ....</w:t>
      </w:r>
    </w:p>
    <w:p>
      <w:pPr>
        <w:spacing w:after="20"/>
        <w:ind w:left="142"/>
      </w:pPr>
      <w:r>
        <w:rPr>
          <w:sz w:val="16"/>
        </w:rPr>
        <w:t>A. Laba bersih Rp45.000 karena 120.000 - 85.000 + 40.000 - 30.000 = 45.000.</w:t>
      </w:r>
    </w:p>
    <w:p>
      <w:pPr>
        <w:spacing w:after="20"/>
        <w:ind w:left="142"/>
      </w:pPr>
      <w:r>
        <w:rPr>
          <w:sz w:val="16"/>
        </w:rPr>
        <w:t>B. Rugi bersih Rp45.000 karena semua nilai dianggap pengeluaran.</w:t>
      </w:r>
    </w:p>
    <w:p>
      <w:pPr>
        <w:spacing w:after="20"/>
        <w:ind w:left="142"/>
      </w:pPr>
      <w:r>
        <w:rPr>
          <w:sz w:val="16"/>
        </w:rPr>
        <w:t>C. Laba bersih Rp275.000 karena nilai mutlak seluruh catatan dijumlahkan.</w:t>
      </w:r>
    </w:p>
    <w:p>
      <w:pPr>
        <w:spacing w:after="20"/>
        <w:ind w:left="142"/>
      </w:pPr>
      <w:r>
        <w:rPr>
          <w:sz w:val="16"/>
        </w:rPr>
        <w:t>D. Laba bersih Rp75.000 karena rugi Kamis tidak diperhitungkan.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5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5" name="Picture 5" descr="Visual soal 5: Profil Jalur Pendakian" title="Visual soal 5: Profil Jalur Pendaki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5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Rute pendakian dimulai pada ketinggian 1.250 m. Pendaki naik 380 m, turun 210 m, lalu naik lagi 160 m. Tim harus menentukan ketinggian akhir dan perubahan bersih terhadap titik awal.</w:t>
      </w:r>
    </w:p>
    <w:p>
      <w:r>
        <w:rPr>
          <w:b/>
          <w:sz w:val="18"/>
        </w:rPr>
        <w:t>Kesimpulan manakah yang tepat?</w:t>
      </w:r>
    </w:p>
    <w:p>
      <w:pPr>
        <w:spacing w:after="20"/>
        <w:ind w:left="142"/>
      </w:pPr>
      <w:r>
        <w:rPr>
          <w:sz w:val="16"/>
        </w:rPr>
        <w:t>A. Ketinggian akhir 1.580 m dan perubahan bersih +330 m.</w:t>
      </w:r>
    </w:p>
    <w:p>
      <w:pPr>
        <w:spacing w:after="20"/>
        <w:ind w:left="142"/>
      </w:pPr>
      <w:r>
        <w:rPr>
          <w:sz w:val="16"/>
        </w:rPr>
        <w:t>B. Ketinggian akhir 1.000 m karena semua perubahan dikurangkan.</w:t>
      </w:r>
    </w:p>
    <w:p>
      <w:pPr>
        <w:spacing w:after="20"/>
        <w:ind w:left="142"/>
      </w:pPr>
      <w:r>
        <w:rPr>
          <w:sz w:val="16"/>
        </w:rPr>
        <w:t>C. Ketinggian akhir 2.000 m karena semua jarak dianggap kenaikan.</w:t>
      </w:r>
    </w:p>
    <w:p>
      <w:pPr>
        <w:spacing w:after="20"/>
        <w:ind w:left="142"/>
      </w:pPr>
      <w:r>
        <w:rPr>
          <w:sz w:val="16"/>
        </w:rPr>
        <w:t>D. Perubahan bersih -330 m meskipun posisi akhir lebih tinggi.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6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6" name="Picture 6" descr="Visual soal 6: Rekap Permainan Edukatif" title="Visual soal 6: Rekap Permainan Eduka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6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permainan edukatif, jawaban benar bernilai +4, jawaban salah -2, dan tidak menjawab 0. Rina menjawab 8 soal benar, 3 salah, dan 1 tidak dijawab.</w:t>
      </w:r>
    </w:p>
    <w:p>
      <w:r>
        <w:rPr>
          <w:b/>
          <w:sz w:val="18"/>
        </w:rPr>
        <w:t>Skor Rina dan model perhitungannya yang benar adalah ....</w:t>
      </w:r>
    </w:p>
    <w:p>
      <w:pPr>
        <w:spacing w:after="20"/>
        <w:ind w:left="142"/>
      </w:pPr>
      <w:r>
        <w:rPr>
          <w:sz w:val="16"/>
        </w:rPr>
        <w:t>A. 26 karena 8 x 4 + 3 x (-2) + 1 x 0 = 26.</w:t>
      </w:r>
    </w:p>
    <w:p>
      <w:pPr>
        <w:spacing w:after="20"/>
        <w:ind w:left="142"/>
      </w:pPr>
      <w:r>
        <w:rPr>
          <w:sz w:val="16"/>
        </w:rPr>
        <w:t>B. 38 karena hukuman salah ditambahkan sebagai +2.</w:t>
      </w:r>
    </w:p>
    <w:p>
      <w:pPr>
        <w:spacing w:after="20"/>
        <w:ind w:left="142"/>
      </w:pPr>
      <w:r>
        <w:rPr>
          <w:sz w:val="16"/>
        </w:rPr>
        <w:t>C. 20 karena skor benar dan salah langsung dikurangkan tanpa memperhatikan frekuensi.</w:t>
      </w:r>
    </w:p>
    <w:p>
      <w:pPr>
        <w:spacing w:after="20"/>
        <w:ind w:left="142"/>
      </w:pPr>
      <w:r>
        <w:rPr>
          <w:sz w:val="16"/>
        </w:rPr>
        <w:t>D. 32 karena jawaban salah dan kosong diabaikan.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7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7" name="Picture 7" descr="Visual soal 7: Analisis Saldo Siswa" title="Visual soal 7: Analisis Saldo Sisw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7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Seorang siswa menghitung perubahan saldo: saldo awal Rp50.000, membeli alat tulis Rp75.000, lalu menerima uang Rp40.000. Ia menulis 50.000 + 75.000 + 40.000 = 165.000.</w:t>
      </w:r>
    </w:p>
    <w:p>
      <w:r>
        <w:rPr>
          <w:b/>
          <w:sz w:val="18"/>
        </w:rPr>
        <w:t>Evaluasi yang paling tepat terhadap strategi siswa adalah ....</w:t>
      </w:r>
    </w:p>
    <w:p>
      <w:pPr>
        <w:spacing w:after="20"/>
        <w:ind w:left="142"/>
      </w:pPr>
      <w:r>
        <w:rPr>
          <w:sz w:val="16"/>
        </w:rPr>
        <w:t>A. Strategi salah; pembelian harus dimodelkan -75.000 sehingga saldo akhir Rp15.000.</w:t>
      </w:r>
    </w:p>
    <w:p>
      <w:pPr>
        <w:spacing w:after="20"/>
        <w:ind w:left="142"/>
      </w:pPr>
      <w:r>
        <w:rPr>
          <w:sz w:val="16"/>
        </w:rPr>
        <w:t>B. Strategi benar karena semua angka pada cerita harus dijumlahkan.</w:t>
      </w:r>
    </w:p>
    <w:p>
      <w:pPr>
        <w:spacing w:after="20"/>
        <w:ind w:left="142"/>
      </w:pPr>
      <w:r>
        <w:rPr>
          <w:sz w:val="16"/>
        </w:rPr>
        <w:t>C. Strategi salah; semua transaksi harus dibuat negatif sehingga saldo -165.000.</w:t>
      </w:r>
    </w:p>
    <w:p>
      <w:pPr>
        <w:spacing w:after="20"/>
        <w:ind w:left="142"/>
      </w:pPr>
      <w:r>
        <w:rPr>
          <w:sz w:val="16"/>
        </w:rPr>
        <w:t>D. Strategi benar, tetapi hasil seharusnya Rp115.000 tanpa alasan tanda.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8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8" name="Picture 8" descr="Visual soal 8: Pemantauan Suhu Harian" title="Visual soal 8: Pemantauan Suhu Hari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8 - JAWABAN MANDIRI</w:t>
      </w:r>
    </w:p>
    <w:p>
      <w:pPr>
        <w:spacing w:after="60"/>
      </w:pPr>
      <w:r>
        <w:t>Suhu sebuah kota pada pukul 05.00 adalah -6°C. Sampai siang suhu naik 11°C, malam turun 8°C, lalu menjelang dini hari turun lagi 3°C. Tentukan suhu akhir, perubahan bersih dari suhu awal, dan jelaskan makna hasilnya.</w:t>
      </w:r>
    </w:p>
    <w:p>
      <w:r>
        <w:rPr>
          <w:b/>
        </w:rPr>
        <w:t xml:space="preserve">Model yang dapat digunakan: </w:t>
      </w:r>
      <w:r>
        <w:t>-6 + 11 - 8 - 3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9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9" name="Picture 9" descr="Visual soal 9: Lintasan Ekspedisi" title="Visual soal 9: Lintasan Ekspedi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9 - JAWABAN MANDIRI</w:t>
      </w:r>
    </w:p>
    <w:p>
      <w:pPr>
        <w:spacing w:after="60"/>
      </w:pPr>
      <w:r>
        <w:t>Sebuah ekspedisi dimulai pada 450 m di atas permukaan laut. Tim turun 620 m ke lembah, naik 280 m, lalu turun 190 m. Tentukan posisi akhir terhadap permukaan laut, jarak vertikal total yang ditempuh, dan jelaskan perbedaan kedua hasil tersebut.</w:t>
      </w:r>
    </w:p>
    <w:p>
      <w:r>
        <w:rPr>
          <w:b/>
        </w:rPr>
        <w:t xml:space="preserve">Model yang dapat digunakan: </w:t>
      </w:r>
      <w:r>
        <w:t>Posisi: 450 - 620 + 280 - 190; jarak: 620 + 280 + 190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10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10" name="Picture 10" descr="Visual soal 10: Evaluasi Usaha Kelas" title="Visual soal 10: Evaluasi Usaha Kela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10 - JAWABAN MANDIRI</w:t>
      </w:r>
    </w:p>
    <w:p>
      <w:pPr>
        <w:spacing w:after="60"/>
      </w:pPr>
      <w:r>
        <w:t>Usaha kelas mencatat modal Rp500.000. Hari pertama laba Rp125.000, hari kedua rugi Rp210.000, hari ketiga laba Rp95.000, dan membayar biaya tetap Rp60.000. Hitung saldo akhir, tentukan laba/rugi bersih terhadap modal, lalu berikan rekomendasi singkat berdasarkan hasil.</w:t>
      </w:r>
    </w:p>
    <w:p>
      <w:r>
        <w:rPr>
          <w:b/>
        </w:rPr>
        <w:t xml:space="preserve">Model yang dapat digunakan: </w:t>
      </w:r>
      <w:r>
        <w:t>500.000 + 125.000 - 210.000 + 95.000 - 60.000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KUNCI, PEMBAHASAN, DAN MISKONSEPSI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1. A - </w:t>
      </w:r>
      <w:r>
        <w:t>Kenaikan bernilai positif dan penurunan bernilai negatif: -4 + 7 - 5 = -2.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Mengabaikan arah perubahan atau menghilangkan tanda negatif.</w:t>
      </w:r>
    </w:p>
    <w:p>
      <w:pPr>
        <w:spacing w:after="40"/>
      </w:pPr>
      <w:r>
        <w:rPr>
          <w:b/>
        </w:rPr>
        <w:t xml:space="preserve">2. A - </w:t>
      </w:r>
      <w:r>
        <w:t>Naik 7 meter menambah nilai posisi, turun 4 meter menguranginya.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Salah memaknai arah naik/turun pada posisi negatif.</w:t>
      </w:r>
    </w:p>
    <w:p>
      <w:pPr>
        <w:spacing w:after="40"/>
      </w:pPr>
      <w:r>
        <w:rPr>
          <w:b/>
        </w:rPr>
        <w:t xml:space="preserve">3. A - </w:t>
      </w:r>
      <w:r>
        <w:t>Turun 6 berarti -6 dan naik 2 berarti +2.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Tidak membedakan posisi awal dan perubahan arah.</w:t>
      </w:r>
    </w:p>
    <w:p>
      <w:pPr>
        <w:spacing w:after="40"/>
      </w:pPr>
      <w:r>
        <w:rPr>
          <w:b/>
        </w:rPr>
        <w:t xml:space="preserve">4. A - </w:t>
      </w:r>
      <w:r>
        <w:t>Jumlahkan catatan bertanda sesuai laba dan rugi.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Menjumlahkan nilai mutlak atau mengabaikan salah satu transaksi.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 DAN BANTUAN ESAI (LANJUTAN)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5. A - </w:t>
      </w:r>
      <w:r>
        <w:t>1.250 + 380 - 210 + 160 = 1.580; perubahan bersih 330.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Tidak membedakan ketinggian akhir dan perubahan bersih.</w:t>
      </w:r>
    </w:p>
    <w:p>
      <w:pPr>
        <w:spacing w:after="40"/>
      </w:pPr>
      <w:r>
        <w:rPr>
          <w:b/>
        </w:rPr>
        <w:t xml:space="preserve">6. A - </w:t>
      </w:r>
      <w:r>
        <w:t>Setiap kategori dikalikan frekuensinya lalu dijumlahkan.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Mengabaikan tanda negatif atau frekuensi kejadian.</w:t>
      </w:r>
    </w:p>
    <w:p>
      <w:pPr>
        <w:spacing w:after="40"/>
      </w:pPr>
      <w:r>
        <w:rPr>
          <w:b/>
        </w:rPr>
        <w:t xml:space="preserve">7. A - </w:t>
      </w:r>
      <w:r>
        <w:t>Pengeluaran mengurangi saldo, penerimaan menambah saldo: 50.000 - 75.000 + 40.000 = 15.000.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Menganggap semua angka dalam cerita selalu dijumlahkan positif.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5 - SCAFFOLDING ESAI DAN RUBRIK</w:t>
            </w:r>
          </w:p>
        </w:tc>
      </w:tr>
    </w:tbl>
    <w:p>
      <w:pPr>
        <w:spacing w:after="0"/>
      </w:pPr>
    </w:p>
    <w:p>
      <w:r>
        <w:rPr>
          <w:b/>
        </w:rPr>
        <w:t xml:space="preserve">Soal 8 - Kunci ringkas: </w:t>
      </w:r>
      <w:r>
        <w:t>-6 + 11 - 8 - 3 = -6°C. Suhu akhir sama dengan suhu awal sehingga perubahan bersih 0°C.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Tuliskan suhu awal sebagai -6 dan terjemahkan setiap perubahan dengan tanda.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Hitung perubahan secara berurutan.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Bandingkan suhu akhir dengan suhu awal untuk perubahan bersih.</w:t>
      </w:r>
    </w:p>
    <w:p>
      <w:r>
        <w:rPr>
          <w:b/>
        </w:rPr>
        <w:t xml:space="preserve">Soal 9 - Kunci ringkas: </w:t>
      </w:r>
      <w:r>
        <w:t>Posisi akhir 450 - 620 + 280 - 190 = -80 m. Jarak vertikal total 620 + 280 + 190 = 1.090 m. Posisi memakai arah/tanda, jarak memakai nilai mutlak.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Gunakan tanda untuk menentukan posisi akhir.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Untuk jarak total, jumlahkan besar setiap perpindahan tanpa tanda.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Jelaskan mengapa posisi akhir dan jarak total tidak sama.</w:t>
      </w:r>
    </w:p>
    <w:p>
      <w:r>
        <w:rPr>
          <w:b/>
        </w:rPr>
        <w:t xml:space="preserve">Soal 10 - Kunci ringkas: </w:t>
      </w:r>
      <w:r>
        <w:t>Perubahan bersih 125.000 - 210.000 + 95.000 - 60.000 = -50.000. Saldo akhir Rp450.000; rugi bersih Rp50.000. Rekomendasi: evaluasi pengeluaran/penyebab rugi hari kedua dan biaya tetap.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Pisahkan modal awal dari perubahan laba dan rugi.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Jumlahkan semua perubahan bertanda untuk memperoleh perubahan bersih.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Tambahkan perubahan bersih ke modal dan tafsirkan hasilnya.</w:t>
      </w:r>
    </w:p>
    <w:p>
      <w:r>
        <w:rPr>
          <w:b/>
        </w:rPr>
        <w:t xml:space="preserve">Rubrik setiap esai (maksimum 6): </w:t>
      </w:r>
      <w:r>
        <w:t>memahami informasi 1; membangun model/strategi 1; proses hitung/logika 2; hasil tepat 1; kesimpulan dan verifikasi 1.</w:t>
      </w:r>
    </w:p>
    <w:p>
      <w:r>
        <w:rPr>
          <w:b/>
        </w:rPr>
        <w:t xml:space="preserve">Skor keseluruhan: </w:t>
      </w:r>
      <w:r>
        <w:t>PG 7 poin + Esai 18 poin = 25 poin. Nilai = skor perolehan / 25 x 100.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6 - AUDIT MUTU PAKET</w:t>
            </w:r>
          </w:p>
        </w:tc>
      </w:tr>
    </w:tbl>
    <w:p>
      <w:pPr>
        <w:spacing w:after="0"/>
      </w:pPr>
    </w:p>
    <w:p>
      <w:r>
        <w:t>✓ Tujuan pembelajaran, stimulus, visual, dan indikator selaras.</w:t>
      </w:r>
    </w:p>
    <w:p>
      <w:r>
        <w:t>✓ Tujuh pilihan ganda menuntut interpretasi atau penerapan, bukan sekadar menyalin angka.</w:t>
      </w:r>
    </w:p>
    <w:p>
      <w:r>
        <w:t>✓ Pilihan jawaban memuat hasil sekaligus alasan; pengecoh berbasis miskonsepsi.</w:t>
      </w:r>
    </w:p>
    <w:p>
      <w:r>
        <w:t>✓ Tiga esai menyediakan bantuan progresif dan rubrik analitik.</w:t>
      </w:r>
    </w:p>
    <w:p>
      <w:r>
        <w:t>✓ Visual tidak memuat penanda jawaban benar dan dilengkapi teks alternatif.</w:t>
      </w:r>
    </w:p>
    <w:p>
      <w:r>
        <w:t>✓ Satuan, simbol, operasi, kunci, dan pembahasan telah diperiksa konsistensinya.</w:t>
      </w:r>
    </w:p>
    <w:p>
      <w:r>
        <w:t>✓ Dokumen siap digunakan untuk asesmen formatif, latihan, atau pengayaan.</w:t>
      </w:r>
    </w:p>
    <w:p>
      <w:r>
        <w:rPr>
          <w:b/>
        </w:rPr>
        <w:t xml:space="preserve">Catatan penggunaan: </w:t>
      </w:r>
      <w:r>
        <w:t>Guru dapat menyesuaikan waktu, angka, dan konteks lokal tanpa mengubah kompetensi yang dinilai. Untuk menjaga validitas, visual dan batang soal harus tetap dipertahankan sebagai satu kesatuan.</w:t>
      </w:r>
    </w:p>
    <w:sectPr w:rsidR="00FC693F" w:rsidRPr="0006063C" w:rsidSect="00034616">
      <w:footerReference w:type="default" r:id="rId9"/>
      <w:pgSz w:w="11906" w:h="16838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973"/>
        <w:sz w:val="16"/>
      </w:rPr>
      <w:t xml:space="preserve">Paket Soal Profesional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