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4A7E"/>
          <w:sz w:val="48"/>
        </w:rPr>
        <w:t>PAKET SOAL VISUAL-KONTEKSTUAL</w:t>
      </w:r>
    </w:p>
    <w:p>
      <w:pPr>
        <w:jc w:val="center"/>
      </w:pPr>
      <w:r>
        <w:rPr>
          <w:b/>
          <w:color w:val="2368A2"/>
          <w:sz w:val="36"/>
        </w:rPr>
        <w:t>PENJUMLAHAN DAN PENGURANGAN BILANGAN BULAT</w:t>
      </w:r>
    </w:p>
    <w:p>
      <w:pPr>
        <w:jc w:val="center"/>
      </w:pPr>
      <w:r>
        <w:rPr>
          <w:rFonts w:ascii="Aptos" w:hAnsi="Aptos"/>
          <w:b/>
          <w:color w:val="CD7C1C"/>
          <w:sz w:val="20"/>
        </w:rPr>
        <w:t>Matematika • REVISI PROFESIONAL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300000" cy="35437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54375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Mata Pelajaran</w:t>
            </w:r>
          </w:p>
        </w:tc>
        <w:tc>
          <w:tcPr>
            <w:tcW w:type="dxa" w:w="5213"/>
            <w:shd w:fill="EAF3FA"/>
          </w:tcPr>
          <w:p>
            <w:r>
              <w:t>Matematika</w:t>
            </w:r>
          </w:p>
        </w:tc>
      </w:tr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Materi</w:t>
            </w:r>
          </w:p>
        </w:tc>
        <w:tc>
          <w:tcPr>
            <w:tcW w:type="dxa" w:w="5213"/>
            <w:shd w:fill="EAF3FA"/>
          </w:tcPr>
          <w:p>
            <w:r>
              <w:t>Penjumlahan dan Pengurangan Bilangan Bulat</w:t>
            </w:r>
          </w:p>
        </w:tc>
      </w:tr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Komposisi</w:t>
            </w:r>
          </w:p>
        </w:tc>
        <w:tc>
          <w:tcPr>
            <w:tcW w:type="dxa" w:w="5213"/>
            <w:shd w:fill="EAF3FA"/>
          </w:tcPr>
          <w:p>
            <w:r>
              <w:t>7 pilihan ganda + 3 esai scaffolding</w:t>
            </w:r>
          </w:p>
        </w:tc>
      </w:tr>
    </w:tbl>
    <w:p>
      <w:pPr>
        <w:jc w:val="center"/>
      </w:pPr>
      <w:r>
        <w:rPr>
          <w:sz w:val="20"/>
        </w:rPr>
        <w:t>Melalui pengamatan visual dan situasi kontekstual, peserta didik dapat memodelkan, menghitung, dan menjelaskan penjumlahan serta pengurangan bilangan bulat menggunakan garis bilangan dan makna perubahan dengan tepat.</w:t>
      </w:r>
    </w:p>
    <w:p>
      <w:r>
        <w:br w:type="page"/>
      </w:r>
    </w:p>
    <w:p>
      <w:pPr>
        <w:sectPr>
          <w:pgSz w:w="11906" w:h="16838"/>
          <w:pgMar w:top="850" w:right="907" w:bottom="850" w:left="90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1 — KISI-KISI SOAL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9"/>
        <w:gridCol w:w="1609"/>
        <w:gridCol w:w="1609"/>
        <w:gridCol w:w="1609"/>
        <w:gridCol w:w="1609"/>
        <w:gridCol w:w="1609"/>
        <w:gridCol w:w="1609"/>
        <w:gridCol w:w="1609"/>
        <w:gridCol w:w="1609"/>
      </w:tblGrid>
      <w:tr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Kode TP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Indikator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Materi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Konteks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Visual</w:t>
            </w:r>
          </w:p>
        </w:tc>
        <w:tc>
          <w:tcPr>
            <w:tcW w:type="dxa" w:w="1609"/>
            <w:shd w:fill="174A7E"/>
          </w:tcPr>
          <w:p>
            <w:r>
              <w:rPr>
                <w:b/>
                <w:color w:val="FFFFFF"/>
              </w:rPr>
              <w:t>Kunci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Menafsirkan kenaikan suhu sebagai penjumlahan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Stasiun cuaca sekolah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C2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stasiun cuaca sekolah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B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TP-3A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Menafsirkan gerak turun sebagai pengurangan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Lift perpustakaan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C2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lift perpustakaan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D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Menentukan hasil dua perpindahan berurutan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Permainan pion kelas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permainan pion kelas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A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Menghitung saldo setelah pemasukan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Buku kas koperasi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buku kas koperasi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Menghitung skor setelah penalti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Papan skor pertandingan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papan skor pertandingan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B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TP-3B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Menghitung suhu setelah penurunan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Ruang penyimpanan beku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C3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ruang penyimpanan beku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D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7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TP-3C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Memilih model matematika yang sesuai dengan dua gerakan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Robot pengantar buku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PG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robot pengantar buku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A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8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TP-3C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Menganalisis tiga tahap perubahan suhu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Perubahan suhu kebun sekolah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Esai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perubahan suhu kebun sekolah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−1 °C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9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TP-3C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Menganalisis perpindahan lift berurutan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Perjalanan lift perpustakaan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Esai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perjalanan lift perpustakaan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Lantai −1</w:t>
            </w:r>
          </w:p>
        </w:tc>
      </w:tr>
      <w:tr>
        <w:tc>
          <w:tcPr>
            <w:tcW w:type="dxa" w:w="1609"/>
          </w:tcPr>
          <w:p>
            <w:r>
              <w:rPr>
                <w:sz w:val="15"/>
              </w:rPr>
              <w:t>10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TP-3D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Memodelkan transaksi bertanda dan mengevaluasi saldo akhir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Penjumlahan dan pengurangan bilangan bulat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Rencana dana kegiatan OSIM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Esai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C4/C5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Visual realistis rencana dana kegiatan osim</w:t>
            </w:r>
          </w:p>
        </w:tc>
        <w:tc>
          <w:tcPr>
            <w:tcW w:type="dxa" w:w="1609"/>
          </w:tcPr>
          <w:p>
            <w:r>
              <w:rPr>
                <w:sz w:val="15"/>
              </w:rPr>
              <w:t>+4 ribu rupiah</w:t>
            </w:r>
          </w:p>
        </w:tc>
      </w:tr>
    </w:tbl>
    <w:p>
      <w:pPr>
        <w:sectPr>
          <w:pgSz w:w="16838" w:h="11906" w:orient="landscape"/>
          <w:pgMar w:top="680" w:right="680" w:bottom="680" w:left="680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2 — NASKAH SOAL SISWA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t>Nama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  <w:tr>
        <w:tc>
          <w:tcPr>
            <w:tcW w:type="dxa" w:w="5213"/>
          </w:tcPr>
          <w:p>
            <w:r>
              <w:t>Kelas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  <w:tr>
        <w:tc>
          <w:tcPr>
            <w:tcW w:type="dxa" w:w="5213"/>
          </w:tcPr>
          <w:p>
            <w:r>
              <w:t>Nomor Absen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  <w:tr>
        <w:tc>
          <w:tcPr>
            <w:tcW w:type="dxa" w:w="5213"/>
          </w:tcPr>
          <w:p>
            <w:r>
              <w:t>Tanggal</w:t>
            </w:r>
          </w:p>
        </w:tc>
        <w:tc>
          <w:tcPr>
            <w:tcW w:type="dxa" w:w="5213"/>
          </w:tcPr>
          <w:p>
            <w:r>
              <w:t>........................................................................</w:t>
            </w:r>
          </w:p>
        </w:tc>
      </w:tr>
    </w:tbl>
    <w:p>
      <w:r>
        <w:rPr>
          <w:b/>
        </w:rPr>
        <w:t xml:space="preserve">Waktu pengerjaan: </w:t>
      </w:r>
      <w:r>
        <w:t xml:space="preserve">75 menit   |   </w:t>
      </w:r>
      <w:r>
        <w:rPr>
          <w:b/>
        </w:rPr>
        <w:t xml:space="preserve">Jumlah soal: </w:t>
      </w:r>
      <w:r>
        <w:t xml:space="preserve">10 nomor   |   </w:t>
      </w:r>
      <w:r>
        <w:rPr>
          <w:b/>
        </w:rPr>
        <w:t xml:space="preserve">Komposisi: </w:t>
      </w:r>
      <w:r>
        <w:t>7 pilihan ganda dan 3 esai</w:t>
      </w:r>
    </w:p>
    <w:p>
      <w:pPr>
        <w:pStyle w:val="Heading2"/>
      </w:pPr>
      <w:r>
        <w:t>Petunjuk Pengerjaan</w:t>
      </w:r>
    </w:p>
    <w:p>
      <w:pPr>
        <w:pStyle w:val="ListNumber"/>
      </w:pPr>
      <w:r>
        <w:t>Amati visual dengan teliti karena data utama terdapat pada visual.</w:t>
      </w:r>
    </w:p>
    <w:p>
      <w:pPr>
        <w:pStyle w:val="ListNumber"/>
      </w:pPr>
      <w:r>
        <w:t>Untuk nomor 1–7, pilih satu jawaban yang paling tepat.</w:t>
      </w:r>
    </w:p>
    <w:p>
      <w:pPr>
        <w:pStyle w:val="ListNumber"/>
      </w:pPr>
      <w:r>
        <w:t>Untuk nomor 8–10, kerjakan terlebih dahulu secara mandiri dan tuliskan langkah penyelesaian.</w:t>
      </w:r>
    </w:p>
    <w:p>
      <w:pPr>
        <w:pStyle w:val="ListNumber"/>
      </w:pPr>
      <w:r>
        <w:t>Bantuan bertahap diberikan guru hanya setelah jawaban mandiri belum tepat.</w:t>
      </w:r>
    </w:p>
    <w:p>
      <w:pPr>
        <w:pStyle w:val="ListNumber"/>
      </w:pPr>
      <w:r>
        <w:t>Periksa kembali tanda operasi, arah perpindahan, dan hasil setiap tahap.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1  •  TP-3A  •  C2 - Pemahaman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1. Stasiun cuaca sekolah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Tim kelas memiliki skor awal +8. Setelah pelanggaran, panitia mengurangi skor sebanyak 13 poin dan meminta petugas menuliskan skor baru beserta maknanya.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Laporan manakah yang benar?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Skor akhir +21 karena penalti harus ditambahkan sebagai bilangan positif.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Skor akhir -5 karena +8-13=-5; tim berada 5 poin di bawah titik nol.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Skor akhir +5 karena hanya selisih 13 dan 8 yang digunakan tanpa tanda.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Skor akhir -21 karena kedua bilangan harus diberi tanda negatif.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2  •  TP-3A  •  C2 - Pemahaman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2. Lift perpustakaan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Stasiun cuaca mencatat suhu pagi -3 derajat Celsius. Menjelang siang suhu meningkat 7 derajat Celsius.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Pernyataan manakah yang memodelkan perubahan dan hasil secara tepat?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-3-7=-10 derajat Celsius karena kata meningkat tetap berarti pengurangan.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3+7=10 derajat Celsius karena tanda suhu awal boleh dihilangkan.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-7+3=-4 derajat Celsius karena urutan data dibalik.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-3+7=+4 derajat Celsius; suhu akhir berada 4 derajat di atas nol.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3  •  TP-3B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3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3. Permainan pion kelas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Lift perpustakaan mulai dari lantai +2 dan bergerak turun 5 lantai. Lobi ditetapkan sebagai lantai 0.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Catatan perjalanan manakah yang sesuai?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+2-5=-3, sehingga lift berhenti di lantai -3.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+2+5=+7, karena jarak selalu dijumlahkan.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-2-5=-7, karena posisi awal harus diubah negatif saat lift turun.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5-2=+3, karena hasil selisih selalu positif.</w:t>
                  </w:r>
                </w:p>
              </w:tc>
            </w:tr>
          </w:tbl>
          <w:p/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4  •  TP-3B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4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4. Buku kas koperasi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Pion mula-mula berada pada -4. Pion bergerak 6 satuan ke kanan, lalu 3 satuan ke kiri.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Model dan posisi akhir manakah yang benar?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-4-6+3=-7 karena gerak kanan dinyatakan negatif.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4+6-3=7 karena tanda posisi awal tidak memengaruhi hasil.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-4+6-3=-1 karena posisi antara +2 lalu bergerak ke -1.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-4+6+3=+5 karena semua perpindahan dianggap penambahan.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5  •  TP-3B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5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5. Papan skor pertandingan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Buku kas koperasi mencatat saldo awal -15 ribu rupiah dan pemasukan bazar +22 ribu rupiah. Bendahara harus menafsirkan saldo setelah transaksi.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Kesimpulan manakah yang benar?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Saldo -37 ribu karena pemasukan memperbesar kekurangan.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Saldo +7 ribu karena -15+22=+7; koperasi memiliki sisa dana 7 ribu rupiah.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Saldo -7 ribu karena selisih 22 dan 15 harus selalu negatif.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Saldo +37 ribu karena tanda negatif saldo awal diabaikan.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6  •  TP-3B  •  C3 - Penerapan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6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6. Ruang penyimpanan beku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Suhu ruang beku mula-mula -6 derajat Celsius. Sistem kemudian menurunkan suhu lagi 4 derajat Celsius.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Pernyataan manakah yang tepat?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Suhu menjadi -2 derajat Celsius karena penurunan mengarah ke nol.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Suhu menjadi +10 derajat Celsius karena dua tanda negatif menghasilkan positif.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Suhu menjadi +2 derajat Celsius karena 6-4=2.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Suhu menjadi -10 derajat Celsius karena -6-4=-10.</w:t>
                  </w:r>
                </w:p>
              </w:tc>
            </w:tr>
          </w:tbl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174A7E"/>
                <w:sz w:val="18"/>
              </w:rPr>
              <w:t>SOAL 7  •  TP-3C  •  C4 - Analisis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7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7. Robot pengantar buku</w:t>
            </w:r>
          </w:p>
          <w:p>
            <w:pPr>
              <w:spacing w:before="80" w:after="100"/>
            </w:pPr>
            <w:r>
              <w:rPr>
                <w:rFonts w:ascii="Aptos" w:hAnsi="Aptos"/>
                <w:b w:val="0"/>
                <w:i w:val="0"/>
                <w:color w:val="1E2A36"/>
                <w:sz w:val="19"/>
              </w:rPr>
              <w:t>Robot berada pada +1, lalu bergerak 6 satuan ke kiri dan 2 satuan ke kanan. Teknisi membandingkan beberapa model perjalanan.</w:t>
            </w:r>
            <w:r>
              <w:br/>
            </w:r>
            <w:r>
              <w:rPr>
                <w:rFonts w:ascii="Aptos" w:hAnsi="Aptos"/>
                <w:b/>
                <w:i w:val="0"/>
                <w:color w:val="1E2A36"/>
                <w:sz w:val="19"/>
              </w:rPr>
              <w:t>Model manakah yang paling tepat?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5213"/>
              <w:gridCol w:w="5213"/>
            </w:tblGrid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A.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+1-6+2=-3, sehingga robot berakhir tiga satuan di kiri titik nol.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B.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+1+6-2=+5 karena gerak kiri dianggap positif.</w:t>
                  </w:r>
                </w:p>
              </w:tc>
            </w:tr>
            <w:tr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C.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-1-6+2=-5 karena posisi awal harus diubah menjadi negatif.</w:t>
                  </w:r>
                </w:p>
              </w:tc>
              <w:tc>
                <w:tcPr>
                  <w:tcW w:type="dxa" w:w="5213"/>
                  <w:shd w:fill="F6F9FC"/>
                  <w:tcBorders>
                    <w:top w:val="single" w:sz="6" w:color="D4E0E9"/>
                    <w:left w:val="single" w:sz="6" w:color="D4E0E9"/>
                    <w:bottom w:val="single" w:sz="6" w:color="D4E0E9"/>
                    <w:right w:val="single" w:sz="6" w:color="D4E0E9"/>
                  </w:tcBorders>
                </w:tcPr>
                <w:p>
                  <w:pPr>
                    <w:spacing w:after="20"/>
                  </w:pPr>
                  <w:r/>
                  <w:r>
                    <w:rPr>
                      <w:rFonts w:ascii="Aptos" w:hAnsi="Aptos"/>
                      <w:b/>
                      <w:i w:val="0"/>
                      <w:color w:val="113D5C"/>
                      <w:sz w:val="17"/>
                    </w:rPr>
                    <w:t xml:space="preserve">D. </w:t>
                  </w:r>
                  <w:r>
                    <w:rPr>
                      <w:rFonts w:ascii="Aptos" w:hAnsi="Aptos"/>
                      <w:b w:val="0"/>
                      <w:i w:val="0"/>
                      <w:color w:val="1E2A36"/>
                      <w:sz w:val="17"/>
                    </w:rPr>
                    <w:t>+1-6-2=-7 karena kedua gerakan selalu dikurangkan.</w:t>
                  </w:r>
                </w:p>
              </w:tc>
            </w:tr>
          </w:tbl>
          <w:p/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</w:tcPr>
          <w:p>
            <w:r>
              <w:rPr>
                <w:b/>
                <w:color w:val="174A7E"/>
                <w:sz w:val="18"/>
              </w:rPr>
              <w:t>SOAL 8  •  TP-3C  •  C4 - Analisis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8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8. Perubahan suhu kebun sekolah</w:t>
            </w:r>
          </w:p>
          <w:p>
            <w:r>
              <w:rPr>
                <w:b/>
                <w:sz w:val="22"/>
              </w:rPr>
              <w:t>Suhu pukul 06.00 adalah −4 °C. Menjelang siang suhu naik 9 °C, kemudian sore hari turun 6 °C. Tuliskan model matematika, tentukan suhu sore, gambarkan perpindahannya pada garis bilangan, dan jelaskan arti hasilnya.</w:t>
            </w:r>
          </w:p>
          <w:p>
            <w:r>
              <w:rPr>
                <w:b/>
              </w:rPr>
              <w:t>Jawaban mandiri: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rPr>
                <w:b/>
              </w:rPr>
              <w:t>Checkpoint hasil akhir: ..................................................................................................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</w:tcPr>
          <w:p>
            <w:r>
              <w:rPr>
                <w:b/>
                <w:color w:val="174A7E"/>
                <w:sz w:val="18"/>
              </w:rPr>
              <w:t>SOAL 9  •  TP-3C  •  C4 - Analisis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9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9. Perjalanan lift perpustakaan</w:t>
            </w:r>
          </w:p>
          <w:p>
            <w:r>
              <w:rPr>
                <w:b/>
                <w:sz w:val="22"/>
              </w:rPr>
              <w:t>Lift mulai dari lobi 0, turun 3 lantai, naik 7 lantai, kemudian turun 5 lantai. Tuliskan bilangan untuk setiap perpindahan, tentukan posisi antara dan posisi akhir, lalu tafsirkan hasilnya dalam konteks gedung.</w:t>
            </w:r>
          </w:p>
          <w:p>
            <w:r>
              <w:rPr>
                <w:b/>
              </w:rPr>
              <w:t>Jawaban mandiri: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rPr>
                <w:b/>
              </w:rPr>
              <w:t>Checkpoint hasil akhir: ..................................................................................................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1"/>
      </w:tblGrid>
      <w:tr>
        <w:trPr>
          <w:cantSplit/>
        </w:trPr>
        <w:tc>
          <w:tcPr>
            <w:tcW w:type="dxa" w:w="10426"/>
            <w:shd w:fill="FFFFFF"/>
            <w:tcBorders>
              <w:top w:val="single" w:sz="8" w:color="D4E0E9"/>
              <w:left w:val="single" w:sz="8" w:color="D4E0E9"/>
              <w:bottom w:val="single" w:sz="8" w:color="D4E0E9"/>
              <w:right w:val="single" w:sz="8" w:color="D4E0E9"/>
            </w:tcBorders>
          </w:tcPr>
          <w:p>
            <w:r>
              <w:rPr>
                <w:b/>
                <w:color w:val="174A7E"/>
                <w:sz w:val="18"/>
              </w:rPr>
              <w:t>SOAL 10  •  TP-3D  •  C4/C5 - Pemecahan Masalah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048000" cy="340200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isual_10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0" cy="340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i/>
                <w:color w:val="5F7080"/>
                <w:sz w:val="16"/>
              </w:rPr>
              <w:t>Gambar soal 10. Rencana dana kegiatan OSIM</w:t>
            </w:r>
          </w:p>
          <w:p>
            <w:r>
              <w:rPr>
                <w:b/>
                <w:sz w:val="22"/>
              </w:rPr>
              <w:t>Saldo awal kegiatan adalah −12 ribu rupiah. OSIM menerima donasi 20 ribu rupiah, membelanjakan 9 ribu rupiah, lalu menerima iuran tambahan 5 ribu rupiah. Buat model matematika, hitung saldo setiap tahap dan saldo akhir, kemudian simpulkan apakah dana masih kurang atau sudah tersisa.</w:t>
            </w:r>
          </w:p>
          <w:p>
            <w:r>
              <w:rPr>
                <w:b/>
              </w:rPr>
              <w:t>Jawaban mandiri: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t>........................................................................................................................</w:t>
            </w:r>
          </w:p>
          <w:p>
            <w:r>
              <w:rPr>
                <w:b/>
              </w:rPr>
              <w:t>Checkpoint hasil akhir: ..................................................................................................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3 — SPESIFIKASI VISUAL</w:t>
            </w:r>
          </w:p>
        </w:tc>
      </w:tr>
    </w:tbl>
    <w:p/>
    <w:p>
      <w:pPr>
        <w:pStyle w:val="Heading2"/>
      </w:pPr>
      <w:r>
        <w:t>Visual Soal Nomor 1</w:t>
      </w:r>
    </w:p>
    <w:p>
      <w:r>
        <w:rPr>
          <w:b/>
        </w:rPr>
        <w:t xml:space="preserve">Jenis visual: </w:t>
      </w:r>
      <w:r>
        <w:t>Ilustrasi semi-realistis stasiun cuaca sekolah</w:t>
      </w:r>
    </w:p>
    <w:p>
      <w:r>
        <w:rPr>
          <w:b/>
        </w:rPr>
        <w:t xml:space="preserve">Data yang harus terlihat: </w:t>
      </w:r>
      <w:r>
        <w:t>Suhu awal −3 °C dan perubahan naik 7 °C.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stasiun cuaca sekolah dengan data bilangan bulat untuk soal nomor 1.</w:t>
      </w:r>
    </w:p>
    <w:p>
      <w:pPr>
        <w:pStyle w:val="Heading2"/>
      </w:pPr>
      <w:r>
        <w:t>Visual Soal Nomor 2</w:t>
      </w:r>
    </w:p>
    <w:p>
      <w:r>
        <w:rPr>
          <w:b/>
        </w:rPr>
        <w:t xml:space="preserve">Jenis visual: </w:t>
      </w:r>
      <w:r>
        <w:t>Ilustrasi semi-realistis lift perpustakaan</w:t>
      </w:r>
    </w:p>
    <w:p>
      <w:r>
        <w:rPr>
          <w:b/>
        </w:rPr>
        <w:t xml:space="preserve">Data yang harus terlihat: </w:t>
      </w:r>
      <w:r>
        <w:t>Posisi awal +2 dan gerak turun 5 lantai.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lift perpustakaan dengan data bilangan bulat untuk soal nomor 2.</w:t>
      </w:r>
    </w:p>
    <w:p>
      <w:pPr>
        <w:pStyle w:val="Heading2"/>
      </w:pPr>
      <w:r>
        <w:t>Visual Soal Nomor 3</w:t>
      </w:r>
    </w:p>
    <w:p>
      <w:r>
        <w:rPr>
          <w:b/>
        </w:rPr>
        <w:t xml:space="preserve">Jenis visual: </w:t>
      </w:r>
      <w:r>
        <w:t>Ilustrasi semi-realistis permainan pion kelas</w:t>
      </w:r>
    </w:p>
    <w:p>
      <w:r>
        <w:rPr>
          <w:b/>
        </w:rPr>
        <w:t xml:space="preserve">Data yang harus terlihat: </w:t>
      </w:r>
      <w:r>
        <w:t>Pion mulai −4; panah +6 lalu panah −3.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permainan pion kelas dengan data bilangan bulat untuk soal nomor 3.</w:t>
      </w:r>
    </w:p>
    <w:p>
      <w:pPr>
        <w:pStyle w:val="Heading2"/>
      </w:pPr>
      <w:r>
        <w:t>Visual Soal Nomor 4</w:t>
      </w:r>
    </w:p>
    <w:p>
      <w:r>
        <w:rPr>
          <w:b/>
        </w:rPr>
        <w:t xml:space="preserve">Jenis visual: </w:t>
      </w:r>
      <w:r>
        <w:t>Ilustrasi semi-realistis buku kas koperasi</w:t>
      </w:r>
    </w:p>
    <w:p>
      <w:r>
        <w:rPr>
          <w:b/>
        </w:rPr>
        <w:t xml:space="preserve">Data yang harus terlihat: </w:t>
      </w:r>
      <w:r>
        <w:t>Saldo awal −15 ribu dan pemasukan +22 ribu.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buku kas koperasi dengan data bilangan bulat untuk soal nomor 4.</w:t>
      </w:r>
    </w:p>
    <w:p>
      <w:pPr>
        <w:pStyle w:val="Heading2"/>
      </w:pPr>
      <w:r>
        <w:t>Visual Soal Nomor 5</w:t>
      </w:r>
    </w:p>
    <w:p>
      <w:r>
        <w:rPr>
          <w:b/>
        </w:rPr>
        <w:t xml:space="preserve">Jenis visual: </w:t>
      </w:r>
      <w:r>
        <w:t>Ilustrasi semi-realistis papan skor pertandingan</w:t>
      </w:r>
    </w:p>
    <w:p>
      <w:r>
        <w:rPr>
          <w:b/>
        </w:rPr>
        <w:t xml:space="preserve">Data yang harus terlihat: </w:t>
      </w:r>
      <w:r>
        <w:t>Skor awal +8 dan penalti 13 poin.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papan skor pertandingan dengan data bilangan bulat untuk soal nomor 5.</w:t>
      </w:r>
    </w:p>
    <w:p>
      <w:pPr>
        <w:pStyle w:val="Heading2"/>
      </w:pPr>
      <w:r>
        <w:t>Visual Soal Nomor 6</w:t>
      </w:r>
    </w:p>
    <w:p>
      <w:r>
        <w:rPr>
          <w:b/>
        </w:rPr>
        <w:t xml:space="preserve">Jenis visual: </w:t>
      </w:r>
      <w:r>
        <w:t>Ilustrasi semi-realistis ruang penyimpanan beku</w:t>
      </w:r>
    </w:p>
    <w:p>
      <w:r>
        <w:rPr>
          <w:b/>
        </w:rPr>
        <w:t xml:space="preserve">Data yang harus terlihat: </w:t>
      </w:r>
      <w:r>
        <w:t>Suhu awal −6 °C dan perubahan turun 4 °C.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ruang penyimpanan beku dengan data bilangan bulat untuk soal nomor 6.</w:t>
      </w:r>
    </w:p>
    <w:p>
      <w:pPr>
        <w:pStyle w:val="Heading2"/>
      </w:pPr>
      <w:r>
        <w:t>Visual Soal Nomor 7</w:t>
      </w:r>
    </w:p>
    <w:p>
      <w:r>
        <w:rPr>
          <w:b/>
        </w:rPr>
        <w:t xml:space="preserve">Jenis visual: </w:t>
      </w:r>
      <w:r>
        <w:t>Ilustrasi semi-realistis robot pengantar buku</w:t>
      </w:r>
    </w:p>
    <w:p>
      <w:r>
        <w:rPr>
          <w:b/>
        </w:rPr>
        <w:t xml:space="preserve">Data yang harus terlihat: </w:t>
      </w:r>
      <w:r>
        <w:t>Robot mulai +1; instruksi ke kiri 6 dan ke kanan 2.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robot pengantar buku dengan data bilangan bulat untuk soal nomor 7.</w:t>
      </w:r>
    </w:p>
    <w:p>
      <w:pPr>
        <w:pStyle w:val="Heading2"/>
      </w:pPr>
      <w:r>
        <w:t>Visual Soal Nomor 8</w:t>
      </w:r>
    </w:p>
    <w:p>
      <w:r>
        <w:rPr>
          <w:b/>
        </w:rPr>
        <w:t xml:space="preserve">Jenis visual: </w:t>
      </w:r>
      <w:r>
        <w:t>Ilustrasi semi-realistis perubahan suhu kebun sekolah</w:t>
      </w:r>
    </w:p>
    <w:p>
      <w:r>
        <w:rPr>
          <w:b/>
        </w:rPr>
        <w:t xml:space="preserve">Data yang harus terlihat: </w:t>
      </w:r>
      <w:r>
        <w:t>Suhu awal −4 °C; naik 9 °C; turun 6 °C.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perubahan suhu kebun sekolah dengan data bilangan bulat untuk soal nomor 8.</w:t>
      </w:r>
    </w:p>
    <w:p>
      <w:pPr>
        <w:pStyle w:val="Heading2"/>
      </w:pPr>
      <w:r>
        <w:t>Visual Soal Nomor 9</w:t>
      </w:r>
    </w:p>
    <w:p>
      <w:r>
        <w:rPr>
          <w:b/>
        </w:rPr>
        <w:t xml:space="preserve">Jenis visual: </w:t>
      </w:r>
      <w:r>
        <w:t>Ilustrasi semi-realistis perjalanan lift perpustakaan</w:t>
      </w:r>
    </w:p>
    <w:p>
      <w:r>
        <w:rPr>
          <w:b/>
        </w:rPr>
        <w:t xml:space="preserve">Data yang harus terlihat: </w:t>
      </w:r>
      <w:r>
        <w:t>Mulai 0; turun 3; naik 7; turun 5.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perjalanan lift perpustakaan dengan data bilangan bulat untuk soal nomor 9.</w:t>
      </w:r>
    </w:p>
    <w:p>
      <w:pPr>
        <w:pStyle w:val="Heading2"/>
      </w:pPr>
      <w:r>
        <w:t>Visual Soal Nomor 10</w:t>
      </w:r>
    </w:p>
    <w:p>
      <w:r>
        <w:rPr>
          <w:b/>
        </w:rPr>
        <w:t xml:space="preserve">Jenis visual: </w:t>
      </w:r>
      <w:r>
        <w:t>Ilustrasi semi-realistis rencana dana kegiatan osim</w:t>
      </w:r>
    </w:p>
    <w:p>
      <w:r>
        <w:rPr>
          <w:b/>
        </w:rPr>
        <w:t xml:space="preserve">Data yang harus terlihat: </w:t>
      </w:r>
      <w:r>
        <w:t>Saldo awal −12; donasi +20; belanja −9; iuran +5 (ribu rupiah).</w:t>
      </w:r>
    </w:p>
    <w:p>
      <w:r>
        <w:rPr>
          <w:b/>
        </w:rPr>
        <w:t xml:space="preserve">Tata letak: </w:t>
      </w:r>
      <w:r>
        <w:t>Objek utama dominan, label angka berada pada panel/kartu, caption di bawah visual.</w:t>
      </w:r>
    </w:p>
    <w:p>
      <w:r>
        <w:rPr>
          <w:b/>
        </w:rPr>
        <w:t xml:space="preserve">Gaya visual: </w:t>
      </w:r>
      <w:r>
        <w:t>Semi-realistis, pencahayaan netral, kedalaman ruang, bayangan lembut, dan kontras tinggi.</w:t>
      </w:r>
    </w:p>
    <w:p>
      <w:r>
        <w:rPr>
          <w:b/>
        </w:rPr>
        <w:t xml:space="preserve">Rasio: </w:t>
      </w:r>
      <w:r>
        <w:t>16:9</w:t>
      </w:r>
    </w:p>
    <w:p>
      <w:r>
        <w:rPr>
          <w:b/>
        </w:rPr>
        <w:t xml:space="preserve">Informasi dilarang: </w:t>
      </w:r>
      <w:r>
        <w:t>Tanda centang, label jawaban, urutan akhir, atau warna yang mengarahkan jawaban.</w:t>
      </w:r>
    </w:p>
    <w:p>
      <w:r>
        <w:rPr>
          <w:b/>
        </w:rPr>
        <w:t xml:space="preserve">Hubungan dengan soal: </w:t>
      </w:r>
      <w:r>
        <w:t>Peserta didik harus membaca seluruh nilai pada visual untuk menentukan operasi, mengikuti perubahan, dan menghitung hasil.</w:t>
      </w:r>
    </w:p>
    <w:p>
      <w:r>
        <w:rPr>
          <w:b/>
        </w:rPr>
        <w:t xml:space="preserve">Teks alternatif: </w:t>
      </w:r>
      <w:r>
        <w:t>Visual rencana dana kegiatan osim dengan data bilangan bulat untuk soal nomor 10.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26"/>
      </w:tblGrid>
      <w:tr>
        <w:tc>
          <w:tcPr>
            <w:tcW w:type="dxa" w:w="10426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4 — KUNCI, PEMBAHASAN, DAN SCAFFOLDING GURU</w:t>
            </w:r>
          </w:p>
        </w:tc>
      </w:tr>
    </w:tbl>
    <w:p/>
    <w:p>
      <w:pPr>
        <w:pStyle w:val="Heading2"/>
      </w:pPr>
      <w:r>
        <w:t>Nomor 1</w:t>
      </w:r>
    </w:p>
    <w:p>
      <w:r>
        <w:rPr>
          <w:b/>
        </w:rPr>
        <w:t xml:space="preserve">Jawaban: </w:t>
      </w:r>
      <w:r>
        <w:t>+4 °C</w:t>
      </w:r>
    </w:p>
    <w:p>
      <w:r>
        <w:t>Langkah penyelesaian:</w:t>
      </w:r>
    </w:p>
    <w:p>
      <w:pPr>
        <w:pStyle w:val="ListNumber"/>
      </w:pPr>
      <w:r>
        <w:t>Kenaikan suhu dinyatakan dengan +7.</w:t>
      </w:r>
    </w:p>
    <w:p>
      <w:pPr>
        <w:pStyle w:val="ListNumber"/>
      </w:pPr>
      <w:r>
        <w:t>Model: −3 + 7.</w:t>
      </w:r>
    </w:p>
    <w:p>
      <w:pPr>
        <w:pStyle w:val="ListNumber"/>
      </w:pPr>
      <w:r>
        <w:t>Dari −3 bergerak 7 satuan ke kanan dan berhenti pada +4.</w:t>
      </w:r>
    </w:p>
    <w:p>
      <w:r>
        <w:rPr>
          <w:b/>
        </w:rPr>
        <w:t xml:space="preserve">Miskonsepsi yang mungkin terjadi: </w:t>
      </w:r>
      <w:r>
        <w:t>Menjumlahkan tanda negatif dengan 7 menjadi −10.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2</w:t>
      </w:r>
    </w:p>
    <w:p>
      <w:r>
        <w:rPr>
          <w:b/>
        </w:rPr>
        <w:t xml:space="preserve">Jawaban: </w:t>
      </w:r>
      <w:r>
        <w:t>Lantai −3</w:t>
      </w:r>
    </w:p>
    <w:p>
      <w:r>
        <w:t>Langkah penyelesaian:</w:t>
      </w:r>
    </w:p>
    <w:p>
      <w:pPr>
        <w:pStyle w:val="ListNumber"/>
      </w:pPr>
      <w:r>
        <w:t>Turun 5 lantai berarti mengurangi 5.</w:t>
      </w:r>
    </w:p>
    <w:p>
      <w:pPr>
        <w:pStyle w:val="ListNumber"/>
      </w:pPr>
      <w:r>
        <w:t>Model: +2 − 5.</w:t>
      </w:r>
    </w:p>
    <w:p>
      <w:pPr>
        <w:pStyle w:val="ListNumber"/>
      </w:pPr>
      <w:r>
        <w:t>Hasilnya −3.</w:t>
      </w:r>
    </w:p>
    <w:p>
      <w:r>
        <w:rPr>
          <w:b/>
        </w:rPr>
        <w:t xml:space="preserve">Miskonsepsi yang mungkin terjadi: </w:t>
      </w:r>
      <w:r>
        <w:t>Menjumlahkan 2 dan 5 tanpa memperhatikan arah turun.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3</w:t>
      </w:r>
    </w:p>
    <w:p>
      <w:r>
        <w:rPr>
          <w:b/>
        </w:rPr>
        <w:t xml:space="preserve">Jawaban: </w:t>
      </w:r>
      <w:r>
        <w:t>−1</w:t>
      </w:r>
    </w:p>
    <w:p>
      <w:r>
        <w:t>Langkah penyelesaian:</w:t>
      </w:r>
    </w:p>
    <w:p>
      <w:pPr>
        <w:pStyle w:val="ListNumber"/>
      </w:pPr>
      <w:r>
        <w:t>Posisi pertama: −4 + 6 = +2.</w:t>
      </w:r>
    </w:p>
    <w:p>
      <w:pPr>
        <w:pStyle w:val="ListNumber"/>
      </w:pPr>
      <w:r>
        <w:t>Posisi akhir: +2 − 3 = −1.</w:t>
      </w:r>
    </w:p>
    <w:p>
      <w:r>
        <w:rPr>
          <w:b/>
        </w:rPr>
        <w:t xml:space="preserve">Miskonsepsi yang mungkin terjadi: </w:t>
      </w:r>
      <w:r>
        <w:t>Menghitung hanya perpindahan pertama atau menukar arah panah kedua.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4</w:t>
      </w:r>
    </w:p>
    <w:p>
      <w:r>
        <w:rPr>
          <w:b/>
        </w:rPr>
        <w:t xml:space="preserve">Jawaban: </w:t>
      </w:r>
      <w:r>
        <w:t>+7 ribu rupiah</w:t>
      </w:r>
    </w:p>
    <w:p>
      <w:r>
        <w:t>Langkah penyelesaian:</w:t>
      </w:r>
    </w:p>
    <w:p>
      <w:pPr>
        <w:pStyle w:val="ListNumber"/>
      </w:pPr>
      <w:r>
        <w:t>Pemasukan menambah saldo.</w:t>
      </w:r>
    </w:p>
    <w:p>
      <w:pPr>
        <w:pStyle w:val="ListNumber"/>
      </w:pPr>
      <w:r>
        <w:t>Model: −15 + 22 = +7.</w:t>
      </w:r>
    </w:p>
    <w:p>
      <w:r>
        <w:rPr>
          <w:b/>
        </w:rPr>
        <w:t xml:space="preserve">Miskonsepsi yang mungkin terjadi: </w:t>
      </w:r>
      <w:r>
        <w:t>Menjumlahkan nilai mutlak lalu mempertahankan tanda negatif.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5</w:t>
      </w:r>
    </w:p>
    <w:p>
      <w:r>
        <w:rPr>
          <w:b/>
        </w:rPr>
        <w:t xml:space="preserve">Jawaban: </w:t>
      </w:r>
      <w:r>
        <w:t>−5</w:t>
      </w:r>
    </w:p>
    <w:p>
      <w:r>
        <w:t>Langkah penyelesaian:</w:t>
      </w:r>
    </w:p>
    <w:p>
      <w:pPr>
        <w:pStyle w:val="ListNumber"/>
      </w:pPr>
      <w:r>
        <w:t>Penalti mengurangi skor.</w:t>
      </w:r>
    </w:p>
    <w:p>
      <w:pPr>
        <w:pStyle w:val="ListNumber"/>
      </w:pPr>
      <w:r>
        <w:t>Model: +8 − 13.</w:t>
      </w:r>
    </w:p>
    <w:p>
      <w:pPr>
        <w:pStyle w:val="ListNumber"/>
      </w:pPr>
      <w:r>
        <w:t>Hasilnya −5.</w:t>
      </w:r>
    </w:p>
    <w:p>
      <w:r>
        <w:rPr>
          <w:b/>
        </w:rPr>
        <w:t xml:space="preserve">Miskonsepsi yang mungkin terjadi: </w:t>
      </w:r>
      <w:r>
        <w:t>Menganggap penalti sebagai penambahan atau menulis +5.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6</w:t>
      </w:r>
    </w:p>
    <w:p>
      <w:r>
        <w:rPr>
          <w:b/>
        </w:rPr>
        <w:t xml:space="preserve">Jawaban: </w:t>
      </w:r>
      <w:r>
        <w:t>−10 °C</w:t>
      </w:r>
    </w:p>
    <w:p>
      <w:r>
        <w:t>Langkah penyelesaian:</w:t>
      </w:r>
    </w:p>
    <w:p>
      <w:pPr>
        <w:pStyle w:val="ListNumber"/>
      </w:pPr>
      <w:r>
        <w:t>Turun 4 °C berarti mengurangi 4.</w:t>
      </w:r>
    </w:p>
    <w:p>
      <w:pPr>
        <w:pStyle w:val="ListNumber"/>
      </w:pPr>
      <w:r>
        <w:t>Model: −6 − 4 = −10.</w:t>
      </w:r>
    </w:p>
    <w:p>
      <w:r>
        <w:rPr>
          <w:b/>
        </w:rPr>
        <w:t xml:space="preserve">Miskonsepsi yang mungkin terjadi: </w:t>
      </w:r>
      <w:r>
        <w:t>Menganggap turun dari bilangan negatif membuat nilai mendekati nol.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7</w:t>
      </w:r>
    </w:p>
    <w:p>
      <w:r>
        <w:rPr>
          <w:b/>
        </w:rPr>
        <w:t xml:space="preserve">Jawaban: </w:t>
      </w:r>
      <w:r>
        <w:t>+1 − 6 + 2 = −3</w:t>
      </w:r>
    </w:p>
    <w:p>
      <w:r>
        <w:t>Langkah penyelesaian:</w:t>
      </w:r>
    </w:p>
    <w:p>
      <w:pPr>
        <w:pStyle w:val="ListNumber"/>
      </w:pPr>
      <w:r>
        <w:t>Ke kiri 6 dinyatakan −6.</w:t>
      </w:r>
    </w:p>
    <w:p>
      <w:pPr>
        <w:pStyle w:val="ListNumber"/>
      </w:pPr>
      <w:r>
        <w:t>Ke kanan 2 dinyatakan +2.</w:t>
      </w:r>
    </w:p>
    <w:p>
      <w:pPr>
        <w:pStyle w:val="ListNumber"/>
      </w:pPr>
      <w:r>
        <w:t>Model: +1 − 6 + 2 = −3.</w:t>
      </w:r>
    </w:p>
    <w:p>
      <w:r>
        <w:rPr>
          <w:b/>
        </w:rPr>
        <w:t xml:space="preserve">Miskonsepsi yang mungkin terjadi: </w:t>
      </w:r>
      <w:r>
        <w:t>Mengubah semua jarak menjadi penjumlahan positif.</w:t>
      </w:r>
    </w:p>
    <w:p>
      <w:r>
        <w:rPr>
          <w:b/>
        </w:rPr>
        <w:t xml:space="preserve">Skor: </w:t>
      </w:r>
      <w:r>
        <w:t>1</w:t>
      </w:r>
    </w:p>
    <w:p>
      <w:pPr>
        <w:pStyle w:val="Heading2"/>
      </w:pPr>
      <w:r>
        <w:t>Nomor 8</w:t>
      </w:r>
    </w:p>
    <w:p>
      <w:r>
        <w:rPr>
          <w:b/>
        </w:rPr>
        <w:t xml:space="preserve">Jawaban: </w:t>
      </w:r>
      <w:r>
        <w:t>−4 + 9 − 6 = −1 °C; suhu sore 1 °C di bawah nol.</w:t>
      </w:r>
    </w:p>
    <w:p>
      <w:r>
        <w:t>Langkah penyelesaian:</w:t>
      </w:r>
    </w:p>
    <w:p>
      <w:pPr>
        <w:pStyle w:val="ListNumber"/>
      </w:pPr>
      <w:r>
        <w:t>Model: −4 + 9 − 6.</w:t>
      </w:r>
    </w:p>
    <w:p>
      <w:pPr>
        <w:pStyle w:val="ListNumber"/>
      </w:pPr>
      <w:r>
        <w:t>Setelah naik: −4 + 9 = +5.</w:t>
      </w:r>
    </w:p>
    <w:p>
      <w:pPr>
        <w:pStyle w:val="ListNumber"/>
      </w:pPr>
      <w:r>
        <w:t>Setelah turun: +5 − 6 = −1.</w:t>
      </w:r>
    </w:p>
    <w:p>
      <w:pPr>
        <w:pStyle w:val="ListNumber"/>
      </w:pPr>
      <w:r>
        <w:t>Hasil −1 °C berarti suhu satu derajat di bawah nol.</w:t>
      </w:r>
    </w:p>
    <w:p>
      <w:r>
        <w:rPr>
          <w:b/>
        </w:rPr>
        <w:t xml:space="preserve">Miskonsepsi yang mungkin terjadi: </w:t>
      </w:r>
      <w:r>
        <w:t>Menjumlahkan 4 + 9 + 6 atau menganggap kata naik selalu membuat hasil akhir positif.</w:t>
      </w:r>
    </w:p>
    <w:p>
      <w:r>
        <w:rPr>
          <w:b/>
        </w:rPr>
        <w:t>Kartu bantuan bertahap (berikan satu per satu):</w:t>
      </w:r>
    </w:p>
    <w:p>
      <w:pPr>
        <w:pStyle w:val="ListNumber"/>
      </w:pPr>
      <w:r>
        <w:t>Bantuan 1: Tuliskan suhu awal dan dua perubahan dengan tanda yang sesuai: naik bertanda +, turun bertanda −.</w:t>
      </w:r>
    </w:p>
    <w:p>
      <w:pPr>
        <w:pStyle w:val="ListNumber"/>
      </w:pPr>
      <w:r>
        <w:t>Bantuan 2: Hitung bertahap: tentukan dahulu hasil −4 + 9.</w:t>
      </w:r>
    </w:p>
    <w:p>
      <w:pPr>
        <w:pStyle w:val="ListNumber"/>
      </w:pPr>
      <w:r>
        <w:t>Bantuan 3: Dari hasil sementara, kurangi 6 dan tafsirkan tanda hasil terhadap 0 °C.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Komponen</w:t>
            </w:r>
          </w:p>
        </w:tc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Skor</w:t>
            </w:r>
          </w:p>
        </w:tc>
      </w:tr>
      <w:tr>
        <w:tc>
          <w:tcPr>
            <w:tcW w:type="dxa" w:w="5213"/>
          </w:tcPr>
          <w:p>
            <w:r>
              <w:t>Menuliskan data dari visual dengan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Menentukan tanda setiap perubahan/operasi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Menyusun model matematika yang tepat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Menunjukkan perhitungan bertahap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Menuliskan hasil akhir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Menafsirkan hasil dalam konteks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213"/>
          </w:tcPr>
          <w:p>
            <w:r>
              <w:rPr>
                <w:b/>
              </w:rPr>
              <w:t>6</w:t>
            </w:r>
          </w:p>
        </w:tc>
      </w:tr>
    </w:tbl>
    <w:p>
      <w:pPr>
        <w:pStyle w:val="Heading2"/>
      </w:pPr>
      <w:r>
        <w:t>Nomor 9</w:t>
      </w:r>
    </w:p>
    <w:p>
      <w:r>
        <w:rPr>
          <w:b/>
        </w:rPr>
        <w:t xml:space="preserve">Jawaban: </w:t>
      </w:r>
      <w:r>
        <w:t>0 − 3 + 7 − 5 = −1; lift berhenti pada lantai −1.</w:t>
      </w:r>
    </w:p>
    <w:p>
      <w:r>
        <w:t>Langkah penyelesaian:</w:t>
      </w:r>
    </w:p>
    <w:p>
      <w:pPr>
        <w:pStyle w:val="ListNumber"/>
      </w:pPr>
      <w:r>
        <w:t>Posisi pertama: 0 − 3 = −3.</w:t>
      </w:r>
    </w:p>
    <w:p>
      <w:pPr>
        <w:pStyle w:val="ListNumber"/>
      </w:pPr>
      <w:r>
        <w:t>Posisi kedua: −3 + 7 = +4.</w:t>
      </w:r>
    </w:p>
    <w:p>
      <w:pPr>
        <w:pStyle w:val="ListNumber"/>
      </w:pPr>
      <w:r>
        <w:t>Posisi akhir: +4 − 5 = −1.</w:t>
      </w:r>
    </w:p>
    <w:p>
      <w:pPr>
        <w:pStyle w:val="ListNumber"/>
      </w:pPr>
      <w:r>
        <w:t>Lift berhenti satu lantai di bawah lobi.</w:t>
      </w:r>
    </w:p>
    <w:p>
      <w:r>
        <w:rPr>
          <w:b/>
        </w:rPr>
        <w:t xml:space="preserve">Miskonsepsi yang mungkin terjadi: </w:t>
      </w:r>
      <w:r>
        <w:t>Menjumlahkan 3 + 7 + 5 atau salah menentukan tanda naik dan turun.</w:t>
      </w:r>
    </w:p>
    <w:p>
      <w:r>
        <w:rPr>
          <w:b/>
        </w:rPr>
        <w:t>Kartu bantuan bertahap (berikan satu per satu):</w:t>
      </w:r>
    </w:p>
    <w:p>
      <w:pPr>
        <w:pStyle w:val="ListNumber"/>
      </w:pPr>
      <w:r>
        <w:t>Bantuan 1: Gunakan lobi sebagai 0. Turun ditulis negatif dan naik ditulis positif.</w:t>
      </w:r>
    </w:p>
    <w:p>
      <w:pPr>
        <w:pStyle w:val="ListNumber"/>
      </w:pPr>
      <w:r>
        <w:t>Bantuan 2: Hitung posisi setelah turun 3, kemudian setelah naik 7.</w:t>
      </w:r>
    </w:p>
    <w:p>
      <w:pPr>
        <w:pStyle w:val="ListNumber"/>
      </w:pPr>
      <w:r>
        <w:t>Bantuan 3: Kurangi 5 dari posisi kedua dan jelaskan apakah lift berada di atas atau di bawah lobi.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Komponen</w:t>
            </w:r>
          </w:p>
        </w:tc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Skor</w:t>
            </w:r>
          </w:p>
        </w:tc>
      </w:tr>
      <w:tr>
        <w:tc>
          <w:tcPr>
            <w:tcW w:type="dxa" w:w="5213"/>
          </w:tcPr>
          <w:p>
            <w:r>
              <w:t>Menuliskan data dari visual dengan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Menentukan tanda setiap perubahan/operasi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Menyusun model matematika yang tepat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Menunjukkan perhitungan bertahap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Menuliskan hasil akhir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Menafsirkan hasil dalam konteks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213"/>
          </w:tcPr>
          <w:p>
            <w:r>
              <w:rPr>
                <w:b/>
              </w:rPr>
              <w:t>6</w:t>
            </w:r>
          </w:p>
        </w:tc>
      </w:tr>
    </w:tbl>
    <w:p>
      <w:pPr>
        <w:pStyle w:val="Heading2"/>
      </w:pPr>
      <w:r>
        <w:t>Nomor 10</w:t>
      </w:r>
    </w:p>
    <w:p>
      <w:r>
        <w:rPr>
          <w:b/>
        </w:rPr>
        <w:t xml:space="preserve">Jawaban: </w:t>
      </w:r>
      <w:r>
        <w:t>−12 + 20 − 9 + 5 = +4 ribu rupiah; dana tersisa 4 ribu rupiah.</w:t>
      </w:r>
    </w:p>
    <w:p>
      <w:r>
        <w:t>Langkah penyelesaian:</w:t>
      </w:r>
    </w:p>
    <w:p>
      <w:pPr>
        <w:pStyle w:val="ListNumber"/>
      </w:pPr>
      <w:r>
        <w:t>Setelah donasi: −12 + 20 = +8.</w:t>
      </w:r>
    </w:p>
    <w:p>
      <w:pPr>
        <w:pStyle w:val="ListNumber"/>
      </w:pPr>
      <w:r>
        <w:t>Setelah belanja: +8 − 9 = −1.</w:t>
      </w:r>
    </w:p>
    <w:p>
      <w:pPr>
        <w:pStyle w:val="ListNumber"/>
      </w:pPr>
      <w:r>
        <w:t>Setelah iuran: −1 + 5 = +4.</w:t>
      </w:r>
    </w:p>
    <w:p>
      <w:pPr>
        <w:pStyle w:val="ListNumber"/>
      </w:pPr>
      <w:r>
        <w:t>Tanda positif berarti dana tersisa 4 ribu rupiah.</w:t>
      </w:r>
    </w:p>
    <w:p>
      <w:r>
        <w:rPr>
          <w:b/>
        </w:rPr>
        <w:t xml:space="preserve">Miskonsepsi yang mungkin terjadi: </w:t>
      </w:r>
      <w:r>
        <w:t>Mengabaikan saldo awal negatif atau menganggap seluruh transaksi sebagai penjumlahan.</w:t>
      </w:r>
    </w:p>
    <w:p>
      <w:r>
        <w:rPr>
          <w:b/>
        </w:rPr>
        <w:t>Kartu bantuan bertahap (berikan satu per satu):</w:t>
      </w:r>
    </w:p>
    <w:p>
      <w:pPr>
        <w:pStyle w:val="ListNumber"/>
      </w:pPr>
      <w:r>
        <w:t>Bantuan 1: Nyatakan saldo awal dan setiap transaksi dengan tanda: pemasukan +, pengeluaran −.</w:t>
      </w:r>
    </w:p>
    <w:p>
      <w:pPr>
        <w:pStyle w:val="ListNumber"/>
      </w:pPr>
      <w:r>
        <w:t>Bantuan 2: Hitung saldo bertahap setelah donasi dan setelah belanja.</w:t>
      </w:r>
    </w:p>
    <w:p>
      <w:pPr>
        <w:pStyle w:val="ListNumber"/>
      </w:pPr>
      <w:r>
        <w:t>Bantuan 3: Tambahkan iuran 5 ribu pada saldo terakhir, lalu tafsirkan tanda positif atau negatif hasilnya.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Komponen</w:t>
            </w:r>
          </w:p>
        </w:tc>
        <w:tc>
          <w:tcPr>
            <w:tcW w:type="dxa" w:w="5213"/>
            <w:shd w:fill="174A7E"/>
          </w:tcPr>
          <w:p>
            <w:r>
              <w:rPr>
                <w:b/>
                <w:color w:val="FFFFFF"/>
              </w:rPr>
              <w:t>Skor</w:t>
            </w:r>
          </w:p>
        </w:tc>
      </w:tr>
      <w:tr>
        <w:tc>
          <w:tcPr>
            <w:tcW w:type="dxa" w:w="5213"/>
          </w:tcPr>
          <w:p>
            <w:r>
              <w:t>Menuliskan data dari visual dengan benar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Menentukan tanda setiap perubahan/operasi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Menyusun model matematika yang tepat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Menunjukkan perhitungan bertahap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Menuliskan hasil akhir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t>Menafsirkan hasil dalam konteks</w:t>
            </w:r>
          </w:p>
        </w:tc>
        <w:tc>
          <w:tcPr>
            <w:tcW w:type="dxa" w:w="5213"/>
          </w:tcPr>
          <w:p>
            <w:r>
              <w:t>1</w:t>
            </w:r>
          </w:p>
        </w:tc>
      </w:tr>
      <w:tr>
        <w:tc>
          <w:tcPr>
            <w:tcW w:type="dxa" w:w="5213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5213"/>
          </w:tcPr>
          <w:p>
            <w:r>
              <w:rPr>
                <w:b/>
              </w:rPr>
              <w:t>6</w:t>
            </w:r>
          </w:p>
        </w:tc>
      </w:tr>
    </w:tbl>
    <w:p>
      <w:pPr>
        <w:pStyle w:val="Heading2"/>
      </w:pPr>
      <w:r>
        <w:t>Rekapitulasi Skor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213"/>
            <w:shd w:fill="174A7E"/>
          </w:tcPr>
          <w:p>
            <w:r>
              <w:rPr>
                <w:color w:val="FFFFFF"/>
              </w:rPr>
              <w:t>Bagian</w:t>
            </w:r>
          </w:p>
        </w:tc>
        <w:tc>
          <w:tcPr>
            <w:tcW w:type="dxa" w:w="5213"/>
            <w:shd w:fill="174A7E"/>
          </w:tcPr>
          <w:p>
            <w:r>
              <w:rPr>
                <w:color w:val="FFFFFF"/>
              </w:rPr>
              <w:t>Skor Maksimum</w:t>
            </w:r>
          </w:p>
        </w:tc>
      </w:tr>
      <w:tr>
        <w:tc>
          <w:tcPr>
            <w:tcW w:type="dxa" w:w="5213"/>
          </w:tcPr>
          <w:p>
            <w:r>
              <w:t>Pilihan ganda nomor 1–7</w:t>
            </w:r>
          </w:p>
        </w:tc>
        <w:tc>
          <w:tcPr>
            <w:tcW w:type="dxa" w:w="5213"/>
          </w:tcPr>
          <w:p>
            <w:r>
              <w:t>7</w:t>
            </w:r>
          </w:p>
        </w:tc>
      </w:tr>
      <w:tr>
        <w:tc>
          <w:tcPr>
            <w:tcW w:type="dxa" w:w="5213"/>
          </w:tcPr>
          <w:p>
            <w:r>
              <w:t>Esai nomor 8–10</w:t>
            </w:r>
          </w:p>
        </w:tc>
        <w:tc>
          <w:tcPr>
            <w:tcW w:type="dxa" w:w="5213"/>
          </w:tcPr>
          <w:p>
            <w:r>
              <w:t>18</w:t>
            </w:r>
          </w:p>
        </w:tc>
      </w:tr>
      <w:tr>
        <w:tc>
          <w:tcPr>
            <w:tcW w:type="dxa" w:w="5213"/>
          </w:tcPr>
          <w:p>
            <w:r>
              <w:t>Skor maksimum keseluruhan</w:t>
            </w:r>
          </w:p>
        </w:tc>
        <w:tc>
          <w:tcPr>
            <w:tcW w:type="dxa" w:w="5213"/>
          </w:tcPr>
          <w:p>
            <w:r>
              <w:t>25</w:t>
            </w:r>
          </w:p>
        </w:tc>
      </w:tr>
    </w:tbl>
    <w:p>
      <w:r>
        <w:rPr>
          <w:b/>
        </w:rPr>
        <w:t>Nilai = (Skor Perolehan / 25) × 100</w:t>
      </w:r>
    </w:p>
    <w:p>
      <w:pPr>
        <w:sectPr>
          <w:pgSz w:w="11906" w:h="16838"/>
          <w:pgMar w:top="850" w:right="907" w:bottom="850" w:left="90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4480"/>
            <w:shd w:fill="174A7E"/>
          </w:tcPr>
          <w:p>
            <w:pPr>
              <w:jc w:val="center"/>
            </w:pPr>
            <w:r>
              <w:rPr>
                <w:b/>
                <w:color w:val="FFFFFF"/>
                <w:sz w:val="28"/>
              </w:rPr>
              <w:t>BAGIAN 5 — AUDIT MUTU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>
        <w:tc>
          <w:tcPr>
            <w:tcW w:type="dxa" w:w="852"/>
            <w:shd w:fill="174A7E"/>
          </w:tcPr>
          <w:p>
            <w:r>
              <w:rPr>
                <w:color w:val="FFFFFF"/>
              </w:rPr>
              <w:t>No.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A2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A3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A4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A5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A6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A7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A8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A9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A10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A11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A12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A13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A14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A15</w:t>
            </w:r>
          </w:p>
        </w:tc>
        <w:tc>
          <w:tcPr>
            <w:tcW w:type="dxa" w:w="852"/>
            <w:shd w:fill="174A7E"/>
          </w:tcPr>
          <w:p>
            <w:r>
              <w:rPr>
                <w:color w:val="FFFFFF"/>
              </w:rPr>
              <w:t>Status</w:t>
            </w:r>
          </w:p>
        </w:tc>
      </w:tr>
      <w:tr>
        <w:tc>
          <w:tcPr>
            <w:tcW w:type="dxa" w:w="852"/>
          </w:tcPr>
          <w:p>
            <w:r>
              <w:t>1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2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3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4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5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6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7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8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N/A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9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N/A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  <w:tr>
        <w:tc>
          <w:tcPr>
            <w:tcW w:type="dxa" w:w="852"/>
          </w:tcPr>
          <w:p>
            <w:r>
              <w:t>10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N/A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✓</w:t>
            </w:r>
          </w:p>
        </w:tc>
        <w:tc>
          <w:tcPr>
            <w:tcW w:type="dxa" w:w="852"/>
          </w:tcPr>
          <w:p>
            <w:r>
              <w:t>Lulus</w:t>
            </w:r>
          </w:p>
        </w:tc>
      </w:tr>
    </w:tbl>
    <w:p>
      <w:r>
        <w:t>Kode audit: kesesuaian TP, fungsi visual, konsistensi data, satuan, perhitungan, objektivitas jawaban, kualitas pengecoh, bebas petunjuk, bahasa, realisme konteks, keterbacaan label, efisiensi tata letak, responsivitas HP, konsistensi kunci, dan ketidakambiguan.</w:t>
      </w: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 w:eastAsia="Aptos"/>
      <w:b/>
      <w:bCs/>
      <w:color w:val="174A7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174A7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174A7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 w:eastAsia="Aptos"/>
      <w:color w:val="174A7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