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74A7E"/>
          <w:sz w:val="48"/>
        </w:rPr>
        <w:t>PAKET SOAL VISUAL-KONTEKSTUAL</w:t>
      </w:r>
    </w:p>
    <w:p>
      <w:pPr>
        <w:jc w:val="center"/>
      </w:pPr>
      <w:r>
        <w:rPr>
          <w:b/>
          <w:color w:val="2368A2"/>
          <w:sz w:val="36"/>
        </w:rPr>
        <w:t>MEMBANDINGKAN DAN MENGURUTKAN BILANGAN BULAT</w:t>
      </w:r>
    </w:p>
    <w:p>
      <w:pPr>
        <w:jc w:val="center"/>
      </w:pPr>
      <w:r>
        <w:rPr>
          <w:rFonts w:ascii="Aptos" w:hAnsi="Aptos"/>
          <w:b/>
          <w:color w:val="CD7C1C"/>
          <w:sz w:val="20"/>
        </w:rPr>
        <w:t>Matematika • REVISI PROFESIONAL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300000" cy="354375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5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354375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  <w:shd w:fill="174A7E"/>
          </w:tcPr>
          <w:p>
            <w:r>
              <w:rPr>
                <w:b/>
                <w:color w:val="FFFFFF"/>
              </w:rPr>
              <w:t>Mata Pelajaran</w:t>
            </w:r>
          </w:p>
        </w:tc>
        <w:tc>
          <w:tcPr>
            <w:tcW w:type="dxa" w:w="5213"/>
            <w:shd w:fill="EAF3FA"/>
          </w:tcPr>
          <w:p>
            <w:r>
              <w:t>Matematika</w:t>
            </w:r>
          </w:p>
        </w:tc>
      </w:tr>
      <w:tr>
        <w:tc>
          <w:tcPr>
            <w:tcW w:type="dxa" w:w="5213"/>
            <w:shd w:fill="174A7E"/>
          </w:tcPr>
          <w:p>
            <w:r>
              <w:rPr>
                <w:b/>
                <w:color w:val="FFFFFF"/>
              </w:rPr>
              <w:t>Materi</w:t>
            </w:r>
          </w:p>
        </w:tc>
        <w:tc>
          <w:tcPr>
            <w:tcW w:type="dxa" w:w="5213"/>
            <w:shd w:fill="EAF3FA"/>
          </w:tcPr>
          <w:p>
            <w:r>
              <w:t>Membandingkan dan Mengurutkan Bilangan Bulat</w:t>
            </w:r>
          </w:p>
        </w:tc>
      </w:tr>
      <w:tr>
        <w:tc>
          <w:tcPr>
            <w:tcW w:type="dxa" w:w="5213"/>
            <w:shd w:fill="174A7E"/>
          </w:tcPr>
          <w:p>
            <w:r>
              <w:rPr>
                <w:b/>
                <w:color w:val="FFFFFF"/>
              </w:rPr>
              <w:t>Komposisi</w:t>
            </w:r>
          </w:p>
        </w:tc>
        <w:tc>
          <w:tcPr>
            <w:tcW w:type="dxa" w:w="5213"/>
            <w:shd w:fill="EAF3FA"/>
          </w:tcPr>
          <w:p>
            <w:r>
              <w:t>7 pilihan ganda + 3 esai scaffolding</w:t>
            </w:r>
          </w:p>
        </w:tc>
      </w:tr>
    </w:tbl>
    <w:p>
      <w:pPr>
        <w:jc w:val="center"/>
      </w:pPr>
      <w:r>
        <w:rPr>
          <w:sz w:val="20"/>
        </w:rPr>
        <w:t>Melalui pengamatan visual dan situasi kontekstual, peserta didik dapat membandingkan dua atau lebih bilangan bulat serta mengurutkannya dari terkecil ke terbesar atau dari terbesar ke terkecil dengan benar.</w:t>
      </w:r>
    </w:p>
    <w:p>
      <w:r>
        <w:br w:type="page"/>
      </w:r>
    </w:p>
    <w:p>
      <w:pPr>
        <w:sectPr>
          <w:pgSz w:w="12240" w:h="15840"/>
          <w:pgMar w:top="850" w:right="907" w:bottom="850" w:left="907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80"/>
      </w:tblGrid>
      <w:tr>
        <w:tc>
          <w:tcPr>
            <w:tcW w:type="dxa" w:w="14480"/>
            <w:shd w:fill="174A7E"/>
          </w:tcPr>
          <w:p>
            <w:pPr>
              <w:jc w:val="center"/>
            </w:pPr>
            <w:r>
              <w:rPr>
                <w:b/>
                <w:color w:val="FFFFFF"/>
                <w:sz w:val="28"/>
              </w:rPr>
              <w:t>BAGIAN 1 — KISI-KISI SOAL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09"/>
        <w:gridCol w:w="1609"/>
        <w:gridCol w:w="1609"/>
        <w:gridCol w:w="1609"/>
        <w:gridCol w:w="1609"/>
        <w:gridCol w:w="1609"/>
        <w:gridCol w:w="1609"/>
        <w:gridCol w:w="1609"/>
        <w:gridCol w:w="1609"/>
      </w:tblGrid>
      <w:tr>
        <w:tc>
          <w:tcPr>
            <w:tcW w:type="dxa" w:w="1609"/>
            <w:shd w:fill="174A7E"/>
          </w:tcPr>
          <w:p>
            <w:r>
              <w:rPr>
                <w:b/>
                <w:color w:val="FFFFFF"/>
              </w:rPr>
              <w:t>No.</w:t>
            </w:r>
          </w:p>
        </w:tc>
        <w:tc>
          <w:tcPr>
            <w:tcW w:type="dxa" w:w="1609"/>
            <w:shd w:fill="174A7E"/>
          </w:tcPr>
          <w:p>
            <w:r>
              <w:rPr>
                <w:b/>
                <w:color w:val="FFFFFF"/>
              </w:rPr>
              <w:t>Kode TP</w:t>
            </w:r>
          </w:p>
        </w:tc>
        <w:tc>
          <w:tcPr>
            <w:tcW w:type="dxa" w:w="1609"/>
            <w:shd w:fill="174A7E"/>
          </w:tcPr>
          <w:p>
            <w:r>
              <w:rPr>
                <w:b/>
                <w:color w:val="FFFFFF"/>
              </w:rPr>
              <w:t>Indikator</w:t>
            </w:r>
          </w:p>
        </w:tc>
        <w:tc>
          <w:tcPr>
            <w:tcW w:type="dxa" w:w="1609"/>
            <w:shd w:fill="174A7E"/>
          </w:tcPr>
          <w:p>
            <w:r>
              <w:rPr>
                <w:b/>
                <w:color w:val="FFFFFF"/>
              </w:rPr>
              <w:t>Materi</w:t>
            </w:r>
          </w:p>
        </w:tc>
        <w:tc>
          <w:tcPr>
            <w:tcW w:type="dxa" w:w="1609"/>
            <w:shd w:fill="174A7E"/>
          </w:tcPr>
          <w:p>
            <w:r>
              <w:rPr>
                <w:b/>
                <w:color w:val="FFFFFF"/>
              </w:rPr>
              <w:t>Konteks</w:t>
            </w:r>
          </w:p>
        </w:tc>
        <w:tc>
          <w:tcPr>
            <w:tcW w:type="dxa" w:w="1609"/>
            <w:shd w:fill="174A7E"/>
          </w:tcPr>
          <w:p>
            <w:r>
              <w:rPr>
                <w:b/>
                <w:color w:val="FFFFFF"/>
              </w:rPr>
              <w:t>Bentuk</w:t>
            </w:r>
          </w:p>
        </w:tc>
        <w:tc>
          <w:tcPr>
            <w:tcW w:type="dxa" w:w="1609"/>
            <w:shd w:fill="174A7E"/>
          </w:tcPr>
          <w:p>
            <w:r>
              <w:rPr>
                <w:b/>
                <w:color w:val="FFFFFF"/>
              </w:rPr>
              <w:t>Level</w:t>
            </w:r>
          </w:p>
        </w:tc>
        <w:tc>
          <w:tcPr>
            <w:tcW w:type="dxa" w:w="1609"/>
            <w:shd w:fill="174A7E"/>
          </w:tcPr>
          <w:p>
            <w:r>
              <w:rPr>
                <w:b/>
                <w:color w:val="FFFFFF"/>
              </w:rPr>
              <w:t>Visual</w:t>
            </w:r>
          </w:p>
        </w:tc>
        <w:tc>
          <w:tcPr>
            <w:tcW w:type="dxa" w:w="1609"/>
            <w:shd w:fill="174A7E"/>
          </w:tcPr>
          <w:p>
            <w:r>
              <w:rPr>
                <w:b/>
                <w:color w:val="FFFFFF"/>
              </w:rPr>
              <w:t>Kunci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1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TP-2A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Menentukan bilangan paling kecil dari empat suhu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Perbandingan dan urutan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Ruang penyimpanan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PG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C2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ruang penyimpanan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A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2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TP-2A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Membandingkan posisi lantai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Perbandingan dan urutan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Gedung madrasah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PG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C2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gedung madrasah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3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TP-2B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Mengurutkan elevasi dari terendah ke tertinggi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Perbandingan dan urutan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Jalur jelajah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PG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C3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jalur jelajah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B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4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TP-2A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Menentukan saldo terbesar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Perbandingan dan urutan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Koperasi kelas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PG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C3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koperasi kelas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D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5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TP-2B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Mengurutkan suhu dari tertinggi ke terendah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Perbandingan dan urutan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Prakiraan cuaca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PG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C3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prakiraan cuaca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6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TP-2A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Membandingkan dua posisi negatif dan positif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Perbandingan dan urutan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Laboratorium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PG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C3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laboratorium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A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7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TP-2C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Menganalisis kebenaran urutan pada garis bilangan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Perbandingan dan urutan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Papan matematika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PG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C4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papan matematika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D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8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TP-2B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Mengurutkan suhu dan menentukan selisih ekstrem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Perbandingan dan urutan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Gudang beku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Esai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C4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gudang beku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A, D, B, C; selisih 13 °C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9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TP-2C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Mengurutkan elevasi dan memilih rute berdasarkan batas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Perbandingan dan urutan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Rute pendakian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Esai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C4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rute pendakian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A, D, Basecamp, B, C; Pos A dan D di bawah 0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10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TP-2D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Menyusun bilangan dengan syarat dan memeriksa ketepatan urutan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Perbandingan dan urutan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Festival matematika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Esai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C4/C5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festival matematika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+15, +7, 0, −3, −8, −12</w:t>
            </w:r>
          </w:p>
        </w:tc>
      </w:tr>
    </w:tbl>
    <w:p>
      <w:pPr>
        <w:sectPr>
          <w:pgSz w:w="15840" w:h="12240" w:orient="landscape"/>
          <w:pgMar w:top="680" w:right="680" w:bottom="680" w:left="680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174A7E"/>
          </w:tcPr>
          <w:p>
            <w:pPr>
              <w:jc w:val="center"/>
            </w:pPr>
            <w:r>
              <w:rPr>
                <w:b/>
                <w:color w:val="FFFFFF"/>
                <w:sz w:val="28"/>
              </w:rPr>
              <w:t>BAGIAN 2 — NASKAH SOAL SISWA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</w:tcPr>
          <w:p>
            <w:r>
              <w:t>Nama</w:t>
            </w:r>
          </w:p>
        </w:tc>
        <w:tc>
          <w:tcPr>
            <w:tcW w:type="dxa" w:w="5213"/>
          </w:tcPr>
          <w:p>
            <w:r>
              <w:t>........................................................................</w:t>
            </w:r>
          </w:p>
        </w:tc>
      </w:tr>
      <w:tr>
        <w:tc>
          <w:tcPr>
            <w:tcW w:type="dxa" w:w="5213"/>
          </w:tcPr>
          <w:p>
            <w:r>
              <w:t>Kelas</w:t>
            </w:r>
          </w:p>
        </w:tc>
        <w:tc>
          <w:tcPr>
            <w:tcW w:type="dxa" w:w="5213"/>
          </w:tcPr>
          <w:p>
            <w:r>
              <w:t>........................................................................</w:t>
            </w:r>
          </w:p>
        </w:tc>
      </w:tr>
      <w:tr>
        <w:tc>
          <w:tcPr>
            <w:tcW w:type="dxa" w:w="5213"/>
          </w:tcPr>
          <w:p>
            <w:r>
              <w:t>Nomor Absen</w:t>
            </w:r>
          </w:p>
        </w:tc>
        <w:tc>
          <w:tcPr>
            <w:tcW w:type="dxa" w:w="5213"/>
          </w:tcPr>
          <w:p>
            <w:r>
              <w:t>........................................................................</w:t>
            </w:r>
          </w:p>
        </w:tc>
      </w:tr>
      <w:tr>
        <w:tc>
          <w:tcPr>
            <w:tcW w:type="dxa" w:w="5213"/>
          </w:tcPr>
          <w:p>
            <w:r>
              <w:t>Tanggal</w:t>
            </w:r>
          </w:p>
        </w:tc>
        <w:tc>
          <w:tcPr>
            <w:tcW w:type="dxa" w:w="5213"/>
          </w:tcPr>
          <w:p>
            <w:r>
              <w:t>........................................................................</w:t>
            </w:r>
          </w:p>
        </w:tc>
      </w:tr>
    </w:tbl>
    <w:p>
      <w:r>
        <w:rPr>
          <w:b/>
        </w:rPr>
        <w:t xml:space="preserve">Waktu pengerjaan: </w:t>
      </w:r>
      <w:r>
        <w:t xml:space="preserve">75 menit   |   </w:t>
      </w:r>
      <w:r>
        <w:rPr>
          <w:b/>
        </w:rPr>
        <w:t xml:space="preserve">Jumlah soal: </w:t>
      </w:r>
      <w:r>
        <w:t xml:space="preserve">10 nomor   |   </w:t>
      </w:r>
      <w:r>
        <w:rPr>
          <w:b/>
        </w:rPr>
        <w:t xml:space="preserve">Komposisi: </w:t>
      </w:r>
      <w:r>
        <w:t>7 pilihan ganda dan 3 esai</w:t>
      </w:r>
    </w:p>
    <w:p>
      <w:pPr>
        <w:pStyle w:val="Heading2"/>
      </w:pPr>
      <w:r>
        <w:t>Petunjuk Pengerjaan</w:t>
      </w:r>
    </w:p>
    <w:p>
      <w:pPr>
        <w:pStyle w:val="ListNumber"/>
      </w:pPr>
      <w:r>
        <w:t>Amati visual dengan teliti karena data utama terdapat pada visual.</w:t>
      </w:r>
    </w:p>
    <w:p>
      <w:pPr>
        <w:pStyle w:val="ListNumber"/>
      </w:pPr>
      <w:r>
        <w:t>Untuk nomor 1–7, pilih satu jawaban yang paling tepat.</w:t>
      </w:r>
    </w:p>
    <w:p>
      <w:pPr>
        <w:pStyle w:val="ListNumber"/>
      </w:pPr>
      <w:r>
        <w:t>Untuk nomor 8–10, kerjakan terlebih dahulu secara mandiri dan tuliskan langkah penyelesaian.</w:t>
      </w:r>
    </w:p>
    <w:p>
      <w:pPr>
        <w:pStyle w:val="ListNumber"/>
      </w:pPr>
      <w:r>
        <w:t>Bantuan bertahap diberikan guru hanya setelah jawaban mandiri belum tepat.</w:t>
      </w:r>
    </w:p>
    <w:p>
      <w:pPr>
        <w:pStyle w:val="ListNumber"/>
      </w:pPr>
      <w:r>
        <w:t>Periksa kembali urutan dari arah yang diminta: menaik atau menurun.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174A7E"/>
                <w:sz w:val="18"/>
              </w:rPr>
              <w:t>SOAL 1  •  TP-2A  •  C2 - Pemahaman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1. Ruang penyimpanan</w:t>
            </w:r>
          </w:p>
          <w:p>
            <w:pPr>
              <w:spacing w:before="80" w:after="100"/>
            </w:pPr>
            <w:r>
              <w:rPr>
                <w:rFonts w:ascii="Aptos" w:hAnsi="Aptos"/>
                <w:b w:val="0"/>
                <w:i w:val="0"/>
                <w:color w:val="1E2A36"/>
                <w:sz w:val="19"/>
              </w:rPr>
              <w:t>Pengelola ruang penyimpanan harus menempatkan bahan yang paling mudah rusak pada lemari bersuhu terendah. Panel menunjukkan P=-7 derajat Celsius, Q=-2 derajat Celsius, R=0 derajat Celsius, dan S=+4 derajat Celsius.</w:t>
            </w:r>
            <w:r>
              <w:br/>
            </w:r>
            <w:r>
              <w:rPr>
                <w:rFonts w:ascii="Aptos" w:hAnsi="Aptos"/>
                <w:b/>
                <w:i w:val="0"/>
                <w:color w:val="1E2A36"/>
                <w:sz w:val="19"/>
              </w:rPr>
              <w:t>Keputusan manakah yang benar berdasarkan perbandingan bilangan bulat?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5213"/>
              <w:gridCol w:w="5213"/>
            </w:tblGrid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A.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Memilih Lemari P karena -7 merupakan bilangan terkecil dan menunjukkan suhu paling rendah.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B.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Memilih Lemari Q karena -2 lebih dekat ke nol daripada -7.</w:t>
                  </w:r>
                </w:p>
              </w:tc>
            </w:tr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C.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Memilih Lemari R karena nol lebih rendah daripada semua bilangan negatif.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D.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Memilih Lemari S karena +4 memiliki nilai mutlak paling kecil.</w:t>
                  </w:r>
                </w:p>
              </w:tc>
            </w:tr>
          </w:tbl>
          <w:p/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174A7E"/>
                <w:sz w:val="18"/>
              </w:rPr>
              <w:t>SOAL 2  •  TP-2A  •  C2 - Pemahaman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2. Gedung madrasah</w:t>
            </w:r>
          </w:p>
          <w:p>
            <w:pPr>
              <w:spacing w:before="80" w:after="100"/>
            </w:pPr>
            <w:r>
              <w:rPr>
                <w:rFonts w:ascii="Aptos" w:hAnsi="Aptos"/>
                <w:b w:val="0"/>
                <w:i w:val="0"/>
                <w:color w:val="1E2A36"/>
                <w:sz w:val="19"/>
              </w:rPr>
              <w:t>Empat peserta didik berada pada lantai berbeda: A di +3, B di +1, C di -2, dan D di -4. Tim pendamping akan memulai pemeriksaan dari posisi paling rendah.</w:t>
            </w:r>
            <w:r>
              <w:br/>
            </w:r>
            <w:r>
              <w:rPr>
                <w:rFonts w:ascii="Aptos" w:hAnsi="Aptos"/>
                <w:b/>
                <w:i w:val="0"/>
                <w:color w:val="1E2A36"/>
                <w:sz w:val="19"/>
              </w:rPr>
              <w:t>Urutan keputusan pertama yang tepat adalah ...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5213"/>
              <w:gridCol w:w="5213"/>
            </w:tblGrid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A.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memeriksa A karena +3 memiliki angka terbesar.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B.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memeriksa C karena -2 lebih kecil daripada -4 secara nilai mutlak.</w:t>
                  </w:r>
                </w:p>
              </w:tc>
            </w:tr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C.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memeriksa D karena -4 terletak paling bawah dan merupakan bilangan terkecil.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D.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memeriksa B karena +1 paling dekat dengan lobi.</w:t>
                  </w:r>
                </w:p>
              </w:tc>
            </w:tr>
          </w:tbl>
          <w:p/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174A7E"/>
                <w:sz w:val="18"/>
              </w:rPr>
              <w:t>SOAL 3  •  TP-2B  •  C3 - Penerapan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3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3. Jalur jelajah</w:t>
            </w:r>
          </w:p>
          <w:p>
            <w:pPr>
              <w:spacing w:before="80" w:after="100"/>
            </w:pPr>
            <w:r>
              <w:rPr>
                <w:rFonts w:ascii="Aptos" w:hAnsi="Aptos"/>
                <w:b w:val="0"/>
                <w:i w:val="0"/>
                <w:color w:val="1E2A36"/>
                <w:sz w:val="19"/>
              </w:rPr>
              <w:t>Pada jalur jelajah, Pos K berada di -25 meter, L di +10 meter, M di -5 meter, dan N di +35 meter terhadap basecamp. Petugas ingin menyusun rute dari elevasi terendah ke tertinggi.</w:t>
            </w:r>
            <w:r>
              <w:br/>
            </w:r>
            <w:r>
              <w:rPr>
                <w:rFonts w:ascii="Aptos" w:hAnsi="Aptos"/>
                <w:b/>
                <w:i w:val="0"/>
                <w:color w:val="1E2A36"/>
                <w:sz w:val="19"/>
              </w:rPr>
              <w:t>Rute manakah yang memenuhi ketentuan tersebut?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5213"/>
              <w:gridCol w:w="5213"/>
            </w:tblGrid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A.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M-K-L-N, karena -5 lebih rendah daripada -25.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B.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K-M-L-N, karena -25&lt;-5&lt;+10&lt;+35.</w:t>
                  </w:r>
                </w:p>
              </w:tc>
            </w:tr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C.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N-L-M-K, karena rute dimulai dari nilai positif terbesar.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D.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K-L-M-N, karena tanda negatif boleh diabaikan saat membandingkan.</w:t>
                  </w:r>
                </w:p>
              </w:tc>
            </w:tr>
          </w:tbl>
          <w:p/>
        </w:tc>
      </w:tr>
    </w:tbl>
    <w:p/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174A7E"/>
                <w:sz w:val="18"/>
              </w:rPr>
              <w:t>SOAL 4  •  TP-2A  •  C3 - Penerapan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4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4. Koperasi kelas</w:t>
            </w:r>
          </w:p>
          <w:p>
            <w:pPr>
              <w:spacing w:before="80" w:after="100"/>
            </w:pPr>
            <w:r>
              <w:rPr>
                <w:rFonts w:ascii="Aptos" w:hAnsi="Aptos"/>
                <w:b w:val="0"/>
                <w:i w:val="0"/>
                <w:color w:val="1E2A36"/>
                <w:sz w:val="19"/>
              </w:rPr>
              <w:t>Rekap koperasi menunjukkan saldo akhir Kelompok A=-18 ribu, B=+6 ribu, C=-4 ribu, dan D=+12 ribu rupiah. Penghargaan diberikan kepada kelompok dengan saldo akhir terbesar.</w:t>
            </w:r>
            <w:r>
              <w:br/>
            </w:r>
            <w:r>
              <w:rPr>
                <w:rFonts w:ascii="Aptos" w:hAnsi="Aptos"/>
                <w:b/>
                <w:i w:val="0"/>
                <w:color w:val="1E2A36"/>
                <w:sz w:val="19"/>
              </w:rPr>
              <w:t>Kelompok manakah yang layak menerima penghargaan beserta alasan yang benar?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5213"/>
              <w:gridCol w:w="5213"/>
            </w:tblGrid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A.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Kelompok A, karena 18 merupakan angka terbesar tanpa memperhatikan tanda.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B.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Kelompok B, karena semua bilangan positif dianggap sama.</w:t>
                  </w:r>
                </w:p>
              </w:tc>
            </w:tr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C.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Kelompok C, karena -4 lebih dekat ke nol daripada +12.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D.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Kelompok D, karena +12 lebih besar daripada +6, -4, dan -18.</w:t>
                  </w:r>
                </w:p>
              </w:tc>
            </w:tr>
          </w:tbl>
          <w:p/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174A7E"/>
                <w:sz w:val="18"/>
              </w:rPr>
              <w:t>SOAL 5  •  TP-2B  •  C3 - Penerapan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5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5. Prakiraan cuaca</w:t>
            </w:r>
          </w:p>
          <w:p>
            <w:pPr>
              <w:spacing w:before="80" w:after="100"/>
            </w:pPr>
            <w:r>
              <w:rPr>
                <w:rFonts w:ascii="Aptos" w:hAnsi="Aptos"/>
                <w:b w:val="0"/>
                <w:i w:val="0"/>
                <w:color w:val="1E2A36"/>
                <w:sz w:val="19"/>
              </w:rPr>
              <w:t>Prakiraan suhu empat kota mencatat Kota A=-3 derajat Celsius, B=+5 derajat Celsius, C=-8 derajat Celsius, dan D=0 derajat Celsius. Data akan diurutkan dari suhu tertinggi ke terendah.</w:t>
            </w:r>
            <w:r>
              <w:br/>
            </w:r>
            <w:r>
              <w:rPr>
                <w:rFonts w:ascii="Aptos" w:hAnsi="Aptos"/>
                <w:b/>
                <w:i w:val="0"/>
                <w:color w:val="1E2A36"/>
                <w:sz w:val="19"/>
              </w:rPr>
              <w:t>Urutan manakah yang benar?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5213"/>
              <w:gridCol w:w="5213"/>
            </w:tblGrid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A.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C-A-D-B, karena -8 memiliki nilai mutlak terbesar.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B.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B-A-D-C, karena semua bilangan negatif ditempatkan setelah nol tanpa dibandingkan.</w:t>
                  </w:r>
                </w:p>
              </w:tc>
            </w:tr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C.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B-D-A-C, karena +5&gt;0&gt;-3&gt;-8.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D.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D-B-C-A, karena nol selalu harus ditempatkan pertama.</w:t>
                  </w:r>
                </w:p>
              </w:tc>
            </w:tr>
          </w:tbl>
          <w:p/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174A7E"/>
                <w:sz w:val="18"/>
              </w:rPr>
              <w:t>SOAL 6  •  TP-2A  •  C3 - Penerapan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6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6. Laboratorium</w:t>
            </w:r>
          </w:p>
          <w:p>
            <w:pPr>
              <w:spacing w:before="80" w:after="100"/>
            </w:pPr>
            <w:r>
              <w:rPr>
                <w:rFonts w:ascii="Aptos" w:hAnsi="Aptos"/>
                <w:b w:val="0"/>
                <w:i w:val="0"/>
                <w:color w:val="1E2A36"/>
                <w:sz w:val="19"/>
              </w:rPr>
              <w:t>Kode posisi empat rak laboratorium terhadap titik acuan adalah P=-6, Q=-1, R=+2, dan S=+7. Petugas mengecek urutan posisi dari kiri ke kanan pada garis bilangan.</w:t>
            </w:r>
            <w:r>
              <w:br/>
            </w:r>
            <w:r>
              <w:rPr>
                <w:rFonts w:ascii="Aptos" w:hAnsi="Aptos"/>
                <w:b/>
                <w:i w:val="0"/>
                <w:color w:val="1E2A36"/>
                <w:sz w:val="19"/>
              </w:rPr>
              <w:t>Pernyataan manakah yang tepat?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5213"/>
              <w:gridCol w:w="5213"/>
            </w:tblGrid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A.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P&lt;Q&lt;R&lt;S karena -6&lt;-1&lt;+2&lt;+7.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B.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Q&lt;P&lt;R&lt;S karena -1 memiliki nilai mutlak lebih kecil daripada -6.</w:t>
                  </w:r>
                </w:p>
              </w:tc>
            </w:tr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C.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S&lt;R&lt;Q&lt;P karena bilangan positif harus ditulis lebih dahulu.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D.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P&lt;R&lt;Q&lt;S karena tanda negatif dapat diabaikan.</w:t>
                  </w:r>
                </w:p>
              </w:tc>
            </w:tr>
          </w:tbl>
          <w:p/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174A7E"/>
                <w:sz w:val="18"/>
              </w:rPr>
              <w:t>SOAL 7  •  TP-2C  •  C4 - Analisis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7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7. Papan matematika</w:t>
            </w:r>
          </w:p>
          <w:p>
            <w:pPr>
              <w:spacing w:before="80" w:after="100"/>
            </w:pPr>
            <w:r>
              <w:rPr>
                <w:rFonts w:ascii="Aptos" w:hAnsi="Aptos"/>
                <w:b w:val="0"/>
                <w:i w:val="0"/>
                <w:color w:val="1E2A36"/>
                <w:sz w:val="19"/>
              </w:rPr>
              <w:t>Sebuah kelompok menulis urutan titik A=-7, B=-2, C=+1, dan D=+6 sebagai -7&lt;-2&lt;+1&lt;+6. Guru meminta kelas mengevaluasi catatan tersebut.</w:t>
            </w:r>
            <w:r>
              <w:br/>
            </w:r>
            <w:r>
              <w:rPr>
                <w:rFonts w:ascii="Aptos" w:hAnsi="Aptos"/>
                <w:b/>
                <w:i w:val="0"/>
                <w:color w:val="1E2A36"/>
                <w:sz w:val="19"/>
              </w:rPr>
              <w:t>Evaluasi manakah yang paling tepat?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5213"/>
              <w:gridCol w:w="5213"/>
            </w:tblGrid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A.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Catatan salah karena -7 seharusnya lebih besar daripada -2.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B.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Catatan salah karena nol harus selalu muncul dalam setiap urutan.</w:t>
                  </w:r>
                </w:p>
              </w:tc>
            </w:tr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C.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Catatan salah karena bilangan positif tidak dapat dibandingkan dengan bilangan negatif.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D.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Catatan benar karena posisi titik bergerak semakin ke kanan seiring nilai bilangan membesar.</w:t>
                  </w:r>
                </w:p>
              </w:tc>
            </w:tr>
          </w:tbl>
          <w:p/>
        </w:tc>
      </w:tr>
    </w:tbl>
    <w:p/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</w:tcPr>
          <w:p>
            <w:r>
              <w:rPr>
                <w:b/>
                <w:color w:val="174A7E"/>
                <w:sz w:val="18"/>
              </w:rPr>
              <w:t>SOAL 8  •  TP-2B  •  C4 - Analisis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8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8. Gudang beku</w:t>
            </w:r>
          </w:p>
          <w:p>
            <w:r>
              <w:rPr>
                <w:b/>
                <w:sz w:val="22"/>
              </w:rPr>
              <w:t>Urutkan keempat ruang dari suhu terendah ke tertinggi. Kemudian tentukan selisih suhu antara ruang terendah dan tertinggi serta jelaskan maknanya dalam konteks gudang.</w:t>
            </w:r>
          </w:p>
          <w:p>
            <w:r>
              <w:rPr>
                <w:b/>
              </w:rPr>
              <w:t>Jawaban mandiri: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rPr>
                <w:b/>
              </w:rPr>
              <w:t>Checkpoint hasil akhir: ..................................................................................................</w:t>
            </w:r>
          </w:p>
        </w:tc>
      </w:tr>
    </w:tbl>
    <w:p/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</w:tcPr>
          <w:p>
            <w:r>
              <w:rPr>
                <w:b/>
                <w:color w:val="174A7E"/>
                <w:sz w:val="18"/>
              </w:rPr>
              <w:t>SOAL 9  •  TP-2C  •  C4 - Analisis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9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9. Rute pendakian</w:t>
            </w:r>
          </w:p>
          <w:p>
            <w:r>
              <w:rPr>
                <w:b/>
                <w:sz w:val="22"/>
              </w:rPr>
              <w:t>Urutkan seluruh lokasi dari elevasi terendah ke tertinggi. Tim evakuasi hanya boleh memeriksa lokasi yang berada di bawah basecamp terlebih dahulu. Tentukan lokasi yang diperiksa dan jelaskan alasan urutannya.</w:t>
            </w:r>
          </w:p>
          <w:p>
            <w:r>
              <w:rPr>
                <w:b/>
              </w:rPr>
              <w:t>Jawaban mandiri: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rPr>
                <w:b/>
              </w:rPr>
              <w:t>Checkpoint hasil akhir: ..................................................................................................</w:t>
            </w:r>
          </w:p>
        </w:tc>
      </w:tr>
    </w:tbl>
    <w:p/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</w:tcPr>
          <w:p>
            <w:r>
              <w:rPr>
                <w:b/>
                <w:color w:val="174A7E"/>
                <w:sz w:val="18"/>
              </w:rPr>
              <w:t>SOAL 10  •  TP-2D  •  C4/C5 - Pemecahan Masalah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11" name="Picture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10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10. Festival matematika</w:t>
            </w:r>
          </w:p>
          <w:p>
            <w:r>
              <w:rPr>
                <w:b/>
                <w:sz w:val="22"/>
              </w:rPr>
              <w:t>Susun keenam kartu dari terbesar ke terkecil. Setelah itu, pilih dua kartu bilangan negatif yang paling berdekatan nilainya dan jelaskan bagaimana kamu menentukannya.</w:t>
            </w:r>
          </w:p>
          <w:p>
            <w:r>
              <w:rPr>
                <w:b/>
              </w:rPr>
              <w:t>Jawaban mandiri: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rPr>
                <w:b/>
              </w:rPr>
              <w:t>Checkpoint hasil akhir: ..................................................................................................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174A7E"/>
          </w:tcPr>
          <w:p>
            <w:pPr>
              <w:jc w:val="center"/>
            </w:pPr>
            <w:r>
              <w:rPr>
                <w:b/>
                <w:color w:val="FFFFFF"/>
                <w:sz w:val="28"/>
              </w:rPr>
              <w:t>BAGIAN 3 — SPESIFIKASI VISUAL</w:t>
            </w:r>
          </w:p>
        </w:tc>
      </w:tr>
    </w:tbl>
    <w:p/>
    <w:p>
      <w:pPr>
        <w:pStyle w:val="Heading2"/>
      </w:pPr>
      <w:r>
        <w:t>Visual Soal Nomor 1</w:t>
      </w:r>
    </w:p>
    <w:p>
      <w:r>
        <w:rPr>
          <w:b/>
        </w:rPr>
        <w:t xml:space="preserve">Jenis visual: </w:t>
      </w:r>
      <w:r>
        <w:t>Ilustrasi semi-realistis ruang penyimpanan</w:t>
      </w:r>
    </w:p>
    <w:p>
      <w:r>
        <w:rPr>
          <w:b/>
        </w:rPr>
        <w:t xml:space="preserve">Data yang harus terlihat: </w:t>
      </w:r>
      <w:r>
        <w:t>Lemari P (−7 °C)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membandingkan atau mengurutkan.</w:t>
      </w:r>
    </w:p>
    <w:p>
      <w:r>
        <w:rPr>
          <w:b/>
        </w:rPr>
        <w:t xml:space="preserve">Teks alternatif: </w:t>
      </w:r>
      <w:r>
        <w:t>Visual ruang penyimpanan dengan data bilangan bulat untuk soal nomor 1.</w:t>
      </w:r>
    </w:p>
    <w:p>
      <w:pPr>
        <w:pStyle w:val="Heading2"/>
      </w:pPr>
      <w:r>
        <w:t>Visual Soal Nomor 2</w:t>
      </w:r>
    </w:p>
    <w:p>
      <w:r>
        <w:rPr>
          <w:b/>
        </w:rPr>
        <w:t xml:space="preserve">Jenis visual: </w:t>
      </w:r>
      <w:r>
        <w:t>Ilustrasi semi-realistis gedung madrasah</w:t>
      </w:r>
    </w:p>
    <w:p>
      <w:r>
        <w:rPr>
          <w:b/>
        </w:rPr>
        <w:t xml:space="preserve">Data yang harus terlihat: </w:t>
      </w:r>
      <w:r>
        <w:t>Siswa D pada lantai −4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membandingkan atau mengurutkan.</w:t>
      </w:r>
    </w:p>
    <w:p>
      <w:r>
        <w:rPr>
          <w:b/>
        </w:rPr>
        <w:t xml:space="preserve">Teks alternatif: </w:t>
      </w:r>
      <w:r>
        <w:t>Visual gedung madrasah dengan data bilangan bulat untuk soal nomor 2.</w:t>
      </w:r>
    </w:p>
    <w:p>
      <w:pPr>
        <w:pStyle w:val="Heading2"/>
      </w:pPr>
      <w:r>
        <w:t>Visual Soal Nomor 3</w:t>
      </w:r>
    </w:p>
    <w:p>
      <w:r>
        <w:rPr>
          <w:b/>
        </w:rPr>
        <w:t xml:space="preserve">Jenis visual: </w:t>
      </w:r>
      <w:r>
        <w:t>Ilustrasi semi-realistis jalur jelajah</w:t>
      </w:r>
    </w:p>
    <w:p>
      <w:r>
        <w:rPr>
          <w:b/>
        </w:rPr>
        <w:t xml:space="preserve">Data yang harus terlihat: </w:t>
      </w:r>
      <w:r>
        <w:t>K, M, L, N (−25 &lt; −5 &lt; +10 &lt; +35)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membandingkan atau mengurutkan.</w:t>
      </w:r>
    </w:p>
    <w:p>
      <w:r>
        <w:rPr>
          <w:b/>
        </w:rPr>
        <w:t xml:space="preserve">Teks alternatif: </w:t>
      </w:r>
      <w:r>
        <w:t>Visual jalur jelajah dengan data bilangan bulat untuk soal nomor 3.</w:t>
      </w:r>
    </w:p>
    <w:p>
      <w:pPr>
        <w:pStyle w:val="Heading2"/>
      </w:pPr>
      <w:r>
        <w:t>Visual Soal Nomor 4</w:t>
      </w:r>
    </w:p>
    <w:p>
      <w:r>
        <w:rPr>
          <w:b/>
        </w:rPr>
        <w:t xml:space="preserve">Jenis visual: </w:t>
      </w:r>
      <w:r>
        <w:t>Ilustrasi semi-realistis koperasi kelas</w:t>
      </w:r>
    </w:p>
    <w:p>
      <w:r>
        <w:rPr>
          <w:b/>
        </w:rPr>
        <w:t xml:space="preserve">Data yang harus terlihat: </w:t>
      </w:r>
      <w:r>
        <w:t>Kelompok D (+12 ribu rupiah)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membandingkan atau mengurutkan.</w:t>
      </w:r>
    </w:p>
    <w:p>
      <w:r>
        <w:rPr>
          <w:b/>
        </w:rPr>
        <w:t xml:space="preserve">Teks alternatif: </w:t>
      </w:r>
      <w:r>
        <w:t>Visual koperasi kelas dengan data bilangan bulat untuk soal nomor 4.</w:t>
      </w:r>
    </w:p>
    <w:p>
      <w:pPr>
        <w:pStyle w:val="Heading2"/>
      </w:pPr>
      <w:r>
        <w:t>Visual Soal Nomor 5</w:t>
      </w:r>
    </w:p>
    <w:p>
      <w:r>
        <w:rPr>
          <w:b/>
        </w:rPr>
        <w:t xml:space="preserve">Jenis visual: </w:t>
      </w:r>
      <w:r>
        <w:t>Ilustrasi semi-realistis prakiraan cuaca</w:t>
      </w:r>
    </w:p>
    <w:p>
      <w:r>
        <w:rPr>
          <w:b/>
        </w:rPr>
        <w:t xml:space="preserve">Data yang harus terlihat: </w:t>
      </w:r>
      <w:r>
        <w:t>B, D, A, C (+5 &gt; 0 &gt; −3 &gt; −8)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membandingkan atau mengurutkan.</w:t>
      </w:r>
    </w:p>
    <w:p>
      <w:r>
        <w:rPr>
          <w:b/>
        </w:rPr>
        <w:t xml:space="preserve">Teks alternatif: </w:t>
      </w:r>
      <w:r>
        <w:t>Visual prakiraan cuaca dengan data bilangan bulat untuk soal nomor 5.</w:t>
      </w:r>
    </w:p>
    <w:p>
      <w:pPr>
        <w:pStyle w:val="Heading2"/>
      </w:pPr>
      <w:r>
        <w:t>Visual Soal Nomor 6</w:t>
      </w:r>
    </w:p>
    <w:p>
      <w:r>
        <w:rPr>
          <w:b/>
        </w:rPr>
        <w:t xml:space="preserve">Jenis visual: </w:t>
      </w:r>
      <w:r>
        <w:t>Ilustrasi semi-realistis laboratorium</w:t>
      </w:r>
    </w:p>
    <w:p>
      <w:r>
        <w:rPr>
          <w:b/>
        </w:rPr>
        <w:t xml:space="preserve">Data yang harus terlihat: </w:t>
      </w:r>
      <w:r>
        <w:t>Rak P &lt; Rak Q &lt; Rak R &lt; Rak S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membandingkan atau mengurutkan.</w:t>
      </w:r>
    </w:p>
    <w:p>
      <w:r>
        <w:rPr>
          <w:b/>
        </w:rPr>
        <w:t xml:space="preserve">Teks alternatif: </w:t>
      </w:r>
      <w:r>
        <w:t>Visual laboratorium dengan data bilangan bulat untuk soal nomor 6.</w:t>
      </w:r>
    </w:p>
    <w:p>
      <w:pPr>
        <w:pStyle w:val="Heading2"/>
      </w:pPr>
      <w:r>
        <w:t>Visual Soal Nomor 7</w:t>
      </w:r>
    </w:p>
    <w:p>
      <w:r>
        <w:rPr>
          <w:b/>
        </w:rPr>
        <w:t xml:space="preserve">Jenis visual: </w:t>
      </w:r>
      <w:r>
        <w:t>Ilustrasi semi-realistis papan matematika</w:t>
      </w:r>
    </w:p>
    <w:p>
      <w:r>
        <w:rPr>
          <w:b/>
        </w:rPr>
        <w:t xml:space="preserve">Data yang harus terlihat: </w:t>
      </w:r>
      <w:r>
        <w:t>D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membandingkan atau mengurutkan.</w:t>
      </w:r>
    </w:p>
    <w:p>
      <w:r>
        <w:rPr>
          <w:b/>
        </w:rPr>
        <w:t xml:space="preserve">Teks alternatif: </w:t>
      </w:r>
      <w:r>
        <w:t>Visual papan matematika dengan data bilangan bulat untuk soal nomor 7.</w:t>
      </w:r>
    </w:p>
    <w:p>
      <w:pPr>
        <w:pStyle w:val="Heading2"/>
      </w:pPr>
      <w:r>
        <w:t>Visual Soal Nomor 8</w:t>
      </w:r>
    </w:p>
    <w:p>
      <w:r>
        <w:rPr>
          <w:b/>
        </w:rPr>
        <w:t xml:space="preserve">Jenis visual: </w:t>
      </w:r>
      <w:r>
        <w:t>Ilustrasi semi-realistis gudang beku</w:t>
      </w:r>
    </w:p>
    <w:p>
      <w:r>
        <w:rPr>
          <w:b/>
        </w:rPr>
        <w:t xml:space="preserve">Data yang harus terlihat: </w:t>
      </w:r>
      <w:r>
        <w:t>Seluruh data bilangan pada visual tanpa menampilkan jawaban akhir.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membandingkan atau mengurutkan.</w:t>
      </w:r>
    </w:p>
    <w:p>
      <w:r>
        <w:rPr>
          <w:b/>
        </w:rPr>
        <w:t xml:space="preserve">Teks alternatif: </w:t>
      </w:r>
      <w:r>
        <w:t>Visual gudang beku dengan data bilangan bulat untuk soal nomor 8.</w:t>
      </w:r>
    </w:p>
    <w:p>
      <w:pPr>
        <w:pStyle w:val="Heading2"/>
      </w:pPr>
      <w:r>
        <w:t>Visual Soal Nomor 9</w:t>
      </w:r>
    </w:p>
    <w:p>
      <w:r>
        <w:rPr>
          <w:b/>
        </w:rPr>
        <w:t xml:space="preserve">Jenis visual: </w:t>
      </w:r>
      <w:r>
        <w:t>Ilustrasi semi-realistis rute pendakian</w:t>
      </w:r>
    </w:p>
    <w:p>
      <w:r>
        <w:rPr>
          <w:b/>
        </w:rPr>
        <w:t xml:space="preserve">Data yang harus terlihat: </w:t>
      </w:r>
      <w:r>
        <w:t>Seluruh data bilangan pada visual tanpa menampilkan jawaban akhir.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membandingkan atau mengurutkan.</w:t>
      </w:r>
    </w:p>
    <w:p>
      <w:r>
        <w:rPr>
          <w:b/>
        </w:rPr>
        <w:t xml:space="preserve">Teks alternatif: </w:t>
      </w:r>
      <w:r>
        <w:t>Visual rute pendakian dengan data bilangan bulat untuk soal nomor 9.</w:t>
      </w:r>
    </w:p>
    <w:p>
      <w:pPr>
        <w:pStyle w:val="Heading2"/>
      </w:pPr>
      <w:r>
        <w:t>Visual Soal Nomor 10</w:t>
      </w:r>
    </w:p>
    <w:p>
      <w:r>
        <w:rPr>
          <w:b/>
        </w:rPr>
        <w:t xml:space="preserve">Jenis visual: </w:t>
      </w:r>
      <w:r>
        <w:t>Ilustrasi semi-realistis festival matematika</w:t>
      </w:r>
    </w:p>
    <w:p>
      <w:r>
        <w:rPr>
          <w:b/>
        </w:rPr>
        <w:t xml:space="preserve">Data yang harus terlihat: </w:t>
      </w:r>
      <w:r>
        <w:t>Seluruh data bilangan pada visual tanpa menampilkan jawaban akhir.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membandingkan atau mengurutkan.</w:t>
      </w:r>
    </w:p>
    <w:p>
      <w:r>
        <w:rPr>
          <w:b/>
        </w:rPr>
        <w:t xml:space="preserve">Teks alternatif: </w:t>
      </w:r>
      <w:r>
        <w:t>Visual festival matematika dengan data bilangan bulat untuk soal nomor 10.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174A7E"/>
          </w:tcPr>
          <w:p>
            <w:pPr>
              <w:jc w:val="center"/>
            </w:pPr>
            <w:r>
              <w:rPr>
                <w:b/>
                <w:color w:val="FFFFFF"/>
                <w:sz w:val="28"/>
              </w:rPr>
              <w:t>BAGIAN 4 — KUNCI, PEMBAHASAN, DAN SCAFFOLDING GURU</w:t>
            </w:r>
          </w:p>
        </w:tc>
      </w:tr>
    </w:tbl>
    <w:p/>
    <w:p>
      <w:pPr>
        <w:pStyle w:val="Heading2"/>
      </w:pPr>
      <w:r>
        <w:t>Nomor 1</w:t>
      </w:r>
    </w:p>
    <w:p>
      <w:r>
        <w:rPr>
          <w:b/>
        </w:rPr>
        <w:t xml:space="preserve">Jawaban: </w:t>
      </w:r>
      <w:r>
        <w:t>Lemari P (−7 °C)</w:t>
      </w:r>
    </w:p>
    <w:p>
      <w:r>
        <w:t>Langkah penyelesaian:</w:t>
      </w:r>
    </w:p>
    <w:p>
      <w:pPr>
        <w:pStyle w:val="ListNumber"/>
      </w:pPr>
      <w:r>
        <w:t>Bandingkan −7, −2, 0, dan +4.</w:t>
      </w:r>
    </w:p>
    <w:p>
      <w:pPr>
        <w:pStyle w:val="ListNumber"/>
      </w:pPr>
      <w:r>
        <w:t>Bilangan yang letaknya paling kiri pada garis bilangan adalah yang paling kecil.</w:t>
      </w:r>
    </w:p>
    <w:p>
      <w:pPr>
        <w:pStyle w:val="ListNumber"/>
      </w:pPr>
      <w:r>
        <w:t>−7 merupakan nilai paling kecil.</w:t>
      </w:r>
    </w:p>
    <w:p>
      <w:r>
        <w:rPr>
          <w:b/>
        </w:rPr>
        <w:t xml:space="preserve">Miskonsepsi yang mungkin terjadi: </w:t>
      </w:r>
      <w:r>
        <w:t>Menganggap −2 lebih kecil daripada −7 karena 2 lebih kecil daripada 7.</w:t>
      </w:r>
    </w:p>
    <w:p>
      <w:r>
        <w:rPr>
          <w:b/>
        </w:rPr>
        <w:t xml:space="preserve">Skor: </w:t>
      </w:r>
      <w:r>
        <w:t>1</w:t>
      </w:r>
    </w:p>
    <w:p>
      <w:pPr>
        <w:pStyle w:val="Heading2"/>
      </w:pPr>
      <w:r>
        <w:t>Nomor 2</w:t>
      </w:r>
    </w:p>
    <w:p>
      <w:r>
        <w:rPr>
          <w:b/>
        </w:rPr>
        <w:t xml:space="preserve">Jawaban: </w:t>
      </w:r>
      <w:r>
        <w:t>Siswa D pada lantai −4</w:t>
      </w:r>
    </w:p>
    <w:p>
      <w:r>
        <w:t>Langkah penyelesaian:</w:t>
      </w:r>
    </w:p>
    <w:p>
      <w:pPr>
        <w:pStyle w:val="ListNumber"/>
      </w:pPr>
      <w:r>
        <w:t>Baca lantai A=+3, B=+1, C=−2, dan D=−4.</w:t>
      </w:r>
    </w:p>
    <w:p>
      <w:pPr>
        <w:pStyle w:val="ListNumber"/>
      </w:pPr>
      <w:r>
        <w:t>Urutkan nilai dari kecil: −4, −2, +1, +3.</w:t>
      </w:r>
    </w:p>
    <w:p>
      <w:pPr>
        <w:pStyle w:val="ListNumber"/>
      </w:pPr>
      <w:r>
        <w:t>Posisi paling rendah adalah −4.</w:t>
      </w:r>
    </w:p>
    <w:p>
      <w:r>
        <w:rPr>
          <w:b/>
        </w:rPr>
        <w:t xml:space="preserve">Miskonsepsi yang mungkin terjadi: </w:t>
      </w:r>
      <w:r>
        <w:t>Menganggap angka 4 selalu paling tinggi tanpa memperhatikan tanda negatif.</w:t>
      </w:r>
    </w:p>
    <w:p>
      <w:r>
        <w:rPr>
          <w:b/>
        </w:rPr>
        <w:t xml:space="preserve">Skor: </w:t>
      </w:r>
      <w:r>
        <w:t>1</w:t>
      </w:r>
    </w:p>
    <w:p>
      <w:pPr>
        <w:pStyle w:val="Heading2"/>
      </w:pPr>
      <w:r>
        <w:t>Nomor 3</w:t>
      </w:r>
    </w:p>
    <w:p>
      <w:r>
        <w:rPr>
          <w:b/>
        </w:rPr>
        <w:t xml:space="preserve">Jawaban: </w:t>
      </w:r>
      <w:r>
        <w:t>K, M, L, N (−25 &lt; −5 &lt; +10 &lt; +35)</w:t>
      </w:r>
    </w:p>
    <w:p>
      <w:r>
        <w:t>Langkah penyelesaian:</w:t>
      </w:r>
    </w:p>
    <w:p>
      <w:pPr>
        <w:pStyle w:val="ListNumber"/>
      </w:pPr>
      <w:r>
        <w:t>Catat K=−25, L=+10, M=−5, N=+35.</w:t>
      </w:r>
    </w:p>
    <w:p>
      <w:pPr>
        <w:pStyle w:val="ListNumber"/>
      </w:pPr>
      <w:r>
        <w:t>Bilangan negatif yang lebih jauh dari nol lebih kecil.</w:t>
      </w:r>
    </w:p>
    <w:p>
      <w:pPr>
        <w:pStyle w:val="ListNumber"/>
      </w:pPr>
      <w:r>
        <w:t>Urutan benar: −25, −5, +10, +35.</w:t>
      </w:r>
    </w:p>
    <w:p>
      <w:r>
        <w:rPr>
          <w:b/>
        </w:rPr>
        <w:t xml:space="preserve">Miskonsepsi yang mungkin terjadi: </w:t>
      </w:r>
      <w:r>
        <w:t>Menempatkan −5 sebelum −25 karena hanya membandingkan angka 5 dan 25.</w:t>
      </w:r>
    </w:p>
    <w:p>
      <w:r>
        <w:rPr>
          <w:b/>
        </w:rPr>
        <w:t xml:space="preserve">Skor: </w:t>
      </w:r>
      <w:r>
        <w:t>1</w:t>
      </w:r>
    </w:p>
    <w:p>
      <w:pPr>
        <w:pStyle w:val="Heading2"/>
      </w:pPr>
      <w:r>
        <w:t>Nomor 4</w:t>
      </w:r>
    </w:p>
    <w:p>
      <w:r>
        <w:rPr>
          <w:b/>
        </w:rPr>
        <w:t xml:space="preserve">Jawaban: </w:t>
      </w:r>
      <w:r>
        <w:t>Kelompok D (+12 ribu rupiah)</w:t>
      </w:r>
    </w:p>
    <w:p>
      <w:r>
        <w:t>Langkah penyelesaian:</w:t>
      </w:r>
    </w:p>
    <w:p>
      <w:pPr>
        <w:pStyle w:val="ListNumber"/>
      </w:pPr>
      <w:r>
        <w:t>Bandingkan −18, +6, −4, dan +12.</w:t>
      </w:r>
    </w:p>
    <w:p>
      <w:pPr>
        <w:pStyle w:val="ListNumber"/>
      </w:pPr>
      <w:r>
        <w:t>Bilangan positif lebih besar daripada bilangan negatif.</w:t>
      </w:r>
    </w:p>
    <w:p>
      <w:pPr>
        <w:pStyle w:val="ListNumber"/>
      </w:pPr>
      <w:r>
        <w:t>Di antara +6 dan +12, nilai terbesar adalah +12.</w:t>
      </w:r>
    </w:p>
    <w:p>
      <w:r>
        <w:rPr>
          <w:b/>
        </w:rPr>
        <w:t xml:space="preserve">Miskonsepsi yang mungkin terjadi: </w:t>
      </w:r>
      <w:r>
        <w:t>Memilih −18 karena angka 18 paling besar.</w:t>
      </w:r>
    </w:p>
    <w:p>
      <w:r>
        <w:rPr>
          <w:b/>
        </w:rPr>
        <w:t xml:space="preserve">Skor: </w:t>
      </w:r>
      <w:r>
        <w:t>1</w:t>
      </w:r>
    </w:p>
    <w:p>
      <w:pPr>
        <w:pStyle w:val="Heading2"/>
      </w:pPr>
      <w:r>
        <w:t>Nomor 5</w:t>
      </w:r>
    </w:p>
    <w:p>
      <w:r>
        <w:rPr>
          <w:b/>
        </w:rPr>
        <w:t xml:space="preserve">Jawaban: </w:t>
      </w:r>
      <w:r>
        <w:t>B, D, A, C (+5 &gt; 0 &gt; −3 &gt; −8)</w:t>
      </w:r>
    </w:p>
    <w:p>
      <w:r>
        <w:t>Langkah penyelesaian:</w:t>
      </w:r>
    </w:p>
    <w:p>
      <w:pPr>
        <w:pStyle w:val="ListNumber"/>
      </w:pPr>
      <w:r>
        <w:t>Catat suhu A=−3, B=+5, C=−8, D=0.</w:t>
      </w:r>
    </w:p>
    <w:p>
      <w:pPr>
        <w:pStyle w:val="ListNumber"/>
      </w:pPr>
      <w:r>
        <w:t>Mulai dari bilangan terbesar: +5, 0, −3, −8.</w:t>
      </w:r>
    </w:p>
    <w:p>
      <w:pPr>
        <w:pStyle w:val="ListNumber"/>
      </w:pPr>
      <w:r>
        <w:t>Cocokkan dengan nama kota: B, D, A, C.</w:t>
      </w:r>
    </w:p>
    <w:p>
      <w:r>
        <w:rPr>
          <w:b/>
        </w:rPr>
        <w:t xml:space="preserve">Miskonsepsi yang mungkin terjadi: </w:t>
      </w:r>
      <w:r>
        <w:t>Mengurutkan berdasarkan besar angka tanpa tanda.</w:t>
      </w:r>
    </w:p>
    <w:p>
      <w:r>
        <w:rPr>
          <w:b/>
        </w:rPr>
        <w:t xml:space="preserve">Skor: </w:t>
      </w:r>
      <w:r>
        <w:t>1</w:t>
      </w:r>
    </w:p>
    <w:p>
      <w:pPr>
        <w:pStyle w:val="Heading2"/>
      </w:pPr>
      <w:r>
        <w:t>Nomor 6</w:t>
      </w:r>
    </w:p>
    <w:p>
      <w:r>
        <w:rPr>
          <w:b/>
        </w:rPr>
        <w:t xml:space="preserve">Jawaban: </w:t>
      </w:r>
      <w:r>
        <w:t>Rak P &lt; Rak Q &lt; Rak R &lt; Rak S</w:t>
      </w:r>
    </w:p>
    <w:p>
      <w:r>
        <w:t>Langkah penyelesaian:</w:t>
      </w:r>
    </w:p>
    <w:p>
      <w:pPr>
        <w:pStyle w:val="ListNumber"/>
      </w:pPr>
      <w:r>
        <w:t>Nilai rak: P=−6, Q=−1, R=+2, S=+7.</w:t>
      </w:r>
    </w:p>
    <w:p>
      <w:pPr>
        <w:pStyle w:val="ListNumber"/>
      </w:pPr>
      <w:r>
        <w:t>Urutan dari kecil ke besar: −6, −1, +2, +7.</w:t>
      </w:r>
    </w:p>
    <w:p>
      <w:r>
        <w:rPr>
          <w:b/>
        </w:rPr>
        <w:t xml:space="preserve">Miskonsepsi yang mungkin terjadi: </w:t>
      </w:r>
      <w:r>
        <w:t>Menganggap −1 lebih kecil daripada −6 karena 1 lebih kecil daripada 6.</w:t>
      </w:r>
    </w:p>
    <w:p>
      <w:r>
        <w:rPr>
          <w:b/>
        </w:rPr>
        <w:t xml:space="preserve">Skor: </w:t>
      </w:r>
      <w:r>
        <w:t>1</w:t>
      </w:r>
    </w:p>
    <w:p>
      <w:pPr>
        <w:pStyle w:val="Heading2"/>
      </w:pPr>
      <w:r>
        <w:t>Nomor 7</w:t>
      </w:r>
    </w:p>
    <w:p>
      <w:r>
        <w:rPr>
          <w:b/>
        </w:rPr>
        <w:t xml:space="preserve">Jawaban: </w:t>
      </w:r>
      <w:r>
        <w:t>D</w:t>
      </w:r>
    </w:p>
    <w:p>
      <w:r>
        <w:t>Langkah penyelesaian:</w:t>
      </w:r>
    </w:p>
    <w:p>
      <w:pPr>
        <w:pStyle w:val="ListNumber"/>
      </w:pPr>
      <w:r>
        <w:t>Pada garis bilangan, nilai bertambah dari kiri ke kanan.</w:t>
      </w:r>
    </w:p>
    <w:p>
      <w:pPr>
        <w:pStyle w:val="ListNumber"/>
      </w:pPr>
      <w:r>
        <w:t>A=−7, B=−2, C=+1, D=+6.</w:t>
      </w:r>
    </w:p>
    <w:p>
      <w:pPr>
        <w:pStyle w:val="ListNumber"/>
      </w:pPr>
      <w:r>
        <w:t>Urutan −7 &lt; −2 &lt; +1 &lt; +6 benar.</w:t>
      </w:r>
    </w:p>
    <w:p>
      <w:r>
        <w:rPr>
          <w:b/>
        </w:rPr>
        <w:t xml:space="preserve">Miskonsepsi yang mungkin terjadi: </w:t>
      </w:r>
      <w:r>
        <w:t>Mengira bilangan negatif dengan angka lebih besar selalu bernilai lebih besar.</w:t>
      </w:r>
    </w:p>
    <w:p>
      <w:r>
        <w:rPr>
          <w:b/>
        </w:rPr>
        <w:t xml:space="preserve">Skor: </w:t>
      </w:r>
      <w:r>
        <w:t>1</w:t>
      </w:r>
    </w:p>
    <w:p>
      <w:pPr>
        <w:pStyle w:val="Heading2"/>
      </w:pPr>
      <w:r>
        <w:t>Nomor 8</w:t>
      </w:r>
    </w:p>
    <w:p>
      <w:r>
        <w:rPr>
          <w:b/>
        </w:rPr>
        <w:t xml:space="preserve">Jawaban: </w:t>
      </w:r>
      <w:r>
        <w:t>A (−11), D (−7), B (−4), C (+2); selisih 13 °C</w:t>
      </w:r>
    </w:p>
    <w:p>
      <w:r>
        <w:t>Langkah penyelesaian:</w:t>
      </w:r>
    </w:p>
    <w:p>
      <w:pPr>
        <w:pStyle w:val="ListNumber"/>
      </w:pPr>
      <w:r>
        <w:t>Tuliskan semua suhu: A=−11, B=−4, C=+2, D=−7.</w:t>
      </w:r>
    </w:p>
    <w:p>
      <w:pPr>
        <w:pStyle w:val="ListNumber"/>
      </w:pPr>
      <w:r>
        <w:t>Urutkan: −11 &lt; −7 &lt; −4 &lt; +2.</w:t>
      </w:r>
    </w:p>
    <w:p>
      <w:pPr>
        <w:pStyle w:val="ListNumber"/>
      </w:pPr>
      <w:r>
        <w:t>Selisih ekstrem: +2 − (−11)=13 °C.</w:t>
      </w:r>
    </w:p>
    <w:p>
      <w:pPr>
        <w:pStyle w:val="ListNumber"/>
      </w:pPr>
      <w:r>
        <w:t>Artinya suhu ruang C 13 °C lebih tinggi daripada ruang A.</w:t>
      </w:r>
    </w:p>
    <w:p>
      <w:r>
        <w:rPr>
          <w:b/>
        </w:rPr>
        <w:t xml:space="preserve">Miskonsepsi yang mungkin terjadi: </w:t>
      </w:r>
      <w:r>
        <w:t>Menghitung 11−2=9 karena mengabaikan bahwa kedua suhu berada pada sisi berbeda dari nol.</w:t>
      </w:r>
    </w:p>
    <w:p>
      <w:r>
        <w:rPr>
          <w:b/>
        </w:rPr>
        <w:t>Kartu bantuan bertahap (berikan satu per satu):</w:t>
      </w:r>
    </w:p>
    <w:p>
      <w:pPr>
        <w:pStyle w:val="ListNumber"/>
      </w:pPr>
      <w:r>
        <w:t>Bantuan 1: Tuliskan suhu setiap ruang dalam satu baris sebelum mengurutkan.</w:t>
      </w:r>
    </w:p>
    <w:p>
      <w:pPr>
        <w:pStyle w:val="ListNumber"/>
      </w:pPr>
      <w:r>
        <w:t>Bantuan 2: Pada bilangan negatif, suhu yang angkanya lebih jauh dari nol bernilai lebih rendah.</w:t>
      </w:r>
    </w:p>
    <w:p>
      <w:pPr>
        <w:pStyle w:val="ListNumber"/>
      </w:pPr>
      <w:r>
        <w:t>Bantuan 3: Setelah urutan benar, selisih suhu ekstrem dapat dihitung dengan +2 − (−11).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  <w:shd w:fill="174A7E"/>
          </w:tcPr>
          <w:p>
            <w:r>
              <w:rPr>
                <w:b/>
                <w:color w:val="FFFFFF"/>
              </w:rPr>
              <w:t>Komponen</w:t>
            </w:r>
          </w:p>
        </w:tc>
        <w:tc>
          <w:tcPr>
            <w:tcW w:type="dxa" w:w="5213"/>
            <w:shd w:fill="174A7E"/>
          </w:tcPr>
          <w:p>
            <w:r>
              <w:rPr>
                <w:b/>
                <w:color w:val="FFFFFF"/>
              </w:rPr>
              <w:t>Skor</w:t>
            </w:r>
          </w:p>
        </w:tc>
      </w:tr>
      <w:tr>
        <w:tc>
          <w:tcPr>
            <w:tcW w:type="dxa" w:w="5213"/>
          </w:tcPr>
          <w:p>
            <w:r>
              <w:t>Menuliskan data dari visual dengan benar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Menentukan arah urutan yang diminta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Menyusun urutan secara benar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Menunjukkan perhitungan/penalaran pendukung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Menuliskan hasil akhir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Menafsirkan hasil dalam konteks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5213"/>
          </w:tcPr>
          <w:p>
            <w:r>
              <w:rPr>
                <w:b/>
              </w:rPr>
              <w:t>6</w:t>
            </w:r>
          </w:p>
        </w:tc>
      </w:tr>
    </w:tbl>
    <w:p>
      <w:pPr>
        <w:pStyle w:val="Heading2"/>
      </w:pPr>
      <w:r>
        <w:t>Nomor 9</w:t>
      </w:r>
    </w:p>
    <w:p>
      <w:r>
        <w:rPr>
          <w:b/>
        </w:rPr>
        <w:t xml:space="preserve">Jawaban: </w:t>
      </w:r>
      <w:r>
        <w:t>Pos A (−15), Pos D (−5), Basecamp (0), Pos B (+20), Pos C (+55). Lokasi di bawah basecamp: A lalu D.</w:t>
      </w:r>
    </w:p>
    <w:p>
      <w:r>
        <w:t>Langkah penyelesaian:</w:t>
      </w:r>
    </w:p>
    <w:p>
      <w:pPr>
        <w:pStyle w:val="ListNumber"/>
      </w:pPr>
      <w:r>
        <w:t>Catat elevasi setiap lokasi.</w:t>
      </w:r>
    </w:p>
    <w:p>
      <w:pPr>
        <w:pStyle w:val="ListNumber"/>
      </w:pPr>
      <w:r>
        <w:t>Urutkan nilai: −15 &lt; −5 &lt; 0 &lt; +20 &lt; +55.</w:t>
      </w:r>
    </w:p>
    <w:p>
      <w:pPr>
        <w:pStyle w:val="ListNumber"/>
      </w:pPr>
      <w:r>
        <w:t>Lokasi di bawah basecamp adalah yang bernilai negatif.</w:t>
      </w:r>
    </w:p>
    <w:p>
      <w:pPr>
        <w:pStyle w:val="ListNumber"/>
      </w:pPr>
      <w:r>
        <w:t>Mulai dari yang paling rendah: Pos A lalu Pos D.</w:t>
      </w:r>
    </w:p>
    <w:p>
      <w:r>
        <w:rPr>
          <w:b/>
        </w:rPr>
        <w:t xml:space="preserve">Miskonsepsi yang mungkin terjadi: </w:t>
      </w:r>
      <w:r>
        <w:t>Menganggap Pos D (−5) lebih rendah daripada Pos A (−15).</w:t>
      </w:r>
    </w:p>
    <w:p>
      <w:r>
        <w:rPr>
          <w:b/>
        </w:rPr>
        <w:t>Kartu bantuan bertahap (berikan satu per satu):</w:t>
      </w:r>
    </w:p>
    <w:p>
      <w:pPr>
        <w:pStyle w:val="ListNumber"/>
      </w:pPr>
      <w:r>
        <w:t>Bantuan 1: Tandai basecamp sebagai 0, lalu pisahkan lokasi negatif dan positif.</w:t>
      </w:r>
    </w:p>
    <w:p>
      <w:pPr>
        <w:pStyle w:val="ListNumber"/>
      </w:pPr>
      <w:r>
        <w:t>Bantuan 2: Lokasi di bawah basecamp memiliki elevasi negatif. Bandingkan −15 dan −5.</w:t>
      </w:r>
    </w:p>
    <w:p>
      <w:pPr>
        <w:pStyle w:val="ListNumber"/>
      </w:pPr>
      <w:r>
        <w:t>Bantuan 3: Pada garis bilangan, −15 berada lebih kiri daripada −5; jadi Pos A diperiksa sebelum Pos 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  <w:shd w:fill="174A7E"/>
          </w:tcPr>
          <w:p>
            <w:r>
              <w:rPr>
                <w:b/>
                <w:color w:val="FFFFFF"/>
              </w:rPr>
              <w:t>Komponen</w:t>
            </w:r>
          </w:p>
        </w:tc>
        <w:tc>
          <w:tcPr>
            <w:tcW w:type="dxa" w:w="5213"/>
            <w:shd w:fill="174A7E"/>
          </w:tcPr>
          <w:p>
            <w:r>
              <w:rPr>
                <w:b/>
                <w:color w:val="FFFFFF"/>
              </w:rPr>
              <w:t>Skor</w:t>
            </w:r>
          </w:p>
        </w:tc>
      </w:tr>
      <w:tr>
        <w:tc>
          <w:tcPr>
            <w:tcW w:type="dxa" w:w="5213"/>
          </w:tcPr>
          <w:p>
            <w:r>
              <w:t>Menuliskan data dari visual dengan benar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Menentukan arah urutan yang diminta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Menyusun urutan secara benar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Menunjukkan perhitungan/penalaran pendukung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Menuliskan hasil akhir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Menafsirkan hasil dalam konteks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5213"/>
          </w:tcPr>
          <w:p>
            <w:r>
              <w:rPr>
                <w:b/>
              </w:rPr>
              <w:t>6</w:t>
            </w:r>
          </w:p>
        </w:tc>
      </w:tr>
    </w:tbl>
    <w:p>
      <w:pPr>
        <w:pStyle w:val="Heading2"/>
      </w:pPr>
      <w:r>
        <w:t>Nomor 10</w:t>
      </w:r>
    </w:p>
    <w:p>
      <w:r>
        <w:rPr>
          <w:b/>
        </w:rPr>
        <w:t xml:space="preserve">Jawaban: </w:t>
      </w:r>
      <w:r>
        <w:t>+15 &gt; +7 &gt; 0 &gt; −3 &gt; −8 &gt; −12. Bilangan negatif terdekat: −8 dan −12 atau −3 dan −8? Jarak: 4,5, jadi −8 dan −12.</w:t>
      </w:r>
    </w:p>
    <w:p>
      <w:r>
        <w:t>Langkah penyelesaian:</w:t>
      </w:r>
    </w:p>
    <w:p>
      <w:pPr>
        <w:pStyle w:val="ListNumber"/>
      </w:pPr>
      <w:r>
        <w:t>Pisahkan bilangan positif, nol, dan negatif.</w:t>
      </w:r>
    </w:p>
    <w:p>
      <w:pPr>
        <w:pStyle w:val="ListNumber"/>
      </w:pPr>
      <w:r>
        <w:t>Urutkan positif: +15 &gt; +7; lalu 0.</w:t>
      </w:r>
    </w:p>
    <w:p>
      <w:pPr>
        <w:pStyle w:val="ListNumber"/>
      </w:pPr>
      <w:r>
        <w:t>Untuk bilangan negatif, yang paling dekat ke nol lebih besar: −3 &gt; −8 &gt; −12.</w:t>
      </w:r>
    </w:p>
    <w:p>
      <w:pPr>
        <w:pStyle w:val="ListNumber"/>
      </w:pPr>
      <w:r>
        <w:t>Hitung jarak antarpasangan negatif: |−3−(−8)|=5, |−8−(−12)|=4.</w:t>
      </w:r>
    </w:p>
    <w:p>
      <w:pPr>
        <w:pStyle w:val="ListNumber"/>
      </w:pPr>
      <w:r>
        <w:t>Pasangan paling berdekatan adalah −8 dan −12.</w:t>
      </w:r>
    </w:p>
    <w:p>
      <w:r>
        <w:rPr>
          <w:b/>
        </w:rPr>
        <w:t xml:space="preserve">Miskonsepsi yang mungkin terjadi: </w:t>
      </w:r>
      <w:r>
        <w:t>Menulis −12 &gt; −8 &gt; −3 karena membandingkan 12, 8, dan 3 tanpa tanda.</w:t>
      </w:r>
    </w:p>
    <w:p>
      <w:r>
        <w:rPr>
          <w:b/>
        </w:rPr>
        <w:t>Kartu bantuan bertahap (berikan satu per satu):</w:t>
      </w:r>
    </w:p>
    <w:p>
      <w:pPr>
        <w:pStyle w:val="ListNumber"/>
      </w:pPr>
      <w:r>
        <w:t>Bantuan 1: Pisahkan dahulu bilangan positif, nol, dan bilangan negatif.</w:t>
      </w:r>
    </w:p>
    <w:p>
      <w:pPr>
        <w:pStyle w:val="ListNumber"/>
      </w:pPr>
      <w:r>
        <w:t>Bantuan 2: Untuk urutan menurun, tulis +15 dan +7, kemudian 0, lalu susun bilangan negatif dari yang paling dekat ke nol.</w:t>
      </w:r>
    </w:p>
    <w:p>
      <w:pPr>
        <w:pStyle w:val="ListNumber"/>
      </w:pPr>
      <w:r>
        <w:t>Bantuan 3: Hitung jarak pasangan negatif yang bersebelahan: (−3,−8) dan (−8,−12). Pilih jarak yang lebih kecil.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  <w:shd w:fill="174A7E"/>
          </w:tcPr>
          <w:p>
            <w:r>
              <w:rPr>
                <w:b/>
                <w:color w:val="FFFFFF"/>
              </w:rPr>
              <w:t>Komponen</w:t>
            </w:r>
          </w:p>
        </w:tc>
        <w:tc>
          <w:tcPr>
            <w:tcW w:type="dxa" w:w="5213"/>
            <w:shd w:fill="174A7E"/>
          </w:tcPr>
          <w:p>
            <w:r>
              <w:rPr>
                <w:b/>
                <w:color w:val="FFFFFF"/>
              </w:rPr>
              <w:t>Skor</w:t>
            </w:r>
          </w:p>
        </w:tc>
      </w:tr>
      <w:tr>
        <w:tc>
          <w:tcPr>
            <w:tcW w:type="dxa" w:w="5213"/>
          </w:tcPr>
          <w:p>
            <w:r>
              <w:t>Menuliskan data dari visual dengan benar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Menentukan arah urutan yang diminta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Menyusun urutan secara benar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Menunjukkan perhitungan/penalaran pendukung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Menuliskan hasil akhir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Menafsirkan hasil dalam konteks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5213"/>
          </w:tcPr>
          <w:p>
            <w:r>
              <w:rPr>
                <w:b/>
              </w:rPr>
              <w:t>6</w:t>
            </w:r>
          </w:p>
        </w:tc>
      </w:tr>
    </w:tbl>
    <w:p>
      <w:pPr>
        <w:pStyle w:val="Heading2"/>
      </w:pPr>
      <w:r>
        <w:t>Rekapitulasi Skor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  <w:shd w:fill="174A7E"/>
          </w:tcPr>
          <w:p>
            <w:r>
              <w:rPr>
                <w:color w:val="FFFFFF"/>
              </w:rPr>
              <w:t>Bagian</w:t>
            </w:r>
          </w:p>
        </w:tc>
        <w:tc>
          <w:tcPr>
            <w:tcW w:type="dxa" w:w="5213"/>
            <w:shd w:fill="174A7E"/>
          </w:tcPr>
          <w:p>
            <w:r>
              <w:rPr>
                <w:color w:val="FFFFFF"/>
              </w:rPr>
              <w:t>Skor Maksimum</w:t>
            </w:r>
          </w:p>
        </w:tc>
      </w:tr>
      <w:tr>
        <w:tc>
          <w:tcPr>
            <w:tcW w:type="dxa" w:w="5213"/>
          </w:tcPr>
          <w:p>
            <w:r>
              <w:t>Pilihan ganda nomor 1–7</w:t>
            </w:r>
          </w:p>
        </w:tc>
        <w:tc>
          <w:tcPr>
            <w:tcW w:type="dxa" w:w="5213"/>
          </w:tcPr>
          <w:p>
            <w:r>
              <w:t>7</w:t>
            </w:r>
          </w:p>
        </w:tc>
      </w:tr>
      <w:tr>
        <w:tc>
          <w:tcPr>
            <w:tcW w:type="dxa" w:w="5213"/>
          </w:tcPr>
          <w:p>
            <w:r>
              <w:t>Esai nomor 8–10</w:t>
            </w:r>
          </w:p>
        </w:tc>
        <w:tc>
          <w:tcPr>
            <w:tcW w:type="dxa" w:w="5213"/>
          </w:tcPr>
          <w:p>
            <w:r>
              <w:t>18</w:t>
            </w:r>
          </w:p>
        </w:tc>
      </w:tr>
      <w:tr>
        <w:tc>
          <w:tcPr>
            <w:tcW w:type="dxa" w:w="5213"/>
          </w:tcPr>
          <w:p>
            <w:r>
              <w:t>Skor maksimum keseluruhan</w:t>
            </w:r>
          </w:p>
        </w:tc>
        <w:tc>
          <w:tcPr>
            <w:tcW w:type="dxa" w:w="5213"/>
          </w:tcPr>
          <w:p>
            <w:r>
              <w:t>25</w:t>
            </w:r>
          </w:p>
        </w:tc>
      </w:tr>
    </w:tbl>
    <w:p>
      <w:r>
        <w:rPr>
          <w:b/>
        </w:rPr>
        <w:t>Nilai = (Skor Perolehan / 25) × 100</w:t>
      </w:r>
    </w:p>
    <w:p>
      <w:pPr>
        <w:sectPr>
          <w:pgSz w:w="12240" w:h="15840"/>
          <w:pgMar w:top="850" w:right="907" w:bottom="850" w:left="907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80"/>
      </w:tblGrid>
      <w:tr>
        <w:tc>
          <w:tcPr>
            <w:tcW w:type="dxa" w:w="14480"/>
            <w:shd w:fill="174A7E"/>
          </w:tcPr>
          <w:p>
            <w:pPr>
              <w:jc w:val="center"/>
            </w:pPr>
            <w:r>
              <w:rPr>
                <w:b/>
                <w:color w:val="FFFFFF"/>
                <w:sz w:val="28"/>
              </w:rPr>
              <w:t>BAGIAN 5 — AUDIT MUTU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>
        <w:tc>
          <w:tcPr>
            <w:tcW w:type="dxa" w:w="852"/>
            <w:shd w:fill="174A7E"/>
          </w:tcPr>
          <w:p>
            <w:r>
              <w:rPr>
                <w:color w:val="FFFFFF"/>
              </w:rPr>
              <w:t>No.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A1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A2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A3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A4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A5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A6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A7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A8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A9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A10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A11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A12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A13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A14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A15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Status</w:t>
            </w:r>
          </w:p>
        </w:tc>
      </w:tr>
      <w:tr>
        <w:tc>
          <w:tcPr>
            <w:tcW w:type="dxa" w:w="852"/>
          </w:tcPr>
          <w:p>
            <w:r>
              <w:t>1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  <w:tr>
        <w:tc>
          <w:tcPr>
            <w:tcW w:type="dxa" w:w="852"/>
          </w:tcPr>
          <w:p>
            <w:r>
              <w:t>2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  <w:tr>
        <w:tc>
          <w:tcPr>
            <w:tcW w:type="dxa" w:w="852"/>
          </w:tcPr>
          <w:p>
            <w:r>
              <w:t>3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  <w:tr>
        <w:tc>
          <w:tcPr>
            <w:tcW w:type="dxa" w:w="852"/>
          </w:tcPr>
          <w:p>
            <w:r>
              <w:t>4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  <w:tr>
        <w:tc>
          <w:tcPr>
            <w:tcW w:type="dxa" w:w="852"/>
          </w:tcPr>
          <w:p>
            <w:r>
              <w:t>5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  <w:tr>
        <w:tc>
          <w:tcPr>
            <w:tcW w:type="dxa" w:w="852"/>
          </w:tcPr>
          <w:p>
            <w:r>
              <w:t>6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  <w:tr>
        <w:tc>
          <w:tcPr>
            <w:tcW w:type="dxa" w:w="852"/>
          </w:tcPr>
          <w:p>
            <w:r>
              <w:t>7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  <w:tr>
        <w:tc>
          <w:tcPr>
            <w:tcW w:type="dxa" w:w="852"/>
          </w:tcPr>
          <w:p>
            <w:r>
              <w:t>8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N/A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  <w:tr>
        <w:tc>
          <w:tcPr>
            <w:tcW w:type="dxa" w:w="852"/>
          </w:tcPr>
          <w:p>
            <w:r>
              <w:t>9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N/A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  <w:tr>
        <w:tc>
          <w:tcPr>
            <w:tcW w:type="dxa" w:w="852"/>
          </w:tcPr>
          <w:p>
            <w:r>
              <w:t>10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N/A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</w:tbl>
    <w:p>
      <w:r>
        <w:t>Kode audit: kesesuaian TP, fungsi visual, konsistensi data, satuan, perhitungan, objektivitas jawaban, kualitas pengecoh, bebas petunjuk, bahasa, realisme konteks, keterbacaan label, efisiensi tata letak, responsivitas HP, konsistensi kunci, dan ketidakambiguan.</w:t>
      </w:r>
    </w:p>
    <w:sectPr w:rsidR="00FC693F" w:rsidRPr="0006063C" w:rsidSect="00034616">
      <w:pgSz w:w="15840" w:h="12240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 w:eastAsia="Aptos"/>
      <w:b/>
      <w:bCs/>
      <w:color w:val="174A7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174A7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 w:eastAsia="Aptos"/>
      <w:b/>
      <w:bCs/>
      <w:color w:val="174A7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 w:eastAsia="Aptos"/>
      <w:color w:val="174A7E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