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60"/>
        <w:jc w:val="center"/>
      </w:pPr>
      <w:r>
        <w:rPr>
          <w:b/>
          <w:color w:val="174A7E"/>
          <w:sz w:val="52"/>
        </w:rPr>
        <w:t>PAKET SOAL</w:t>
        <w:br/>
        <w:t>VISUAL-KONTEKSTUAL</w:t>
      </w:r>
    </w:p>
    <w:p>
      <w:pPr>
        <w:jc w:val="center"/>
      </w:pPr>
      <w:r>
        <w:rPr>
          <w:b/>
          <w:color w:val="1F6AA5"/>
          <w:sz w:val="36"/>
        </w:rPr>
        <w:t>Konsep Bilangan Bulat dan Garis Bilangan - Revisi Profesional</w:t>
      </w:r>
    </w:p>
    <w:p>
      <w:pPr>
        <w:jc w:val="center"/>
      </w:pPr>
      <w:r>
        <w:rPr>
          <w:b/>
          <w:color w:val="EF912A"/>
          <w:sz w:val="22"/>
        </w:rPr>
        <w:t>Redaksi berbasis stimulus, penalaran, dan evaluasi miskonsepsi</w:t>
      </w:r>
    </w:p>
    <w:p>
      <w:pPr>
        <w:jc w:val="center"/>
      </w:pPr>
      <w:r>
        <w:rPr>
          <w:b/>
          <w:color w:val="485D70"/>
          <w:sz w:val="22"/>
        </w:rPr>
        <w:t>7 PILIHAN GANDA + 3 ESAI SCAFFOLDING • STIMULUS DAN PENALARAN</w:t>
      </w:r>
    </w:p>
    <w:p>
      <w:pPr>
        <w:spacing w:before="200"/>
        <w:jc w:val="center"/>
      </w:pPr>
      <w:r>
        <w:drawing>
          <wp:inline xmlns:a="http://schemas.openxmlformats.org/drawingml/2006/main" xmlns:pic="http://schemas.openxmlformats.org/drawingml/2006/picture">
            <wp:extent cx="5688000" cy="3199500"/>
            <wp:docPr id="1" name="Picture 1" descr="Ilustrasi lift dan garis bilangan sebagai sampul paket soal." title="Visual soal"/>
            <wp:cNvGraphicFramePr>
              <a:graphicFrameLocks noChangeAspect="1"/>
            </wp:cNvGraphicFramePr>
            <a:graphic>
              <a:graphicData uri="http://schemas.openxmlformats.org/drawingml/2006/picture">
                <pic:pic>
                  <pic:nvPicPr>
                    <pic:cNvPr id="0" name="visual_09_lift.png"/>
                    <pic:cNvPicPr/>
                  </pic:nvPicPr>
                  <pic:blipFill>
                    <a:blip r:embed="rId11"/>
                    <a:stretch>
                      <a:fillRect/>
                    </a:stretch>
                  </pic:blipFill>
                  <pic:spPr>
                    <a:xfrm>
                      <a:off x="0" y="0"/>
                      <a:ext cx="5688000" cy="3199500"/>
                    </a:xfrm>
                    <a:prstGeom prst="rect"/>
                  </pic:spPr>
                </pic:pic>
              </a:graphicData>
            </a:graphic>
          </wp:inline>
        </w:drawing>
      </w:r>
    </w:p>
    <w:tbl>
      <w:tblPr>
        <w:tblW w:type="auto" w:w="0"/>
        <w:jc w:val="center"/>
        <w:tblLayout w:type="autofit"/>
        <w:tblLook w:firstColumn="1" w:firstRow="1" w:lastColumn="0" w:lastRow="0" w:noHBand="0" w:noVBand="1" w:val="04A0"/>
      </w:tblPr>
      <w:tblGrid>
        <w:gridCol w:w="10426"/>
      </w:tblGrid>
      <w:tr>
        <w:tc>
          <w:tcPr>
            <w:tcW w:type="dxa" w:w="10426"/>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Tujuan Pembelajaran</w:t>
              <w:br/>
            </w:r>
            <w:r>
              <w:rPr>
                <w:color w:val="283746"/>
                <w:sz w:val="20"/>
              </w:rPr>
              <w:t>Melalui pengamatan visual dan situasi kontekstual, peserta didik dapat mengidentifikasi bilangan bulat positif, bilangan bulat negatif, dan nol; menyatakan posisi serta perpindahan bilangan bulat pada garis bilangan; membandingkan posisi dan jarak bilangan dari nol; serta menjelaskan hubungan bilangan yang saling berlawanan dengan tepat.</w:t>
            </w:r>
          </w:p>
        </w:tc>
      </w:tr>
    </w:tbl>
    <w:tbl>
      <w:tblPr>
        <w:tblW w:type="auto" w:w="0"/>
        <w:jc w:val="center"/>
        <w:tblLayout w:type="autofit"/>
        <w:tblLook w:firstColumn="1" w:firstRow="1" w:lastColumn="0" w:lastRow="0" w:noHBand="0" w:noVBand="1" w:val="04A0"/>
      </w:tblPr>
      <w:tblGrid>
        <w:gridCol w:w="10426"/>
      </w:tblGrid>
      <w:tr>
        <w:tc>
          <w:tcPr>
            <w:tcW w:type="dxa" w:w="10426"/>
            <w:shd w:fill="F6F9FC"/>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Prinsip Scaffolding</w:t>
              <w:br/>
            </w:r>
            <w:r>
              <w:rPr>
                <w:color w:val="283746"/>
                <w:sz w:val="20"/>
              </w:rPr>
              <w:t>Peserta didik wajib mencoba secara mandiri. Kartu Bantuan 1, 2, dan 3 diberikan guru secara berurutan hanya jika jawaban pada checkpoint sebelumnya belum tepat.</w:t>
            </w:r>
          </w:p>
        </w:tc>
      </w:tr>
    </w:tbl>
    <w:p>
      <w:r>
        <w:br w:type="page"/>
      </w:r>
    </w:p>
    <w:p>
      <w:pPr>
        <w:pStyle w:val="Heading1"/>
      </w:pPr>
      <w:r>
        <w:t>A. Identitas Paket</w:t>
      </w:r>
    </w:p>
    <w:tbl>
      <w:tblPr>
        <w:tblStyle w:val="TableGrid"/>
        <w:tblW w:type="auto" w:w="0"/>
        <w:jc w:val="center"/>
        <w:tblLook w:firstColumn="1" w:firstRow="1" w:lastColumn="0" w:lastRow="0" w:noHBand="0" w:noVBand="1" w:val="04A0"/>
      </w:tblPr>
      <w:tblGrid>
        <w:gridCol w:w="5213"/>
        <w:gridCol w:w="5213"/>
      </w:tblGrid>
      <w:tr>
        <w:tc>
          <w:tcPr>
            <w:tcW w:type="dxa" w:w="5213"/>
            <w:shd w:fill="EAF3FA"/>
            <w:vAlign w:val="center"/>
            <w:tcMar>
              <w:top w:w="90" w:type="dxa"/>
              <w:start w:w="110" w:type="dxa"/>
              <w:bottom w:w="90" w:type="dxa"/>
              <w:end w:w="110" w:type="dxa"/>
            </w:tcMar>
          </w:tcPr>
          <w:p>
            <w:r>
              <w:rPr>
                <w:b/>
              </w:rPr>
              <w:t>Mata Pelajaran</w:t>
            </w:r>
          </w:p>
        </w:tc>
        <w:tc>
          <w:tcPr>
            <w:tcW w:type="dxa" w:w="5213"/>
            <w:vAlign w:val="center"/>
            <w:tcMar>
              <w:top w:w="90" w:type="dxa"/>
              <w:start w:w="110" w:type="dxa"/>
              <w:bottom w:w="90" w:type="dxa"/>
              <w:end w:w="110" w:type="dxa"/>
            </w:tcMar>
          </w:tcPr>
          <w:p>
            <w:r>
              <w:t>Matematika</w:t>
            </w:r>
          </w:p>
        </w:tc>
      </w:tr>
      <w:tr>
        <w:tc>
          <w:tcPr>
            <w:tcW w:type="dxa" w:w="5213"/>
            <w:shd w:fill="EAF3FA"/>
            <w:vAlign w:val="center"/>
            <w:tcMar>
              <w:top w:w="90" w:type="dxa"/>
              <w:start w:w="110" w:type="dxa"/>
              <w:bottom w:w="90" w:type="dxa"/>
              <w:end w:w="110" w:type="dxa"/>
            </w:tcMar>
          </w:tcPr>
          <w:p>
            <w:r>
              <w:rPr>
                <w:b/>
              </w:rPr>
              <w:t>Fase/Kelas</w:t>
            </w:r>
          </w:p>
        </w:tc>
        <w:tc>
          <w:tcPr>
            <w:tcW w:type="dxa" w:w="5213"/>
            <w:vAlign w:val="center"/>
            <w:tcMar>
              <w:top w:w="90" w:type="dxa"/>
              <w:start w:w="110" w:type="dxa"/>
              <w:bottom w:w="90" w:type="dxa"/>
              <w:end w:w="110" w:type="dxa"/>
            </w:tcMar>
          </w:tcPr>
          <w:p>
            <w:r>
              <w:t>Fase D / Kelas VII</w:t>
            </w:r>
          </w:p>
        </w:tc>
      </w:tr>
      <w:tr>
        <w:tc>
          <w:tcPr>
            <w:tcW w:type="dxa" w:w="5213"/>
            <w:shd w:fill="EAF3FA"/>
            <w:vAlign w:val="center"/>
            <w:tcMar>
              <w:top w:w="90" w:type="dxa"/>
              <w:start w:w="110" w:type="dxa"/>
              <w:bottom w:w="90" w:type="dxa"/>
              <w:end w:w="110" w:type="dxa"/>
            </w:tcMar>
          </w:tcPr>
          <w:p>
            <w:r>
              <w:rPr>
                <w:b/>
              </w:rPr>
              <w:t>Bab</w:t>
            </w:r>
          </w:p>
        </w:tc>
        <w:tc>
          <w:tcPr>
            <w:tcW w:type="dxa" w:w="5213"/>
            <w:vAlign w:val="center"/>
            <w:tcMar>
              <w:top w:w="90" w:type="dxa"/>
              <w:start w:w="110" w:type="dxa"/>
              <w:bottom w:w="90" w:type="dxa"/>
              <w:end w:w="110" w:type="dxa"/>
            </w:tcMar>
          </w:tcPr>
          <w:p>
            <w:r>
              <w:t>Bilangan Bulat</w:t>
            </w:r>
          </w:p>
        </w:tc>
      </w:tr>
      <w:tr>
        <w:tc>
          <w:tcPr>
            <w:tcW w:type="dxa" w:w="5213"/>
            <w:shd w:fill="EAF3FA"/>
            <w:vAlign w:val="center"/>
            <w:tcMar>
              <w:top w:w="90" w:type="dxa"/>
              <w:start w:w="110" w:type="dxa"/>
              <w:bottom w:w="90" w:type="dxa"/>
              <w:end w:w="110" w:type="dxa"/>
            </w:tcMar>
          </w:tcPr>
          <w:p>
            <w:r>
              <w:rPr>
                <w:b/>
              </w:rPr>
              <w:t>Materi</w:t>
            </w:r>
          </w:p>
        </w:tc>
        <w:tc>
          <w:tcPr>
            <w:tcW w:type="dxa" w:w="5213"/>
            <w:vAlign w:val="center"/>
            <w:tcMar>
              <w:top w:w="90" w:type="dxa"/>
              <w:start w:w="110" w:type="dxa"/>
              <w:bottom w:w="90" w:type="dxa"/>
              <w:end w:w="110" w:type="dxa"/>
            </w:tcMar>
          </w:tcPr>
          <w:p>
            <w:r>
              <w:rPr/>
              <w:t>Konsep Bilangan Bulat dan Garis Bilangan - Revisi Profesional</w:t>
            </w:r>
          </w:p>
        </w:tc>
      </w:tr>
      <w:tr>
        <w:tc>
          <w:tcPr>
            <w:tcW w:type="dxa" w:w="5213"/>
            <w:shd w:fill="EAF3FA"/>
            <w:vAlign w:val="center"/>
            <w:tcMar>
              <w:top w:w="90" w:type="dxa"/>
              <w:start w:w="110" w:type="dxa"/>
              <w:bottom w:w="90" w:type="dxa"/>
              <w:end w:w="110" w:type="dxa"/>
            </w:tcMar>
          </w:tcPr>
          <w:p>
            <w:r>
              <w:rPr>
                <w:b/>
              </w:rPr>
              <w:t>Waktu Pengerjaan</w:t>
            </w:r>
          </w:p>
        </w:tc>
        <w:tc>
          <w:tcPr>
            <w:tcW w:type="dxa" w:w="5213"/>
            <w:vAlign w:val="center"/>
            <w:tcMar>
              <w:top w:w="90" w:type="dxa"/>
              <w:start w:w="110" w:type="dxa"/>
              <w:bottom w:w="90" w:type="dxa"/>
              <w:end w:w="110" w:type="dxa"/>
            </w:tcMar>
          </w:tcPr>
          <w:p>
            <w:r>
              <w:t>75 menit</w:t>
            </w:r>
          </w:p>
        </w:tc>
      </w:tr>
      <w:tr>
        <w:tc>
          <w:tcPr>
            <w:tcW w:type="dxa" w:w="5213"/>
            <w:shd w:fill="EAF3FA"/>
            <w:vAlign w:val="center"/>
            <w:tcMar>
              <w:top w:w="90" w:type="dxa"/>
              <w:start w:w="110" w:type="dxa"/>
              <w:bottom w:w="90" w:type="dxa"/>
              <w:end w:w="110" w:type="dxa"/>
            </w:tcMar>
          </w:tcPr>
          <w:p>
            <w:r>
              <w:rPr>
                <w:b/>
              </w:rPr>
              <w:t>Jumlah Soal</w:t>
            </w:r>
          </w:p>
        </w:tc>
        <w:tc>
          <w:tcPr>
            <w:tcW w:type="dxa" w:w="5213"/>
            <w:vAlign w:val="center"/>
            <w:tcMar>
              <w:top w:w="90" w:type="dxa"/>
              <w:start w:w="110" w:type="dxa"/>
              <w:bottom w:w="90" w:type="dxa"/>
              <w:end w:w="110" w:type="dxa"/>
            </w:tcMar>
          </w:tcPr>
          <w:p>
            <w:r>
              <w:t>10 nomor</w:t>
            </w:r>
          </w:p>
        </w:tc>
      </w:tr>
      <w:tr>
        <w:tc>
          <w:tcPr>
            <w:tcW w:type="dxa" w:w="5213"/>
            <w:shd w:fill="EAF3FA"/>
            <w:vAlign w:val="center"/>
            <w:tcMar>
              <w:top w:w="90" w:type="dxa"/>
              <w:start w:w="110" w:type="dxa"/>
              <w:bottom w:w="90" w:type="dxa"/>
              <w:end w:w="110" w:type="dxa"/>
            </w:tcMar>
          </w:tcPr>
          <w:p>
            <w:r>
              <w:rPr>
                <w:b/>
              </w:rPr>
              <w:t>Komposisi</w:t>
            </w:r>
          </w:p>
        </w:tc>
        <w:tc>
          <w:tcPr>
            <w:tcW w:type="dxa" w:w="5213"/>
            <w:vAlign w:val="center"/>
            <w:tcMar>
              <w:top w:w="90" w:type="dxa"/>
              <w:start w:w="110" w:type="dxa"/>
              <w:bottom w:w="90" w:type="dxa"/>
              <w:end w:w="110" w:type="dxa"/>
            </w:tcMar>
          </w:tcPr>
          <w:p>
            <w:r>
              <w:t>7 pilihan ganda dan 3 esai scaffolding</w:t>
            </w:r>
          </w:p>
        </w:tc>
      </w:tr>
    </w:tbl>
    <w:tbl>
      <w:tblPr>
        <w:tblW w:type="auto" w:w="0"/>
        <w:jc w:val="center"/>
        <w:tblLayout w:type="autofit"/>
        <w:tblLook w:firstColumn="1" w:firstRow="1" w:lastColumn="0" w:lastRow="0" w:noHBand="0" w:noVBand="1" w:val="04A0"/>
      </w:tblPr>
      <w:tblGrid>
        <w:gridCol w:w="10426"/>
      </w:tblGrid>
      <w:tr>
        <w:tc>
          <w:tcPr>
            <w:tcW w:type="dxa" w:w="10426"/>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Desain Visual</w:t>
              <w:br/>
            </w:r>
            <w:r>
              <w:rPr>
                <w:color w:val="283746"/>
                <w:sz w:val="20"/>
              </w:rPr>
              <w:t>Situasi kehidupan sehari-hari disajikan dengan ilustrasi semi-realistis, sedangkan data matematis tetap diberi skala dan label yang tajam agar dapat dibaca pada HP maupun cetak.</w:t>
            </w:r>
          </w:p>
        </w:tc>
      </w:tr>
    </w:tbl>
    <w:p>
      <w:pPr>
        <w:sectPr>
          <w:headerReference w:type="default" r:id="rId9"/>
          <w:footerReference w:type="default" r:id="rId10"/>
          <w:pgSz w:w="12240" w:h="15840"/>
          <w:pgMar w:top="964" w:right="907" w:bottom="964" w:left="907" w:header="720" w:footer="720" w:gutter="0"/>
          <w:cols w:space="720"/>
          <w:docGrid w:linePitch="360"/>
        </w:sectPr>
      </w:pPr>
    </w:p>
    <w:p>
      <w:pPr>
        <w:pStyle w:val="Heading1"/>
      </w:pPr>
      <w:r>
        <w:t>B. Kisi-Kisi Soal</w:t>
      </w:r>
    </w:p>
    <w:tbl>
      <w:tblPr>
        <w:tblStyle w:val="TableGrid"/>
        <w:tblW w:type="auto" w:w="0"/>
        <w:jc w:val="center"/>
        <w:tblLayout w:type="fixed"/>
        <w:tblLook w:firstColumn="1" w:firstRow="1" w:lastColumn="0" w:lastRow="0" w:noHBand="0" w:noVBand="1" w:val="04A0"/>
      </w:tblPr>
      <w:tblGrid>
        <w:gridCol w:w="1609"/>
        <w:gridCol w:w="1609"/>
        <w:gridCol w:w="1609"/>
        <w:gridCol w:w="1609"/>
        <w:gridCol w:w="1609"/>
        <w:gridCol w:w="1609"/>
        <w:gridCol w:w="1609"/>
        <w:gridCol w:w="1609"/>
        <w:gridCol w:w="1609"/>
      </w:tblGrid>
      <w:tr>
        <w:trPr>
          <w:cantSplit/>
        </w:trPr>
        <w:tc>
          <w:tcPr>
            <w:tcW w:type="dxa" w:w="369"/>
            <w:shd w:fill="174A7E"/>
            <w:tcMar>
              <w:top w:w="20" w:type="dxa"/>
              <w:start w:w="20" w:type="dxa"/>
              <w:bottom w:w="20" w:type="dxa"/>
              <w:end w:w="20" w:type="dxa"/>
            </w:tcMar>
          </w:tcPr>
          <w:p>
            <w:pPr>
              <w:spacing w:before="0" w:after="0" w:line="204" w:lineRule="auto"/>
              <w:jc w:val="center"/>
            </w:pPr>
            <w:r>
              <w:rPr>
                <w:b/>
                <w:color w:val="FFFFFF"/>
                <w:sz w:val="12"/>
              </w:rPr>
              <w:t>No.</w:t>
            </w:r>
          </w:p>
        </w:tc>
        <w:tc>
          <w:tcPr>
            <w:tcW w:type="dxa" w:w="624"/>
            <w:shd w:fill="174A7E"/>
            <w:tcMar>
              <w:top w:w="20" w:type="dxa"/>
              <w:start w:w="20" w:type="dxa"/>
              <w:bottom w:w="20" w:type="dxa"/>
              <w:end w:w="20" w:type="dxa"/>
            </w:tcMar>
          </w:tcPr>
          <w:p>
            <w:pPr>
              <w:spacing w:before="0" w:after="0" w:line="204" w:lineRule="auto"/>
              <w:jc w:val="center"/>
            </w:pPr>
            <w:r>
              <w:rPr>
                <w:b/>
                <w:color w:val="FFFFFF"/>
                <w:sz w:val="12"/>
              </w:rPr>
              <w:t>Kode TP</w:t>
            </w:r>
          </w:p>
        </w:tc>
        <w:tc>
          <w:tcPr>
            <w:tcW w:type="dxa" w:w="2948"/>
            <w:shd w:fill="174A7E"/>
            <w:tcMar>
              <w:top w:w="20" w:type="dxa"/>
              <w:start w:w="20" w:type="dxa"/>
              <w:bottom w:w="20" w:type="dxa"/>
              <w:end w:w="20" w:type="dxa"/>
            </w:tcMar>
          </w:tcPr>
          <w:p>
            <w:pPr>
              <w:spacing w:before="0" w:after="0" w:line="204" w:lineRule="auto"/>
              <w:jc w:val="center"/>
            </w:pPr>
            <w:r>
              <w:rPr>
                <w:b/>
                <w:color w:val="FFFFFF"/>
                <w:sz w:val="12"/>
              </w:rPr>
              <w:t>Indikator Soal</w:t>
            </w:r>
          </w:p>
        </w:tc>
        <w:tc>
          <w:tcPr>
            <w:tcW w:type="dxa" w:w="1361"/>
            <w:shd w:fill="174A7E"/>
            <w:tcMar>
              <w:top w:w="20" w:type="dxa"/>
              <w:start w:w="20" w:type="dxa"/>
              <w:bottom w:w="20" w:type="dxa"/>
              <w:end w:w="20" w:type="dxa"/>
            </w:tcMar>
          </w:tcPr>
          <w:p>
            <w:pPr>
              <w:spacing w:before="0" w:after="0" w:line="204" w:lineRule="auto"/>
              <w:jc w:val="center"/>
            </w:pPr>
            <w:r>
              <w:rPr>
                <w:b/>
                <w:color w:val="FFFFFF"/>
                <w:sz w:val="12"/>
              </w:rPr>
              <w:t>Materi</w:t>
            </w:r>
          </w:p>
        </w:tc>
        <w:tc>
          <w:tcPr>
            <w:tcW w:type="dxa" w:w="1304"/>
            <w:shd w:fill="174A7E"/>
            <w:tcMar>
              <w:top w:w="20" w:type="dxa"/>
              <w:start w:w="20" w:type="dxa"/>
              <w:bottom w:w="20" w:type="dxa"/>
              <w:end w:w="20" w:type="dxa"/>
            </w:tcMar>
          </w:tcPr>
          <w:p>
            <w:pPr>
              <w:spacing w:before="0" w:after="0" w:line="204" w:lineRule="auto"/>
              <w:jc w:val="center"/>
            </w:pPr>
            <w:r>
              <w:rPr>
                <w:b/>
                <w:color w:val="FFFFFF"/>
                <w:sz w:val="12"/>
              </w:rPr>
              <w:t>Konteks</w:t>
            </w:r>
          </w:p>
        </w:tc>
        <w:tc>
          <w:tcPr>
            <w:tcW w:type="dxa" w:w="850"/>
            <w:shd w:fill="174A7E"/>
            <w:tcMar>
              <w:top w:w="20" w:type="dxa"/>
              <w:start w:w="20" w:type="dxa"/>
              <w:bottom w:w="20" w:type="dxa"/>
              <w:end w:w="20" w:type="dxa"/>
            </w:tcMar>
          </w:tcPr>
          <w:p>
            <w:pPr>
              <w:spacing w:before="0" w:after="0" w:line="204" w:lineRule="auto"/>
              <w:jc w:val="center"/>
            </w:pPr>
            <w:r>
              <w:rPr>
                <w:b/>
                <w:color w:val="FFFFFF"/>
                <w:sz w:val="12"/>
              </w:rPr>
              <w:t>Bentuk</w:t>
            </w:r>
          </w:p>
        </w:tc>
        <w:tc>
          <w:tcPr>
            <w:tcW w:type="dxa" w:w="680"/>
            <w:shd w:fill="174A7E"/>
            <w:tcMar>
              <w:top w:w="20" w:type="dxa"/>
              <w:start w:w="20" w:type="dxa"/>
              <w:bottom w:w="20" w:type="dxa"/>
              <w:end w:w="20" w:type="dxa"/>
            </w:tcMar>
          </w:tcPr>
          <w:p>
            <w:pPr>
              <w:spacing w:before="0" w:after="0" w:line="204" w:lineRule="auto"/>
              <w:jc w:val="center"/>
            </w:pPr>
            <w:r>
              <w:rPr>
                <w:b/>
                <w:color w:val="FFFFFF"/>
                <w:sz w:val="12"/>
              </w:rPr>
              <w:t>Level</w:t>
            </w:r>
          </w:p>
        </w:tc>
        <w:tc>
          <w:tcPr>
            <w:tcW w:type="dxa" w:w="1531"/>
            <w:shd w:fill="174A7E"/>
            <w:tcMar>
              <w:top w:w="20" w:type="dxa"/>
              <w:start w:w="20" w:type="dxa"/>
              <w:bottom w:w="20" w:type="dxa"/>
              <w:end w:w="20" w:type="dxa"/>
            </w:tcMar>
          </w:tcPr>
          <w:p>
            <w:pPr>
              <w:spacing w:before="0" w:after="0" w:line="204" w:lineRule="auto"/>
              <w:jc w:val="center"/>
            </w:pPr>
            <w:r>
              <w:rPr>
                <w:b/>
                <w:color w:val="FFFFFF"/>
                <w:sz w:val="12"/>
              </w:rPr>
              <w:t>Visual</w:t>
            </w:r>
          </w:p>
        </w:tc>
        <w:tc>
          <w:tcPr>
            <w:tcW w:type="dxa" w:w="964"/>
            <w:shd w:fill="174A7E"/>
            <w:tcMar>
              <w:top w:w="20" w:type="dxa"/>
              <w:start w:w="20" w:type="dxa"/>
              <w:bottom w:w="20" w:type="dxa"/>
              <w:end w:w="20" w:type="dxa"/>
            </w:tcMar>
          </w:tcPr>
          <w:p>
            <w:pPr>
              <w:spacing w:before="0" w:after="0" w:line="204" w:lineRule="auto"/>
              <w:jc w:val="center"/>
            </w:pPr>
            <w:r>
              <w:rPr>
                <w:b/>
                <w:color w:val="FFFFFF"/>
                <w:sz w:val="12"/>
              </w:rPr>
              <w:t>Kunci</w:t>
            </w:r>
          </w:p>
        </w:tc>
      </w:tr>
      <w:tr>
        <w:trPr>
          <w:cantSplit/>
        </w:trPr>
        <w:tc>
          <w:tcPr>
            <w:tcW w:type="dxa" w:w="369"/>
            <w:tcMar>
              <w:top w:w="20" w:type="dxa"/>
              <w:start w:w="20" w:type="dxa"/>
              <w:bottom w:w="20" w:type="dxa"/>
              <w:end w:w="20" w:type="dxa"/>
            </w:tcMar>
            <w:vAlign w:val="center"/>
          </w:tcPr>
          <w:p>
            <w:pPr>
              <w:spacing w:after="0" w:before="0" w:line="204" w:lineRule="auto"/>
              <w:jc w:val="center"/>
            </w:pPr>
            <w:r>
              <w:rPr>
                <w:sz w:val="11"/>
              </w:rPr>
              <w:t>1</w:t>
            </w:r>
          </w:p>
        </w:tc>
        <w:tc>
          <w:tcPr>
            <w:tcW w:type="dxa" w:w="624"/>
            <w:tcMar>
              <w:top w:w="20" w:type="dxa"/>
              <w:start w:w="20" w:type="dxa"/>
              <w:bottom w:w="20" w:type="dxa"/>
              <w:end w:w="20" w:type="dxa"/>
            </w:tcMar>
            <w:vAlign w:val="center"/>
          </w:tcPr>
          <w:p>
            <w:pPr>
              <w:spacing w:after="0" w:before="0" w:line="204" w:lineRule="auto"/>
              <w:jc w:val="center"/>
            </w:pPr>
            <w:r>
              <w:rPr>
                <w:sz w:val="11"/>
              </w:rPr>
              <w:t>TP-1A</w:t>
            </w:r>
          </w:p>
        </w:tc>
        <w:tc>
          <w:tcPr>
            <w:tcW w:type="dxa" w:w="2948"/>
            <w:tcMar>
              <w:top w:w="20" w:type="dxa"/>
              <w:start w:w="20" w:type="dxa"/>
              <w:bottom w:w="20" w:type="dxa"/>
              <w:end w:w="20" w:type="dxa"/>
            </w:tcMar>
            <w:vAlign w:val="center"/>
          </w:tcPr>
          <w:p>
            <w:pPr>
              <w:spacing w:before="0" w:after="0" w:line="204" w:lineRule="auto"/>
            </w:pPr>
            <w:r>
              <w:rPr>
                <w:sz w:val="11"/>
              </w:rPr>
              <w:t>Menafsirkan bilangan negatif, nol, dan positif berdasarkan titik acuan</w:t>
            </w:r>
          </w:p>
        </w:tc>
        <w:tc>
          <w:tcPr>
            <w:tcW w:type="dxa" w:w="1361"/>
            <w:tcMar>
              <w:top w:w="20" w:type="dxa"/>
              <w:start w:w="20" w:type="dxa"/>
              <w:bottom w:w="20" w:type="dxa"/>
              <w:end w:w="20" w:type="dxa"/>
            </w:tcMar>
            <w:vAlign w:val="center"/>
          </w:tcPr>
          <w:p>
            <w:pPr>
              <w:spacing w:after="0" w:before="0" w:line="204" w:lineRule="auto"/>
            </w:pPr>
            <w:r>
              <w:rPr>
                <w:sz w:val="11"/>
              </w:rPr>
              <w:t>Positif, negatif, dan nol</w:t>
            </w:r>
          </w:p>
        </w:tc>
        <w:tc>
          <w:tcPr>
            <w:tcW w:type="dxa" w:w="1304"/>
            <w:tcMar>
              <w:top w:w="20" w:type="dxa"/>
              <w:start w:w="20" w:type="dxa"/>
              <w:bottom w:w="20" w:type="dxa"/>
              <w:end w:w="20" w:type="dxa"/>
            </w:tcMar>
            <w:vAlign w:val="center"/>
          </w:tcPr>
          <w:p>
            <w:pPr>
              <w:spacing w:after="0" w:before="0" w:line="204" w:lineRule="auto"/>
            </w:pPr>
            <w:r>
              <w:rPr>
                <w:sz w:val="11"/>
              </w:rPr>
              <w:t>Ruang penyimpanan</w:t>
            </w:r>
          </w:p>
        </w:tc>
        <w:tc>
          <w:tcPr>
            <w:tcW w:type="dxa" w:w="850"/>
            <w:tcMar>
              <w:top w:w="20" w:type="dxa"/>
              <w:start w:w="20" w:type="dxa"/>
              <w:bottom w:w="20" w:type="dxa"/>
              <w:end w:w="20" w:type="dxa"/>
            </w:tcMar>
            <w:vAlign w:val="center"/>
          </w:tcPr>
          <w:p>
            <w:pPr>
              <w:spacing w:after="0" w:before="0" w:line="204" w:lineRule="auto"/>
              <w:jc w:val="center"/>
            </w:pPr>
            <w:r>
              <w:rPr>
                <w:sz w:val="11"/>
              </w:rPr>
              <w:t>PG</w:t>
            </w:r>
          </w:p>
        </w:tc>
        <w:tc>
          <w:tcPr>
            <w:tcW w:type="dxa" w:w="680"/>
            <w:tcMar>
              <w:top w:w="20" w:type="dxa"/>
              <w:start w:w="20" w:type="dxa"/>
              <w:bottom w:w="20" w:type="dxa"/>
              <w:end w:w="20" w:type="dxa"/>
            </w:tcMar>
            <w:vAlign w:val="center"/>
          </w:tcPr>
          <w:p>
            <w:pPr>
              <w:spacing w:before="0" w:after="0" w:line="204" w:lineRule="auto"/>
            </w:pPr>
            <w:r>
              <w:rPr>
                <w:sz w:val="11"/>
              </w:rPr>
              <w:t>C2/C3</w:t>
            </w:r>
          </w:p>
        </w:tc>
        <w:tc>
          <w:tcPr>
            <w:tcW w:type="dxa" w:w="1531"/>
            <w:tcMar>
              <w:top w:w="20" w:type="dxa"/>
              <w:start w:w="20" w:type="dxa"/>
              <w:bottom w:w="20" w:type="dxa"/>
              <w:end w:w="20" w:type="dxa"/>
            </w:tcMar>
            <w:vAlign w:val="center"/>
          </w:tcPr>
          <w:p>
            <w:pPr>
              <w:spacing w:after="0" w:before="0" w:line="204" w:lineRule="auto"/>
            </w:pPr>
            <w:r>
              <w:rPr>
                <w:sz w:val="11"/>
              </w:rPr>
              <w:t>Termometer realistis</w:t>
            </w:r>
          </w:p>
        </w:tc>
        <w:tc>
          <w:tcPr>
            <w:tcW w:type="dxa" w:w="964"/>
            <w:tcMar>
              <w:top w:w="20" w:type="dxa"/>
              <w:start w:w="20" w:type="dxa"/>
              <w:bottom w:w="20" w:type="dxa"/>
              <w:end w:w="20" w:type="dxa"/>
            </w:tcMar>
            <w:vAlign w:val="center"/>
          </w:tcPr>
          <w:p>
            <w:pPr>
              <w:spacing w:before="0" w:after="0" w:line="204" w:lineRule="auto"/>
            </w:pPr>
            <w:r>
              <w:rPr>
                <w:sz w:val="11"/>
              </w:rPr>
              <w:t>B</w:t>
            </w:r>
          </w:p>
        </w:tc>
      </w:tr>
      <w:tr>
        <w:trPr>
          <w:cantSplit/>
        </w:trPr>
        <w:tc>
          <w:tcPr>
            <w:tcW w:type="dxa" w:w="369"/>
            <w:tcMar>
              <w:top w:w="20" w:type="dxa"/>
              <w:start w:w="20" w:type="dxa"/>
              <w:bottom w:w="20" w:type="dxa"/>
              <w:end w:w="20" w:type="dxa"/>
            </w:tcMar>
            <w:vAlign w:val="center"/>
            <w:shd w:fill="F3F7FA"/>
          </w:tcPr>
          <w:p>
            <w:pPr>
              <w:spacing w:after="0" w:before="0" w:line="204" w:lineRule="auto"/>
              <w:jc w:val="center"/>
            </w:pPr>
            <w:r>
              <w:rPr>
                <w:sz w:val="11"/>
              </w:rPr>
              <w:t>2</w:t>
            </w:r>
          </w:p>
        </w:tc>
        <w:tc>
          <w:tcPr>
            <w:tcW w:type="dxa" w:w="624"/>
            <w:tcMar>
              <w:top w:w="20" w:type="dxa"/>
              <w:start w:w="20" w:type="dxa"/>
              <w:bottom w:w="20" w:type="dxa"/>
              <w:end w:w="20" w:type="dxa"/>
            </w:tcMar>
            <w:vAlign w:val="center"/>
            <w:shd w:fill="F3F7FA"/>
          </w:tcPr>
          <w:p>
            <w:pPr>
              <w:spacing w:after="0" w:before="0" w:line="204" w:lineRule="auto"/>
              <w:jc w:val="center"/>
            </w:pPr>
            <w:r>
              <w:rPr>
                <w:sz w:val="11"/>
              </w:rPr>
              <w:t>TP-1A</w:t>
            </w:r>
          </w:p>
        </w:tc>
        <w:tc>
          <w:tcPr>
            <w:tcW w:type="dxa" w:w="2948"/>
            <w:tcMar>
              <w:top w:w="20" w:type="dxa"/>
              <w:start w:w="20" w:type="dxa"/>
              <w:bottom w:w="20" w:type="dxa"/>
              <w:end w:w="20" w:type="dxa"/>
            </w:tcMar>
            <w:vAlign w:val="center"/>
            <w:shd w:fill="F3F7FA"/>
          </w:tcPr>
          <w:p>
            <w:pPr>
              <w:spacing w:before="0" w:after="0" w:line="204" w:lineRule="auto"/>
            </w:pPr>
            <w:r>
              <w:rPr>
                <w:sz w:val="11"/>
              </w:rPr>
              <w:t>Menerapkan titik acuan untuk memberi tanda pada posisi lantai</w:t>
            </w:r>
          </w:p>
        </w:tc>
        <w:tc>
          <w:tcPr>
            <w:tcW w:type="dxa" w:w="1361"/>
            <w:tcMar>
              <w:top w:w="20" w:type="dxa"/>
              <w:start w:w="20" w:type="dxa"/>
              <w:bottom w:w="20" w:type="dxa"/>
              <w:end w:w="20" w:type="dxa"/>
            </w:tcMar>
            <w:vAlign w:val="center"/>
            <w:shd w:fill="F3F7FA"/>
          </w:tcPr>
          <w:p>
            <w:pPr>
              <w:spacing w:after="0" w:before="0" w:line="204" w:lineRule="auto"/>
            </w:pPr>
            <w:r>
              <w:rPr>
                <w:sz w:val="11"/>
              </w:rPr>
              <w:t>Makna bilangan bulat</w:t>
            </w:r>
          </w:p>
        </w:tc>
        <w:tc>
          <w:tcPr>
            <w:tcW w:type="dxa" w:w="1304"/>
            <w:tcMar>
              <w:top w:w="20" w:type="dxa"/>
              <w:start w:w="20" w:type="dxa"/>
              <w:bottom w:w="20" w:type="dxa"/>
              <w:end w:w="20" w:type="dxa"/>
            </w:tcMar>
            <w:vAlign w:val="center"/>
            <w:shd w:fill="F3F7FA"/>
          </w:tcPr>
          <w:p>
            <w:pPr>
              <w:spacing w:after="0" w:before="0" w:line="204" w:lineRule="auto"/>
            </w:pPr>
            <w:r>
              <w:rPr>
                <w:sz w:val="11"/>
              </w:rPr>
              <w:t>Gedung madrasah</w:t>
            </w:r>
          </w:p>
        </w:tc>
        <w:tc>
          <w:tcPr>
            <w:tcW w:type="dxa" w:w="850"/>
            <w:tcMar>
              <w:top w:w="20" w:type="dxa"/>
              <w:start w:w="20" w:type="dxa"/>
              <w:bottom w:w="20" w:type="dxa"/>
              <w:end w:w="20" w:type="dxa"/>
            </w:tcMar>
            <w:vAlign w:val="center"/>
            <w:shd w:fill="F3F7FA"/>
          </w:tcPr>
          <w:p>
            <w:pPr>
              <w:spacing w:after="0" w:before="0" w:line="204" w:lineRule="auto"/>
              <w:jc w:val="center"/>
            </w:pPr>
            <w:r>
              <w:rPr>
                <w:sz w:val="11"/>
              </w:rPr>
              <w:t>PG</w:t>
            </w:r>
          </w:p>
        </w:tc>
        <w:tc>
          <w:tcPr>
            <w:tcW w:type="dxa" w:w="680"/>
            <w:tcMar>
              <w:top w:w="20" w:type="dxa"/>
              <w:start w:w="20" w:type="dxa"/>
              <w:bottom w:w="20" w:type="dxa"/>
              <w:end w:w="20" w:type="dxa"/>
            </w:tcMar>
            <w:vAlign w:val="center"/>
            <w:shd w:fill="F3F7FA"/>
          </w:tcPr>
          <w:p>
            <w:pPr>
              <w:spacing w:before="0" w:after="0" w:line="204" w:lineRule="auto"/>
            </w:pPr>
            <w:r>
              <w:rPr>
                <w:sz w:val="11"/>
              </w:rPr>
              <w:t>C3</w:t>
            </w:r>
          </w:p>
        </w:tc>
        <w:tc>
          <w:tcPr>
            <w:tcW w:type="dxa" w:w="1531"/>
            <w:tcMar>
              <w:top w:w="20" w:type="dxa"/>
              <w:start w:w="20" w:type="dxa"/>
              <w:bottom w:w="20" w:type="dxa"/>
              <w:end w:w="20" w:type="dxa"/>
            </w:tcMar>
            <w:vAlign w:val="center"/>
            <w:shd w:fill="F3F7FA"/>
          </w:tcPr>
          <w:p>
            <w:pPr>
              <w:spacing w:after="0" w:before="0" w:line="204" w:lineRule="auto"/>
            </w:pPr>
            <w:r>
              <w:rPr>
                <w:sz w:val="11"/>
              </w:rPr>
              <w:t>Penampang gedung</w:t>
            </w:r>
          </w:p>
        </w:tc>
        <w:tc>
          <w:tcPr>
            <w:tcW w:type="dxa" w:w="964"/>
            <w:tcMar>
              <w:top w:w="20" w:type="dxa"/>
              <w:start w:w="20" w:type="dxa"/>
              <w:bottom w:w="20" w:type="dxa"/>
              <w:end w:w="20" w:type="dxa"/>
            </w:tcMar>
            <w:vAlign w:val="center"/>
            <w:shd w:fill="F3F7FA"/>
          </w:tcPr>
          <w:p>
            <w:pPr>
              <w:spacing w:before="0" w:after="0" w:line="204" w:lineRule="auto"/>
            </w:pPr>
            <w:r>
              <w:rPr>
                <w:sz w:val="11"/>
              </w:rPr>
              <w:t>D</w:t>
            </w:r>
          </w:p>
        </w:tc>
      </w:tr>
      <w:tr>
        <w:trPr>
          <w:cantSplit/>
        </w:trPr>
        <w:tc>
          <w:tcPr>
            <w:tcW w:type="dxa" w:w="369"/>
            <w:tcMar>
              <w:top w:w="20" w:type="dxa"/>
              <w:start w:w="20" w:type="dxa"/>
              <w:bottom w:w="20" w:type="dxa"/>
              <w:end w:w="20" w:type="dxa"/>
            </w:tcMar>
            <w:vAlign w:val="center"/>
          </w:tcPr>
          <w:p>
            <w:pPr>
              <w:spacing w:after="0" w:before="0" w:line="204" w:lineRule="auto"/>
              <w:jc w:val="center"/>
            </w:pPr>
            <w:r>
              <w:rPr>
                <w:sz w:val="11"/>
              </w:rPr>
              <w:t>3</w:t>
            </w:r>
          </w:p>
        </w:tc>
        <w:tc>
          <w:tcPr>
            <w:tcW w:type="dxa" w:w="624"/>
            <w:tcMar>
              <w:top w:w="20" w:type="dxa"/>
              <w:start w:w="20" w:type="dxa"/>
              <w:bottom w:w="20" w:type="dxa"/>
              <w:end w:w="20" w:type="dxa"/>
            </w:tcMar>
            <w:vAlign w:val="center"/>
          </w:tcPr>
          <w:p>
            <w:pPr>
              <w:spacing w:after="0" w:before="0" w:line="204" w:lineRule="auto"/>
              <w:jc w:val="center"/>
            </w:pPr>
            <w:r>
              <w:rPr>
                <w:sz w:val="11"/>
              </w:rPr>
              <w:t>TP-1B</w:t>
            </w:r>
          </w:p>
        </w:tc>
        <w:tc>
          <w:tcPr>
            <w:tcW w:type="dxa" w:w="2948"/>
            <w:tcMar>
              <w:top w:w="20" w:type="dxa"/>
              <w:start w:w="20" w:type="dxa"/>
              <w:bottom w:w="20" w:type="dxa"/>
              <w:end w:w="20" w:type="dxa"/>
            </w:tcMar>
            <w:vAlign w:val="center"/>
          </w:tcPr>
          <w:p>
            <w:pPr>
              <w:spacing w:before="0" w:after="0" w:line="204" w:lineRule="auto"/>
            </w:pPr>
            <w:r>
              <w:rPr>
                <w:sz w:val="11"/>
              </w:rPr>
              <w:t>Memodelkan perpindahan ke kiri pada garis bilangan</w:t>
            </w:r>
          </w:p>
        </w:tc>
        <w:tc>
          <w:tcPr>
            <w:tcW w:type="dxa" w:w="1361"/>
            <w:tcMar>
              <w:top w:w="20" w:type="dxa"/>
              <w:start w:w="20" w:type="dxa"/>
              <w:bottom w:w="20" w:type="dxa"/>
              <w:end w:w="20" w:type="dxa"/>
            </w:tcMar>
            <w:vAlign w:val="center"/>
          </w:tcPr>
          <w:p>
            <w:pPr>
              <w:spacing w:after="0" w:before="0" w:line="204" w:lineRule="auto"/>
            </w:pPr>
            <w:r>
              <w:rPr>
                <w:sz w:val="11"/>
              </w:rPr>
              <w:t>Posisi dan perpindahan</w:t>
            </w:r>
          </w:p>
        </w:tc>
        <w:tc>
          <w:tcPr>
            <w:tcW w:type="dxa" w:w="1304"/>
            <w:tcMar>
              <w:top w:w="20" w:type="dxa"/>
              <w:start w:w="20" w:type="dxa"/>
              <w:bottom w:w="20" w:type="dxa"/>
              <w:end w:w="20" w:type="dxa"/>
            </w:tcMar>
            <w:vAlign w:val="center"/>
          </w:tcPr>
          <w:p>
            <w:pPr>
              <w:spacing w:after="0" w:before="0" w:line="204" w:lineRule="auto"/>
            </w:pPr>
            <w:r>
              <w:rPr>
                <w:sz w:val="11"/>
              </w:rPr>
              <w:t>Permainan kelas</w:t>
            </w:r>
          </w:p>
        </w:tc>
        <w:tc>
          <w:tcPr>
            <w:tcW w:type="dxa" w:w="850"/>
            <w:tcMar>
              <w:top w:w="20" w:type="dxa"/>
              <w:start w:w="20" w:type="dxa"/>
              <w:bottom w:w="20" w:type="dxa"/>
              <w:end w:w="20" w:type="dxa"/>
            </w:tcMar>
            <w:vAlign w:val="center"/>
          </w:tcPr>
          <w:p>
            <w:pPr>
              <w:spacing w:after="0" w:before="0" w:line="204" w:lineRule="auto"/>
              <w:jc w:val="center"/>
            </w:pPr>
            <w:r>
              <w:rPr>
                <w:sz w:val="11"/>
              </w:rPr>
              <w:t>PG</w:t>
            </w:r>
          </w:p>
        </w:tc>
        <w:tc>
          <w:tcPr>
            <w:tcW w:type="dxa" w:w="680"/>
            <w:tcMar>
              <w:top w:w="20" w:type="dxa"/>
              <w:start w:w="20" w:type="dxa"/>
              <w:bottom w:w="20" w:type="dxa"/>
              <w:end w:w="20" w:type="dxa"/>
            </w:tcMar>
            <w:vAlign w:val="center"/>
          </w:tcPr>
          <w:p>
            <w:pPr>
              <w:spacing w:before="0" w:after="0" w:line="204" w:lineRule="auto"/>
            </w:pPr>
            <w:r>
              <w:rPr>
                <w:sz w:val="11"/>
              </w:rPr>
              <w:t>C3</w:t>
            </w:r>
          </w:p>
        </w:tc>
        <w:tc>
          <w:tcPr>
            <w:tcW w:type="dxa" w:w="1531"/>
            <w:tcMar>
              <w:top w:w="20" w:type="dxa"/>
              <w:start w:w="20" w:type="dxa"/>
              <w:bottom w:w="20" w:type="dxa"/>
              <w:end w:w="20" w:type="dxa"/>
            </w:tcMar>
            <w:vAlign w:val="center"/>
          </w:tcPr>
          <w:p>
            <w:pPr>
              <w:spacing w:after="0" w:before="0" w:line="204" w:lineRule="auto"/>
            </w:pPr>
            <w:r>
              <w:rPr>
                <w:sz w:val="11"/>
              </w:rPr>
              <w:t>Papan garis bilangan</w:t>
            </w:r>
          </w:p>
        </w:tc>
        <w:tc>
          <w:tcPr>
            <w:tcW w:type="dxa" w:w="964"/>
            <w:tcMar>
              <w:top w:w="20" w:type="dxa"/>
              <w:start w:w="20" w:type="dxa"/>
              <w:bottom w:w="20" w:type="dxa"/>
              <w:end w:w="20" w:type="dxa"/>
            </w:tcMar>
            <w:vAlign w:val="center"/>
          </w:tcPr>
          <w:p>
            <w:pPr>
              <w:spacing w:before="0" w:after="0" w:line="204" w:lineRule="auto"/>
            </w:pPr>
            <w:r>
              <w:rPr>
                <w:sz w:val="11"/>
              </w:rPr>
              <w:t>A</w:t>
            </w:r>
          </w:p>
        </w:tc>
      </w:tr>
      <w:tr>
        <w:trPr>
          <w:cantSplit/>
        </w:trPr>
        <w:tc>
          <w:tcPr>
            <w:tcW w:type="dxa" w:w="369"/>
            <w:tcMar>
              <w:top w:w="20" w:type="dxa"/>
              <w:start w:w="20" w:type="dxa"/>
              <w:bottom w:w="20" w:type="dxa"/>
              <w:end w:w="20" w:type="dxa"/>
            </w:tcMar>
            <w:vAlign w:val="center"/>
            <w:shd w:fill="F3F7FA"/>
          </w:tcPr>
          <w:p>
            <w:pPr>
              <w:spacing w:after="0" w:before="0" w:line="204" w:lineRule="auto"/>
              <w:jc w:val="center"/>
            </w:pPr>
            <w:r>
              <w:rPr>
                <w:sz w:val="11"/>
              </w:rPr>
              <w:t>4</w:t>
            </w:r>
          </w:p>
        </w:tc>
        <w:tc>
          <w:tcPr>
            <w:tcW w:type="dxa" w:w="624"/>
            <w:tcMar>
              <w:top w:w="20" w:type="dxa"/>
              <w:start w:w="20" w:type="dxa"/>
              <w:bottom w:w="20" w:type="dxa"/>
              <w:end w:w="20" w:type="dxa"/>
            </w:tcMar>
            <w:vAlign w:val="center"/>
            <w:shd w:fill="F3F7FA"/>
          </w:tcPr>
          <w:p>
            <w:pPr>
              <w:spacing w:after="0" w:before="0" w:line="204" w:lineRule="auto"/>
              <w:jc w:val="center"/>
            </w:pPr>
            <w:r>
              <w:rPr>
                <w:sz w:val="11"/>
              </w:rPr>
              <w:t>TP-1B</w:t>
            </w:r>
          </w:p>
        </w:tc>
        <w:tc>
          <w:tcPr>
            <w:tcW w:type="dxa" w:w="2948"/>
            <w:tcMar>
              <w:top w:w="20" w:type="dxa"/>
              <w:start w:w="20" w:type="dxa"/>
              <w:bottom w:w="20" w:type="dxa"/>
              <w:end w:w="20" w:type="dxa"/>
            </w:tcMar>
            <w:vAlign w:val="center"/>
            <w:shd w:fill="F3F7FA"/>
          </w:tcPr>
          <w:p>
            <w:pPr>
              <w:spacing w:before="0" w:after="0" w:line="204" w:lineRule="auto"/>
            </w:pPr>
            <w:r>
              <w:rPr>
                <w:sz w:val="11"/>
              </w:rPr>
              <w:t>Menganalisis perpindahan bertahap dan menafsirkan posisi akhir</w:t>
            </w:r>
          </w:p>
        </w:tc>
        <w:tc>
          <w:tcPr>
            <w:tcW w:type="dxa" w:w="1361"/>
            <w:tcMar>
              <w:top w:w="20" w:type="dxa"/>
              <w:start w:w="20" w:type="dxa"/>
              <w:bottom w:w="20" w:type="dxa"/>
              <w:end w:w="20" w:type="dxa"/>
            </w:tcMar>
            <w:vAlign w:val="center"/>
            <w:shd w:fill="F3F7FA"/>
          </w:tcPr>
          <w:p>
            <w:pPr>
              <w:spacing w:after="0" w:before="0" w:line="204" w:lineRule="auto"/>
            </w:pPr>
            <w:r>
              <w:rPr>
                <w:sz w:val="11"/>
              </w:rPr>
              <w:t>Perpindahan</w:t>
            </w:r>
          </w:p>
        </w:tc>
        <w:tc>
          <w:tcPr>
            <w:tcW w:type="dxa" w:w="1304"/>
            <w:tcMar>
              <w:top w:w="20" w:type="dxa"/>
              <w:start w:w="20" w:type="dxa"/>
              <w:bottom w:w="20" w:type="dxa"/>
              <w:end w:w="20" w:type="dxa"/>
            </w:tcMar>
            <w:vAlign w:val="center"/>
            <w:shd w:fill="F3F7FA"/>
          </w:tcPr>
          <w:p>
            <w:pPr>
              <w:spacing w:after="0" w:before="0" w:line="204" w:lineRule="auto"/>
            </w:pPr>
            <w:r>
              <w:rPr>
                <w:sz w:val="11"/>
              </w:rPr>
              <w:t>Rute kendaraan</w:t>
            </w:r>
          </w:p>
        </w:tc>
        <w:tc>
          <w:tcPr>
            <w:tcW w:type="dxa" w:w="850"/>
            <w:tcMar>
              <w:top w:w="20" w:type="dxa"/>
              <w:start w:w="20" w:type="dxa"/>
              <w:bottom w:w="20" w:type="dxa"/>
              <w:end w:w="20" w:type="dxa"/>
            </w:tcMar>
            <w:vAlign w:val="center"/>
            <w:shd w:fill="F3F7FA"/>
          </w:tcPr>
          <w:p>
            <w:pPr>
              <w:spacing w:after="0" w:before="0" w:line="204" w:lineRule="auto"/>
              <w:jc w:val="center"/>
            </w:pPr>
            <w:r>
              <w:rPr>
                <w:sz w:val="11"/>
              </w:rPr>
              <w:t>PG</w:t>
            </w:r>
          </w:p>
        </w:tc>
        <w:tc>
          <w:tcPr>
            <w:tcW w:type="dxa" w:w="680"/>
            <w:tcMar>
              <w:top w:w="20" w:type="dxa"/>
              <w:start w:w="20" w:type="dxa"/>
              <w:bottom w:w="20" w:type="dxa"/>
              <w:end w:w="20" w:type="dxa"/>
            </w:tcMar>
            <w:vAlign w:val="center"/>
            <w:shd w:fill="F3F7FA"/>
          </w:tcPr>
          <w:p>
            <w:pPr>
              <w:spacing w:before="0" w:after="0" w:line="204" w:lineRule="auto"/>
            </w:pPr>
            <w:r>
              <w:rPr>
                <w:sz w:val="11"/>
              </w:rPr>
              <w:t>C3/C4</w:t>
            </w:r>
          </w:p>
        </w:tc>
        <w:tc>
          <w:tcPr>
            <w:tcW w:type="dxa" w:w="1531"/>
            <w:tcMar>
              <w:top w:w="20" w:type="dxa"/>
              <w:start w:w="20" w:type="dxa"/>
              <w:bottom w:w="20" w:type="dxa"/>
              <w:end w:w="20" w:type="dxa"/>
            </w:tcMar>
            <w:vAlign w:val="center"/>
            <w:shd w:fill="F3F7FA"/>
          </w:tcPr>
          <w:p>
            <w:pPr>
              <w:spacing w:after="0" w:before="0" w:line="204" w:lineRule="auto"/>
            </w:pPr>
            <w:r>
              <w:rPr>
                <w:sz w:val="11"/>
              </w:rPr>
              <w:t>Peta dan garis berpanah</w:t>
            </w:r>
          </w:p>
        </w:tc>
        <w:tc>
          <w:tcPr>
            <w:tcW w:type="dxa" w:w="964"/>
            <w:tcMar>
              <w:top w:w="20" w:type="dxa"/>
              <w:start w:w="20" w:type="dxa"/>
              <w:bottom w:w="20" w:type="dxa"/>
              <w:end w:w="20" w:type="dxa"/>
            </w:tcMar>
            <w:vAlign w:val="center"/>
            <w:shd w:fill="F3F7FA"/>
          </w:tcPr>
          <w:p>
            <w:pPr>
              <w:spacing w:before="0" w:after="0" w:line="204" w:lineRule="auto"/>
            </w:pPr>
            <w:r>
              <w:rPr>
                <w:sz w:val="11"/>
              </w:rPr>
              <w:t>B</w:t>
            </w:r>
          </w:p>
        </w:tc>
      </w:tr>
      <w:tr>
        <w:trPr>
          <w:cantSplit/>
        </w:trPr>
        <w:tc>
          <w:tcPr>
            <w:tcW w:type="dxa" w:w="369"/>
            <w:tcMar>
              <w:top w:w="20" w:type="dxa"/>
              <w:start w:w="20" w:type="dxa"/>
              <w:bottom w:w="20" w:type="dxa"/>
              <w:end w:w="20" w:type="dxa"/>
            </w:tcMar>
            <w:vAlign w:val="center"/>
          </w:tcPr>
          <w:p>
            <w:pPr>
              <w:spacing w:after="0" w:before="0" w:line="204" w:lineRule="auto"/>
              <w:jc w:val="center"/>
            </w:pPr>
            <w:r>
              <w:rPr>
                <w:sz w:val="11"/>
              </w:rPr>
              <w:t>5</w:t>
            </w:r>
          </w:p>
        </w:tc>
        <w:tc>
          <w:tcPr>
            <w:tcW w:type="dxa" w:w="624"/>
            <w:tcMar>
              <w:top w:w="20" w:type="dxa"/>
              <w:start w:w="20" w:type="dxa"/>
              <w:bottom w:w="20" w:type="dxa"/>
              <w:end w:w="20" w:type="dxa"/>
            </w:tcMar>
            <w:vAlign w:val="center"/>
          </w:tcPr>
          <w:p>
            <w:pPr>
              <w:spacing w:after="0" w:before="0" w:line="204" w:lineRule="auto"/>
              <w:jc w:val="center"/>
            </w:pPr>
            <w:r>
              <w:rPr>
                <w:sz w:val="11"/>
              </w:rPr>
              <w:t>TP-1C</w:t>
            </w:r>
          </w:p>
        </w:tc>
        <w:tc>
          <w:tcPr>
            <w:tcW w:type="dxa" w:w="2948"/>
            <w:tcMar>
              <w:top w:w="20" w:type="dxa"/>
              <w:start w:w="20" w:type="dxa"/>
              <w:bottom w:w="20" w:type="dxa"/>
              <w:end w:w="20" w:type="dxa"/>
            </w:tcMar>
            <w:vAlign w:val="center"/>
          </w:tcPr>
          <w:p>
            <w:pPr>
              <w:spacing w:before="0" w:after="0" w:line="204" w:lineRule="auto"/>
            </w:pPr>
            <w:r>
              <w:rPr>
                <w:sz w:val="11"/>
              </w:rPr>
              <w:t>Membandingkan bilangan bertanda dan memberikan alasan</w:t>
            </w:r>
          </w:p>
        </w:tc>
        <w:tc>
          <w:tcPr>
            <w:tcW w:type="dxa" w:w="1361"/>
            <w:tcMar>
              <w:top w:w="20" w:type="dxa"/>
              <w:start w:w="20" w:type="dxa"/>
              <w:bottom w:w="20" w:type="dxa"/>
              <w:end w:w="20" w:type="dxa"/>
            </w:tcMar>
            <w:vAlign w:val="center"/>
          </w:tcPr>
          <w:p>
            <w:pPr>
              <w:spacing w:after="0" w:before="0" w:line="204" w:lineRule="auto"/>
            </w:pPr>
            <w:r>
              <w:rPr>
                <w:sz w:val="11"/>
              </w:rPr>
              <w:t>Perbandingan</w:t>
            </w:r>
          </w:p>
        </w:tc>
        <w:tc>
          <w:tcPr>
            <w:tcW w:type="dxa" w:w="1304"/>
            <w:tcMar>
              <w:top w:w="20" w:type="dxa"/>
              <w:start w:w="20" w:type="dxa"/>
              <w:bottom w:w="20" w:type="dxa"/>
              <w:end w:w="20" w:type="dxa"/>
            </w:tcMar>
            <w:vAlign w:val="center"/>
          </w:tcPr>
          <w:p>
            <w:pPr>
              <w:spacing w:after="0" w:before="0" w:line="204" w:lineRule="auto"/>
            </w:pPr>
            <w:r>
              <w:rPr>
                <w:sz w:val="11"/>
              </w:rPr>
              <w:t>Kantin madrasah</w:t>
            </w:r>
          </w:p>
        </w:tc>
        <w:tc>
          <w:tcPr>
            <w:tcW w:type="dxa" w:w="850"/>
            <w:tcMar>
              <w:top w:w="20" w:type="dxa"/>
              <w:start w:w="20" w:type="dxa"/>
              <w:bottom w:w="20" w:type="dxa"/>
              <w:end w:w="20" w:type="dxa"/>
            </w:tcMar>
            <w:vAlign w:val="center"/>
          </w:tcPr>
          <w:p>
            <w:pPr>
              <w:spacing w:after="0" w:before="0" w:line="204" w:lineRule="auto"/>
              <w:jc w:val="center"/>
            </w:pPr>
            <w:r>
              <w:rPr>
                <w:sz w:val="11"/>
              </w:rPr>
              <w:t>PG</w:t>
            </w:r>
          </w:p>
        </w:tc>
        <w:tc>
          <w:tcPr>
            <w:tcW w:type="dxa" w:w="680"/>
            <w:tcMar>
              <w:top w:w="20" w:type="dxa"/>
              <w:start w:w="20" w:type="dxa"/>
              <w:bottom w:w="20" w:type="dxa"/>
              <w:end w:w="20" w:type="dxa"/>
            </w:tcMar>
            <w:vAlign w:val="center"/>
          </w:tcPr>
          <w:p>
            <w:pPr>
              <w:spacing w:before="0" w:after="0" w:line="204" w:lineRule="auto"/>
            </w:pPr>
            <w:r>
              <w:rPr>
                <w:sz w:val="11"/>
              </w:rPr>
              <w:t>C3/C4</w:t>
            </w:r>
          </w:p>
        </w:tc>
        <w:tc>
          <w:tcPr>
            <w:tcW w:type="dxa" w:w="1531"/>
            <w:tcMar>
              <w:top w:w="20" w:type="dxa"/>
              <w:start w:w="20" w:type="dxa"/>
              <w:bottom w:w="20" w:type="dxa"/>
              <w:end w:w="20" w:type="dxa"/>
            </w:tcMar>
            <w:vAlign w:val="center"/>
          </w:tcPr>
          <w:p>
            <w:pPr>
              <w:spacing w:after="0" w:before="0" w:line="204" w:lineRule="auto"/>
            </w:pPr>
            <w:r>
              <w:rPr>
                <w:sz w:val="11"/>
              </w:rPr>
              <w:t>Lemari pendingin</w:t>
            </w:r>
          </w:p>
        </w:tc>
        <w:tc>
          <w:tcPr>
            <w:tcW w:type="dxa" w:w="964"/>
            <w:tcMar>
              <w:top w:w="20" w:type="dxa"/>
              <w:start w:w="20" w:type="dxa"/>
              <w:bottom w:w="20" w:type="dxa"/>
              <w:end w:w="20" w:type="dxa"/>
            </w:tcMar>
            <w:vAlign w:val="center"/>
          </w:tcPr>
          <w:p>
            <w:pPr>
              <w:spacing w:before="0" w:after="0" w:line="204" w:lineRule="auto"/>
            </w:pPr>
            <w:r>
              <w:rPr>
                <w:sz w:val="11"/>
              </w:rPr>
              <w:t>B</w:t>
            </w:r>
          </w:p>
        </w:tc>
      </w:tr>
      <w:tr>
        <w:trPr>
          <w:cantSplit/>
        </w:trPr>
        <w:tc>
          <w:tcPr>
            <w:tcW w:type="dxa" w:w="369"/>
            <w:tcMar>
              <w:top w:w="20" w:type="dxa"/>
              <w:start w:w="20" w:type="dxa"/>
              <w:bottom w:w="20" w:type="dxa"/>
              <w:end w:w="20" w:type="dxa"/>
            </w:tcMar>
            <w:vAlign w:val="center"/>
            <w:shd w:fill="F3F7FA"/>
          </w:tcPr>
          <w:p>
            <w:pPr>
              <w:spacing w:after="0" w:before="0" w:line="204" w:lineRule="auto"/>
              <w:jc w:val="center"/>
            </w:pPr>
            <w:r>
              <w:rPr>
                <w:sz w:val="11"/>
              </w:rPr>
              <w:t>6</w:t>
            </w:r>
          </w:p>
        </w:tc>
        <w:tc>
          <w:tcPr>
            <w:tcW w:type="dxa" w:w="624"/>
            <w:tcMar>
              <w:top w:w="20" w:type="dxa"/>
              <w:start w:w="20" w:type="dxa"/>
              <w:bottom w:w="20" w:type="dxa"/>
              <w:end w:w="20" w:type="dxa"/>
            </w:tcMar>
            <w:vAlign w:val="center"/>
            <w:shd w:fill="F3F7FA"/>
          </w:tcPr>
          <w:p>
            <w:pPr>
              <w:spacing w:after="0" w:before="0" w:line="204" w:lineRule="auto"/>
              <w:jc w:val="center"/>
            </w:pPr>
            <w:r>
              <w:rPr>
                <w:sz w:val="11"/>
              </w:rPr>
              <w:t>TP-1B</w:t>
            </w:r>
          </w:p>
        </w:tc>
        <w:tc>
          <w:tcPr>
            <w:tcW w:type="dxa" w:w="2948"/>
            <w:tcMar>
              <w:top w:w="20" w:type="dxa"/>
              <w:start w:w="20" w:type="dxa"/>
              <w:bottom w:w="20" w:type="dxa"/>
              <w:end w:w="20" w:type="dxa"/>
            </w:tcMar>
            <w:vAlign w:val="center"/>
            <w:shd w:fill="F3F7FA"/>
          </w:tcPr>
          <w:p>
            <w:pPr>
              <w:spacing w:before="0" w:after="0" w:line="204" w:lineRule="auto"/>
            </w:pPr>
            <w:r>
              <w:rPr>
                <w:sz w:val="11"/>
              </w:rPr>
              <w:t>Menafsirkan perubahan kedalaman dan makna tanda negatif</w:t>
            </w:r>
          </w:p>
        </w:tc>
        <w:tc>
          <w:tcPr>
            <w:tcW w:type="dxa" w:w="1361"/>
            <w:tcMar>
              <w:top w:w="20" w:type="dxa"/>
              <w:start w:w="20" w:type="dxa"/>
              <w:bottom w:w="20" w:type="dxa"/>
              <w:end w:w="20" w:type="dxa"/>
            </w:tcMar>
            <w:vAlign w:val="center"/>
            <w:shd w:fill="F3F7FA"/>
          </w:tcPr>
          <w:p>
            <w:pPr>
              <w:spacing w:after="0" w:before="0" w:line="204" w:lineRule="auto"/>
            </w:pPr>
            <w:r>
              <w:rPr>
                <w:sz w:val="11"/>
              </w:rPr>
              <w:t>Bilangan negatif</w:t>
            </w:r>
          </w:p>
        </w:tc>
        <w:tc>
          <w:tcPr>
            <w:tcW w:type="dxa" w:w="1304"/>
            <w:tcMar>
              <w:top w:w="20" w:type="dxa"/>
              <w:start w:w="20" w:type="dxa"/>
              <w:bottom w:w="20" w:type="dxa"/>
              <w:end w:w="20" w:type="dxa"/>
            </w:tcMar>
            <w:vAlign w:val="center"/>
            <w:shd w:fill="F3F7FA"/>
          </w:tcPr>
          <w:p>
            <w:pPr>
              <w:spacing w:after="0" w:before="0" w:line="204" w:lineRule="auto"/>
            </w:pPr>
            <w:r>
              <w:rPr>
                <w:sz w:val="11"/>
              </w:rPr>
              <w:t>Penyelaman</w:t>
            </w:r>
          </w:p>
        </w:tc>
        <w:tc>
          <w:tcPr>
            <w:tcW w:type="dxa" w:w="850"/>
            <w:tcMar>
              <w:top w:w="20" w:type="dxa"/>
              <w:start w:w="20" w:type="dxa"/>
              <w:bottom w:w="20" w:type="dxa"/>
              <w:end w:w="20" w:type="dxa"/>
            </w:tcMar>
            <w:vAlign w:val="center"/>
            <w:shd w:fill="F3F7FA"/>
          </w:tcPr>
          <w:p>
            <w:pPr>
              <w:spacing w:after="0" w:before="0" w:line="204" w:lineRule="auto"/>
              <w:jc w:val="center"/>
            </w:pPr>
            <w:r>
              <w:rPr>
                <w:sz w:val="11"/>
              </w:rPr>
              <w:t>PG</w:t>
            </w:r>
          </w:p>
        </w:tc>
        <w:tc>
          <w:tcPr>
            <w:tcW w:type="dxa" w:w="680"/>
            <w:tcMar>
              <w:top w:w="20" w:type="dxa"/>
              <w:start w:w="20" w:type="dxa"/>
              <w:bottom w:w="20" w:type="dxa"/>
              <w:end w:w="20" w:type="dxa"/>
            </w:tcMar>
            <w:vAlign w:val="center"/>
            <w:shd w:fill="F3F7FA"/>
          </w:tcPr>
          <w:p>
            <w:pPr>
              <w:spacing w:before="0" w:after="0" w:line="204" w:lineRule="auto"/>
            </w:pPr>
            <w:r>
              <w:rPr>
                <w:sz w:val="11"/>
              </w:rPr>
              <w:t>C3/C4</w:t>
            </w:r>
          </w:p>
        </w:tc>
        <w:tc>
          <w:tcPr>
            <w:tcW w:type="dxa" w:w="1531"/>
            <w:tcMar>
              <w:top w:w="20" w:type="dxa"/>
              <w:start w:w="20" w:type="dxa"/>
              <w:bottom w:w="20" w:type="dxa"/>
              <w:end w:w="20" w:type="dxa"/>
            </w:tcMar>
            <w:vAlign w:val="center"/>
            <w:shd w:fill="F3F7FA"/>
          </w:tcPr>
          <w:p>
            <w:pPr>
              <w:spacing w:after="0" w:before="0" w:line="204" w:lineRule="auto"/>
            </w:pPr>
            <w:r>
              <w:rPr>
                <w:sz w:val="11"/>
              </w:rPr>
              <w:t>Skala kedalaman</w:t>
            </w:r>
          </w:p>
        </w:tc>
        <w:tc>
          <w:tcPr>
            <w:tcW w:type="dxa" w:w="964"/>
            <w:tcMar>
              <w:top w:w="20" w:type="dxa"/>
              <w:start w:w="20" w:type="dxa"/>
              <w:bottom w:w="20" w:type="dxa"/>
              <w:end w:w="20" w:type="dxa"/>
            </w:tcMar>
            <w:vAlign w:val="center"/>
            <w:shd w:fill="F3F7FA"/>
          </w:tcPr>
          <w:p>
            <w:pPr>
              <w:spacing w:before="0" w:after="0" w:line="204" w:lineRule="auto"/>
            </w:pPr>
            <w:r>
              <w:rPr>
                <w:sz w:val="11"/>
              </w:rPr>
              <w:t>A</w:t>
            </w:r>
          </w:p>
        </w:tc>
      </w:tr>
      <w:tr>
        <w:trPr>
          <w:cantSplit/>
        </w:trPr>
        <w:tc>
          <w:tcPr>
            <w:tcW w:type="dxa" w:w="369"/>
            <w:tcMar>
              <w:top w:w="20" w:type="dxa"/>
              <w:start w:w="20" w:type="dxa"/>
              <w:bottom w:w="20" w:type="dxa"/>
              <w:end w:w="20" w:type="dxa"/>
            </w:tcMar>
            <w:vAlign w:val="center"/>
          </w:tcPr>
          <w:p>
            <w:pPr>
              <w:spacing w:after="0" w:before="0" w:line="204" w:lineRule="auto"/>
              <w:jc w:val="center"/>
            </w:pPr>
            <w:r>
              <w:rPr>
                <w:sz w:val="11"/>
              </w:rPr>
              <w:t>7</w:t>
            </w:r>
          </w:p>
        </w:tc>
        <w:tc>
          <w:tcPr>
            <w:tcW w:type="dxa" w:w="624"/>
            <w:tcMar>
              <w:top w:w="20" w:type="dxa"/>
              <w:start w:w="20" w:type="dxa"/>
              <w:bottom w:w="20" w:type="dxa"/>
              <w:end w:w="20" w:type="dxa"/>
            </w:tcMar>
            <w:vAlign w:val="center"/>
          </w:tcPr>
          <w:p>
            <w:pPr>
              <w:spacing w:after="0" w:before="0" w:line="204" w:lineRule="auto"/>
              <w:jc w:val="center"/>
            </w:pPr>
            <w:r>
              <w:rPr>
                <w:sz w:val="11"/>
              </w:rPr>
              <w:t>TP-1D</w:t>
            </w:r>
          </w:p>
        </w:tc>
        <w:tc>
          <w:tcPr>
            <w:tcW w:type="dxa" w:w="2948"/>
            <w:tcMar>
              <w:top w:w="20" w:type="dxa"/>
              <w:start w:w="20" w:type="dxa"/>
              <w:bottom w:w="20" w:type="dxa"/>
              <w:end w:w="20" w:type="dxa"/>
            </w:tcMar>
            <w:vAlign w:val="center"/>
          </w:tcPr>
          <w:p>
            <w:pPr>
              <w:spacing w:before="0" w:after="0" w:line="204" w:lineRule="auto"/>
            </w:pPr>
            <w:r>
              <w:rPr>
                <w:sz w:val="11"/>
              </w:rPr>
              <w:t>Menganalisis konsistensi interval pada garis bilangan</w:t>
            </w:r>
          </w:p>
        </w:tc>
        <w:tc>
          <w:tcPr>
            <w:tcW w:type="dxa" w:w="1361"/>
            <w:tcMar>
              <w:top w:w="20" w:type="dxa"/>
              <w:start w:w="20" w:type="dxa"/>
              <w:bottom w:w="20" w:type="dxa"/>
              <w:end w:w="20" w:type="dxa"/>
            </w:tcMar>
            <w:vAlign w:val="center"/>
          </w:tcPr>
          <w:p>
            <w:pPr>
              <w:spacing w:after="0" w:before="0" w:line="204" w:lineRule="auto"/>
            </w:pPr>
            <w:r>
              <w:rPr>
                <w:sz w:val="11"/>
              </w:rPr>
              <w:t>Skala garis bilangan</w:t>
            </w:r>
          </w:p>
        </w:tc>
        <w:tc>
          <w:tcPr>
            <w:tcW w:type="dxa" w:w="1304"/>
            <w:tcMar>
              <w:top w:w="20" w:type="dxa"/>
              <w:start w:w="20" w:type="dxa"/>
              <w:bottom w:w="20" w:type="dxa"/>
              <w:end w:w="20" w:type="dxa"/>
            </w:tcMar>
            <w:vAlign w:val="center"/>
          </w:tcPr>
          <w:p>
            <w:pPr>
              <w:spacing w:after="0" w:before="0" w:line="204" w:lineRule="auto"/>
            </w:pPr>
            <w:r>
              <w:rPr>
                <w:sz w:val="11"/>
              </w:rPr>
              <w:t>Papan permainan</w:t>
            </w:r>
          </w:p>
        </w:tc>
        <w:tc>
          <w:tcPr>
            <w:tcW w:type="dxa" w:w="850"/>
            <w:tcMar>
              <w:top w:w="20" w:type="dxa"/>
              <w:start w:w="20" w:type="dxa"/>
              <w:bottom w:w="20" w:type="dxa"/>
              <w:end w:w="20" w:type="dxa"/>
            </w:tcMar>
            <w:vAlign w:val="center"/>
          </w:tcPr>
          <w:p>
            <w:pPr>
              <w:spacing w:after="0" w:before="0" w:line="204" w:lineRule="auto"/>
              <w:jc w:val="center"/>
            </w:pPr>
            <w:r>
              <w:rPr>
                <w:sz w:val="11"/>
              </w:rPr>
              <w:t>PG</w:t>
            </w:r>
          </w:p>
        </w:tc>
        <w:tc>
          <w:tcPr>
            <w:tcW w:type="dxa" w:w="680"/>
            <w:tcMar>
              <w:top w:w="20" w:type="dxa"/>
              <w:start w:w="20" w:type="dxa"/>
              <w:bottom w:w="20" w:type="dxa"/>
              <w:end w:w="20" w:type="dxa"/>
            </w:tcMar>
            <w:vAlign w:val="center"/>
          </w:tcPr>
          <w:p>
            <w:pPr>
              <w:spacing w:before="0" w:after="0" w:line="204" w:lineRule="auto"/>
            </w:pPr>
            <w:r>
              <w:rPr>
                <w:sz w:val="11"/>
              </w:rPr>
              <w:t>C4</w:t>
            </w:r>
          </w:p>
        </w:tc>
        <w:tc>
          <w:tcPr>
            <w:tcW w:type="dxa" w:w="1531"/>
            <w:tcMar>
              <w:top w:w="20" w:type="dxa"/>
              <w:start w:w="20" w:type="dxa"/>
              <w:bottom w:w="20" w:type="dxa"/>
              <w:end w:w="20" w:type="dxa"/>
            </w:tcMar>
            <w:vAlign w:val="center"/>
          </w:tcPr>
          <w:p>
            <w:pPr>
              <w:spacing w:after="0" w:before="0" w:line="204" w:lineRule="auto"/>
            </w:pPr>
            <w:r>
              <w:rPr>
                <w:sz w:val="11"/>
              </w:rPr>
              <w:t>Garis berskala</w:t>
            </w:r>
          </w:p>
        </w:tc>
        <w:tc>
          <w:tcPr>
            <w:tcW w:type="dxa" w:w="964"/>
            <w:tcMar>
              <w:top w:w="20" w:type="dxa"/>
              <w:start w:w="20" w:type="dxa"/>
              <w:bottom w:w="20" w:type="dxa"/>
              <w:end w:w="20" w:type="dxa"/>
            </w:tcMar>
            <w:vAlign w:val="center"/>
          </w:tcPr>
          <w:p>
            <w:pPr>
              <w:spacing w:before="0" w:after="0" w:line="204" w:lineRule="auto"/>
            </w:pPr>
            <w:r>
              <w:rPr>
                <w:sz w:val="11"/>
              </w:rPr>
              <w:t>B</w:t>
            </w:r>
          </w:p>
        </w:tc>
      </w:tr>
      <w:tr>
        <w:trPr>
          <w:cantSplit/>
        </w:trPr>
        <w:tc>
          <w:tcPr>
            <w:tcW w:type="dxa" w:w="369"/>
            <w:tcMar>
              <w:top w:w="20" w:type="dxa"/>
              <w:start w:w="20" w:type="dxa"/>
              <w:bottom w:w="20" w:type="dxa"/>
              <w:end w:w="20" w:type="dxa"/>
            </w:tcMar>
            <w:vAlign w:val="center"/>
            <w:shd w:fill="F3F7FA"/>
          </w:tcPr>
          <w:p>
            <w:pPr>
              <w:spacing w:after="0" w:before="0" w:line="204" w:lineRule="auto"/>
              <w:jc w:val="center"/>
            </w:pPr>
            <w:r>
              <w:rPr>
                <w:sz w:val="11"/>
              </w:rPr>
              <w:t>8</w:t>
            </w:r>
          </w:p>
        </w:tc>
        <w:tc>
          <w:tcPr>
            <w:tcW w:type="dxa" w:w="624"/>
            <w:tcMar>
              <w:top w:w="20" w:type="dxa"/>
              <w:start w:w="20" w:type="dxa"/>
              <w:bottom w:w="20" w:type="dxa"/>
              <w:end w:w="20" w:type="dxa"/>
            </w:tcMar>
            <w:vAlign w:val="center"/>
            <w:shd w:fill="F3F7FA"/>
          </w:tcPr>
          <w:p>
            <w:pPr>
              <w:spacing w:after="0" w:before="0" w:line="204" w:lineRule="auto"/>
              <w:jc w:val="center"/>
            </w:pPr>
            <w:r>
              <w:rPr>
                <w:sz w:val="11"/>
              </w:rPr>
              <w:t>TP-1C</w:t>
            </w:r>
          </w:p>
        </w:tc>
        <w:tc>
          <w:tcPr>
            <w:tcW w:type="dxa" w:w="2948"/>
            <w:tcMar>
              <w:top w:w="20" w:type="dxa"/>
              <w:start w:w="20" w:type="dxa"/>
              <w:bottom w:w="20" w:type="dxa"/>
              <w:end w:w="20" w:type="dxa"/>
            </w:tcMar>
            <w:vAlign w:val="center"/>
            <w:shd w:fill="F3F7FA"/>
          </w:tcPr>
          <w:p>
            <w:pPr>
              <w:spacing w:before="0" w:after="0" w:line="204" w:lineRule="auto"/>
            </w:pPr>
            <w:r>
              <w:rPr>
                <w:sz w:val="11"/>
              </w:rPr>
              <w:t>Mengevaluasi klaim tentang posisi dan jarak dari titik acuan</w:t>
            </w:r>
          </w:p>
        </w:tc>
        <w:tc>
          <w:tcPr>
            <w:tcW w:type="dxa" w:w="1361"/>
            <w:tcMar>
              <w:top w:w="20" w:type="dxa"/>
              <w:start w:w="20" w:type="dxa"/>
              <w:bottom w:w="20" w:type="dxa"/>
              <w:end w:w="20" w:type="dxa"/>
            </w:tcMar>
            <w:vAlign w:val="center"/>
            <w:shd w:fill="F3F7FA"/>
          </w:tcPr>
          <w:p>
            <w:pPr>
              <w:spacing w:after="0" w:before="0" w:line="204" w:lineRule="auto"/>
            </w:pPr>
            <w:r>
              <w:rPr>
                <w:sz w:val="11"/>
              </w:rPr>
              <w:t>Urutan dan jarak</w:t>
            </w:r>
          </w:p>
        </w:tc>
        <w:tc>
          <w:tcPr>
            <w:tcW w:type="dxa" w:w="1304"/>
            <w:tcMar>
              <w:top w:w="20" w:type="dxa"/>
              <w:start w:w="20" w:type="dxa"/>
              <w:bottom w:w="20" w:type="dxa"/>
              <w:end w:w="20" w:type="dxa"/>
            </w:tcMar>
            <w:vAlign w:val="center"/>
            <w:shd w:fill="F3F7FA"/>
          </w:tcPr>
          <w:p>
            <w:pPr>
              <w:spacing w:after="0" w:before="0" w:line="204" w:lineRule="auto"/>
            </w:pPr>
            <w:r>
              <w:rPr>
                <w:sz w:val="11"/>
              </w:rPr>
              <w:t>Jalur jelajah</w:t>
            </w:r>
          </w:p>
        </w:tc>
        <w:tc>
          <w:tcPr>
            <w:tcW w:type="dxa" w:w="850"/>
            <w:tcMar>
              <w:top w:w="20" w:type="dxa"/>
              <w:start w:w="20" w:type="dxa"/>
              <w:bottom w:w="20" w:type="dxa"/>
              <w:end w:w="20" w:type="dxa"/>
            </w:tcMar>
            <w:vAlign w:val="center"/>
            <w:shd w:fill="F3F7FA"/>
          </w:tcPr>
          <w:p>
            <w:pPr>
              <w:spacing w:after="0" w:before="0" w:line="204" w:lineRule="auto"/>
              <w:jc w:val="center"/>
            </w:pPr>
            <w:r>
              <w:rPr>
                <w:sz w:val="11"/>
              </w:rPr>
              <w:t>Esai terbimbing</w:t>
            </w:r>
          </w:p>
        </w:tc>
        <w:tc>
          <w:tcPr>
            <w:tcW w:type="dxa" w:w="680"/>
            <w:tcMar>
              <w:top w:w="20" w:type="dxa"/>
              <w:start w:w="20" w:type="dxa"/>
              <w:bottom w:w="20" w:type="dxa"/>
              <w:end w:w="20" w:type="dxa"/>
            </w:tcMar>
            <w:vAlign w:val="center"/>
            <w:shd w:fill="F3F7FA"/>
          </w:tcPr>
          <w:p>
            <w:pPr>
              <w:spacing w:before="0" w:after="0" w:line="204" w:lineRule="auto"/>
            </w:pPr>
            <w:r>
              <w:rPr>
                <w:sz w:val="11"/>
              </w:rPr>
              <w:t>C4</w:t>
            </w:r>
          </w:p>
        </w:tc>
        <w:tc>
          <w:tcPr>
            <w:tcW w:type="dxa" w:w="1531"/>
            <w:tcMar>
              <w:top w:w="20" w:type="dxa"/>
              <w:start w:w="20" w:type="dxa"/>
              <w:bottom w:w="20" w:type="dxa"/>
              <w:end w:w="20" w:type="dxa"/>
            </w:tcMar>
            <w:vAlign w:val="center"/>
            <w:shd w:fill="F3F7FA"/>
          </w:tcPr>
          <w:p>
            <w:pPr>
              <w:spacing w:after="0" w:before="0" w:line="204" w:lineRule="auto"/>
            </w:pPr>
            <w:r>
              <w:rPr>
                <w:sz w:val="11"/>
              </w:rPr>
              <w:t>Peta jalur + garis</w:t>
            </w:r>
          </w:p>
        </w:tc>
        <w:tc>
          <w:tcPr>
            <w:tcW w:type="dxa" w:w="964"/>
            <w:tcMar>
              <w:top w:w="20" w:type="dxa"/>
              <w:start w:w="20" w:type="dxa"/>
              <w:bottom w:w="20" w:type="dxa"/>
              <w:end w:w="20" w:type="dxa"/>
            </w:tcMar>
            <w:vAlign w:val="center"/>
            <w:shd w:fill="F3F7FA"/>
          </w:tcPr>
          <w:p>
            <w:pPr>
              <w:spacing w:before="0" w:after="0" w:line="204" w:lineRule="auto"/>
            </w:pPr>
            <w:r>
              <w:rPr>
                <w:sz w:val="11"/>
              </w:rPr>
              <w:t>W paling jauh</w:t>
            </w:r>
          </w:p>
        </w:tc>
      </w:tr>
      <w:tr>
        <w:trPr>
          <w:cantSplit/>
        </w:trPr>
        <w:tc>
          <w:tcPr>
            <w:tcW w:type="dxa" w:w="369"/>
            <w:tcMar>
              <w:top w:w="20" w:type="dxa"/>
              <w:start w:w="20" w:type="dxa"/>
              <w:bottom w:w="20" w:type="dxa"/>
              <w:end w:w="20" w:type="dxa"/>
            </w:tcMar>
            <w:vAlign w:val="center"/>
          </w:tcPr>
          <w:p>
            <w:pPr>
              <w:spacing w:after="0" w:before="0" w:line="204" w:lineRule="auto"/>
              <w:jc w:val="center"/>
            </w:pPr>
            <w:r>
              <w:rPr>
                <w:sz w:val="11"/>
              </w:rPr>
              <w:t>9</w:t>
            </w:r>
          </w:p>
        </w:tc>
        <w:tc>
          <w:tcPr>
            <w:tcW w:type="dxa" w:w="624"/>
            <w:tcMar>
              <w:top w:w="20" w:type="dxa"/>
              <w:start w:w="20" w:type="dxa"/>
              <w:bottom w:w="20" w:type="dxa"/>
              <w:end w:w="20" w:type="dxa"/>
            </w:tcMar>
            <w:vAlign w:val="center"/>
          </w:tcPr>
          <w:p>
            <w:pPr>
              <w:spacing w:after="0" w:before="0" w:line="204" w:lineRule="auto"/>
              <w:jc w:val="center"/>
            </w:pPr>
            <w:r>
              <w:rPr>
                <w:sz w:val="11"/>
              </w:rPr>
              <w:t>TP-1B</w:t>
            </w:r>
          </w:p>
        </w:tc>
        <w:tc>
          <w:tcPr>
            <w:tcW w:type="dxa" w:w="2948"/>
            <w:tcMar>
              <w:top w:w="20" w:type="dxa"/>
              <w:start w:w="20" w:type="dxa"/>
              <w:bottom w:w="20" w:type="dxa"/>
              <w:end w:w="20" w:type="dxa"/>
            </w:tcMar>
            <w:vAlign w:val="center"/>
          </w:tcPr>
          <w:p>
            <w:pPr>
              <w:spacing w:before="0" w:after="0" w:line="204" w:lineRule="auto"/>
            </w:pPr>
            <w:r>
              <w:rPr>
                <w:sz w:val="11"/>
              </w:rPr>
              <w:t>Memodelkan perpindahan dan memeriksa kesalahan penalaran</w:t>
            </w:r>
          </w:p>
        </w:tc>
        <w:tc>
          <w:tcPr>
            <w:tcW w:type="dxa" w:w="1361"/>
            <w:tcMar>
              <w:top w:w="20" w:type="dxa"/>
              <w:start w:w="20" w:type="dxa"/>
              <w:bottom w:w="20" w:type="dxa"/>
              <w:end w:w="20" w:type="dxa"/>
            </w:tcMar>
            <w:vAlign w:val="center"/>
          </w:tcPr>
          <w:p>
            <w:pPr>
              <w:spacing w:after="0" w:before="0" w:line="204" w:lineRule="auto"/>
            </w:pPr>
            <w:r>
              <w:rPr>
                <w:sz w:val="11"/>
              </w:rPr>
              <w:t>Perpindahan berurutan</w:t>
            </w:r>
          </w:p>
        </w:tc>
        <w:tc>
          <w:tcPr>
            <w:tcW w:type="dxa" w:w="1304"/>
            <w:tcMar>
              <w:top w:w="20" w:type="dxa"/>
              <w:start w:w="20" w:type="dxa"/>
              <w:bottom w:w="20" w:type="dxa"/>
              <w:end w:w="20" w:type="dxa"/>
            </w:tcMar>
            <w:vAlign w:val="center"/>
          </w:tcPr>
          <w:p>
            <w:pPr>
              <w:spacing w:after="0" w:before="0" w:line="204" w:lineRule="auto"/>
            </w:pPr>
            <w:r>
              <w:rPr>
                <w:sz w:val="11"/>
              </w:rPr>
              <w:t>Perpustakaan</w:t>
            </w:r>
          </w:p>
        </w:tc>
        <w:tc>
          <w:tcPr>
            <w:tcW w:type="dxa" w:w="850"/>
            <w:tcMar>
              <w:top w:w="20" w:type="dxa"/>
              <w:start w:w="20" w:type="dxa"/>
              <w:bottom w:w="20" w:type="dxa"/>
              <w:end w:w="20" w:type="dxa"/>
            </w:tcMar>
            <w:vAlign w:val="center"/>
          </w:tcPr>
          <w:p>
            <w:pPr>
              <w:spacing w:after="0" w:before="0" w:line="204" w:lineRule="auto"/>
              <w:jc w:val="center"/>
            </w:pPr>
            <w:r>
              <w:rPr>
                <w:sz w:val="11"/>
              </w:rPr>
              <w:t>Esai terbimbing</w:t>
            </w:r>
          </w:p>
        </w:tc>
        <w:tc>
          <w:tcPr>
            <w:tcW w:type="dxa" w:w="680"/>
            <w:tcMar>
              <w:top w:w="20" w:type="dxa"/>
              <w:start w:w="20" w:type="dxa"/>
              <w:bottom w:w="20" w:type="dxa"/>
              <w:end w:w="20" w:type="dxa"/>
            </w:tcMar>
            <w:vAlign w:val="center"/>
          </w:tcPr>
          <w:p>
            <w:pPr>
              <w:spacing w:before="0" w:after="0" w:line="204" w:lineRule="auto"/>
            </w:pPr>
            <w:r>
              <w:rPr>
                <w:sz w:val="11"/>
              </w:rPr>
              <w:t>C4</w:t>
            </w:r>
          </w:p>
        </w:tc>
        <w:tc>
          <w:tcPr>
            <w:tcW w:type="dxa" w:w="1531"/>
            <w:tcMar>
              <w:top w:w="20" w:type="dxa"/>
              <w:start w:w="20" w:type="dxa"/>
              <w:bottom w:w="20" w:type="dxa"/>
              <w:end w:w="20" w:type="dxa"/>
            </w:tcMar>
            <w:vAlign w:val="center"/>
          </w:tcPr>
          <w:p>
            <w:pPr>
              <w:spacing w:after="0" w:before="0" w:line="204" w:lineRule="auto"/>
            </w:pPr>
            <w:r>
              <w:rPr>
                <w:sz w:val="11"/>
              </w:rPr>
              <w:t>Lift + garis bilangan</w:t>
            </w:r>
          </w:p>
        </w:tc>
        <w:tc>
          <w:tcPr>
            <w:tcW w:type="dxa" w:w="964"/>
            <w:tcMar>
              <w:top w:w="20" w:type="dxa"/>
              <w:start w:w="20" w:type="dxa"/>
              <w:bottom w:w="20" w:type="dxa"/>
              <w:end w:w="20" w:type="dxa"/>
            </w:tcMar>
            <w:vAlign w:val="center"/>
          </w:tcPr>
          <w:p>
            <w:pPr>
              <w:spacing w:before="0" w:after="0" w:line="204" w:lineRule="auto"/>
            </w:pPr>
            <w:r>
              <w:rPr>
                <w:sz w:val="11"/>
              </w:rPr>
              <w:t>-2</w:t>
            </w:r>
          </w:p>
        </w:tc>
      </w:tr>
      <w:tr>
        <w:trPr>
          <w:cantSplit/>
        </w:trPr>
        <w:tc>
          <w:tcPr>
            <w:tcW w:type="dxa" w:w="369"/>
            <w:tcMar>
              <w:top w:w="20" w:type="dxa"/>
              <w:start w:w="20" w:type="dxa"/>
              <w:bottom w:w="20" w:type="dxa"/>
              <w:end w:w="20" w:type="dxa"/>
            </w:tcMar>
            <w:vAlign w:val="center"/>
            <w:shd w:fill="F3F7FA"/>
          </w:tcPr>
          <w:p>
            <w:pPr>
              <w:spacing w:after="0" w:before="0" w:line="204" w:lineRule="auto"/>
              <w:jc w:val="center"/>
            </w:pPr>
            <w:r>
              <w:rPr>
                <w:sz w:val="11"/>
              </w:rPr>
              <w:t>10</w:t>
            </w:r>
          </w:p>
        </w:tc>
        <w:tc>
          <w:tcPr>
            <w:tcW w:type="dxa" w:w="624"/>
            <w:tcMar>
              <w:top w:w="20" w:type="dxa"/>
              <w:start w:w="20" w:type="dxa"/>
              <w:bottom w:w="20" w:type="dxa"/>
              <w:end w:w="20" w:type="dxa"/>
            </w:tcMar>
            <w:vAlign w:val="center"/>
            <w:shd w:fill="F3F7FA"/>
          </w:tcPr>
          <w:p>
            <w:pPr>
              <w:spacing w:after="0" w:before="0" w:line="204" w:lineRule="auto"/>
              <w:jc w:val="center"/>
            </w:pPr>
            <w:r>
              <w:rPr>
                <w:sz w:val="11"/>
              </w:rPr>
              <w:t>TP-1E</w:t>
            </w:r>
          </w:p>
        </w:tc>
        <w:tc>
          <w:tcPr>
            <w:tcW w:type="dxa" w:w="2948"/>
            <w:tcMar>
              <w:top w:w="20" w:type="dxa"/>
              <w:start w:w="20" w:type="dxa"/>
              <w:bottom w:w="20" w:type="dxa"/>
              <w:end w:w="20" w:type="dxa"/>
            </w:tcMar>
            <w:vAlign w:val="center"/>
            <w:shd w:fill="F3F7FA"/>
          </w:tcPr>
          <w:p>
            <w:pPr>
              <w:spacing w:before="0" w:after="0" w:line="204" w:lineRule="auto"/>
            </w:pPr>
            <w:r>
              <w:rPr>
                <w:sz w:val="11"/>
              </w:rPr>
              <w:t>Merancang pasangan bilangan berlawanan dengan kendala lokasi</w:t>
            </w:r>
          </w:p>
        </w:tc>
        <w:tc>
          <w:tcPr>
            <w:tcW w:type="dxa" w:w="1361"/>
            <w:tcMar>
              <w:top w:w="20" w:type="dxa"/>
              <w:start w:w="20" w:type="dxa"/>
              <w:bottom w:w="20" w:type="dxa"/>
              <w:end w:w="20" w:type="dxa"/>
            </w:tcMar>
            <w:vAlign w:val="center"/>
            <w:shd w:fill="F3F7FA"/>
          </w:tcPr>
          <w:p>
            <w:pPr>
              <w:spacing w:after="0" w:before="0" w:line="204" w:lineRule="auto"/>
            </w:pPr>
            <w:r>
              <w:rPr>
                <w:sz w:val="11"/>
              </w:rPr>
              <w:t>Bilangan berlawanan</w:t>
            </w:r>
          </w:p>
        </w:tc>
        <w:tc>
          <w:tcPr>
            <w:tcW w:type="dxa" w:w="1304"/>
            <w:tcMar>
              <w:top w:w="20" w:type="dxa"/>
              <w:start w:w="20" w:type="dxa"/>
              <w:bottom w:w="20" w:type="dxa"/>
              <w:end w:w="20" w:type="dxa"/>
            </w:tcMar>
            <w:vAlign w:val="center"/>
            <w:shd w:fill="F3F7FA"/>
          </w:tcPr>
          <w:p>
            <w:pPr>
              <w:spacing w:after="0" w:before="0" w:line="204" w:lineRule="auto"/>
            </w:pPr>
            <w:r>
              <w:rPr>
                <w:sz w:val="11"/>
              </w:rPr>
              <w:t>Kebun sekolah</w:t>
            </w:r>
          </w:p>
        </w:tc>
        <w:tc>
          <w:tcPr>
            <w:tcW w:type="dxa" w:w="850"/>
            <w:tcMar>
              <w:top w:w="20" w:type="dxa"/>
              <w:start w:w="20" w:type="dxa"/>
              <w:bottom w:w="20" w:type="dxa"/>
              <w:end w:w="20" w:type="dxa"/>
            </w:tcMar>
            <w:vAlign w:val="center"/>
            <w:shd w:fill="F3F7FA"/>
          </w:tcPr>
          <w:p>
            <w:pPr>
              <w:spacing w:after="0" w:before="0" w:line="204" w:lineRule="auto"/>
              <w:jc w:val="center"/>
            </w:pPr>
            <w:r>
              <w:rPr>
                <w:sz w:val="11"/>
              </w:rPr>
              <w:t>Esai terbimbing</w:t>
            </w:r>
          </w:p>
        </w:tc>
        <w:tc>
          <w:tcPr>
            <w:tcW w:type="dxa" w:w="680"/>
            <w:tcMar>
              <w:top w:w="20" w:type="dxa"/>
              <w:start w:w="20" w:type="dxa"/>
              <w:bottom w:w="20" w:type="dxa"/>
              <w:end w:w="20" w:type="dxa"/>
            </w:tcMar>
            <w:vAlign w:val="center"/>
            <w:shd w:fill="F3F7FA"/>
          </w:tcPr>
          <w:p>
            <w:pPr>
              <w:spacing w:before="0" w:after="0" w:line="204" w:lineRule="auto"/>
            </w:pPr>
            <w:r>
              <w:rPr>
                <w:sz w:val="11"/>
              </w:rPr>
              <w:t>C4/C5</w:t>
            </w:r>
          </w:p>
        </w:tc>
        <w:tc>
          <w:tcPr>
            <w:tcW w:type="dxa" w:w="1531"/>
            <w:tcMar>
              <w:top w:w="20" w:type="dxa"/>
              <w:start w:w="20" w:type="dxa"/>
              <w:bottom w:w="20" w:type="dxa"/>
              <w:end w:w="20" w:type="dxa"/>
            </w:tcMar>
            <w:vAlign w:val="center"/>
            <w:shd w:fill="F3F7FA"/>
          </w:tcPr>
          <w:p>
            <w:pPr>
              <w:spacing w:after="0" w:before="0" w:line="204" w:lineRule="auto"/>
            </w:pPr>
            <w:r>
              <w:rPr>
                <w:sz w:val="11"/>
              </w:rPr>
              <w:t>Denah elevasi</w:t>
            </w:r>
          </w:p>
        </w:tc>
        <w:tc>
          <w:tcPr>
            <w:tcW w:type="dxa" w:w="964"/>
            <w:tcMar>
              <w:top w:w="20" w:type="dxa"/>
              <w:start w:w="20" w:type="dxa"/>
              <w:bottom w:w="20" w:type="dxa"/>
              <w:end w:w="20" w:type="dxa"/>
            </w:tcMar>
            <w:vAlign w:val="center"/>
            <w:shd w:fill="F3F7FA"/>
          </w:tcPr>
          <w:p>
            <w:pPr>
              <w:spacing w:before="0" w:after="0" w:line="204" w:lineRule="auto"/>
            </w:pPr>
            <w:r>
              <w:rPr>
                <w:sz w:val="11"/>
              </w:rPr>
              <w:t>±1, ±3, ±5, ±6</w:t>
            </w:r>
          </w:p>
        </w:tc>
      </w:tr>
    </w:tbl>
    <w:p>
      <w:pPr>
        <w:sectPr>
          <w:pgSz w:w="15840" w:h="12240" w:orient="landscape"/>
          <w:pgMar w:top="850" w:right="680" w:bottom="850" w:left="680" w:header="720" w:footer="720" w:gutter="0"/>
          <w:cols w:space="720"/>
          <w:docGrid w:linePitch="360"/>
        </w:sectPr>
      </w:pPr>
    </w:p>
    <w:p>
      <w:pPr>
        <w:pStyle w:val="Heading1"/>
      </w:pPr>
      <w:r>
        <w:t>C. Naskah Soal Siswa</w:t>
      </w:r>
    </w:p>
    <w:p>
      <w:pPr>
        <w:jc w:val="center"/>
      </w:pPr>
      <w:r>
        <w:rPr>
          <w:b/>
          <w:color w:val="174A7E"/>
          <w:sz w:val="34"/>
        </w:rPr>
        <w:t>LATIHAN MATEMATIKA</w:t>
        <w:br/>
        <w:t>KONSEP BILANGAN BULAT DAN GARIS BILANGAN</w:t>
        <w:br/>
        <w:t>REVISI PROFESIONAL</w:t>
      </w:r>
    </w:p>
    <w:tbl>
      <w:tblPr>
        <w:tblStyle w:val="TableGrid"/>
        <w:tblW w:type="auto" w:w="0"/>
        <w:jc w:val="center"/>
        <w:tblLook w:firstColumn="1" w:firstRow="1" w:lastColumn="0" w:lastRow="0" w:noHBand="0" w:noVBand="1" w:val="04A0"/>
      </w:tblPr>
      <w:tblGrid>
        <w:gridCol w:w="5156"/>
        <w:gridCol w:w="5156"/>
      </w:tblGrid>
      <w:tr>
        <w:tc>
          <w:tcPr>
            <w:tcW w:type="dxa" w:w="5156"/>
            <w:shd w:fill="EAF3FA"/>
            <w:tcMar>
              <w:top w:w="90" w:type="dxa"/>
              <w:start w:w="110" w:type="dxa"/>
              <w:bottom w:w="90" w:type="dxa"/>
              <w:end w:w="110" w:type="dxa"/>
            </w:tcMar>
          </w:tcPr>
          <w:p>
            <w:r>
              <w:rPr>
                <w:b/>
              </w:rPr>
              <w:t>Nama</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Kelas</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Nomor Absen</w:t>
            </w:r>
          </w:p>
        </w:tc>
        <w:tc>
          <w:tcPr>
            <w:tcW w:type="dxa" w:w="5156"/>
            <w:tcMar>
              <w:top w:w="90" w:type="dxa"/>
              <w:start w:w="110" w:type="dxa"/>
              <w:bottom w:w="90" w:type="dxa"/>
              <w:end w:w="110" w:type="dxa"/>
            </w:tcMar>
          </w:tcPr>
          <w:p>
            <w:r>
              <w:t>........................................................................</w:t>
            </w:r>
          </w:p>
        </w:tc>
      </w:tr>
      <w:tr>
        <w:tc>
          <w:tcPr>
            <w:tcW w:type="dxa" w:w="5156"/>
            <w:shd w:fill="EAF3FA"/>
            <w:tcMar>
              <w:top w:w="90" w:type="dxa"/>
              <w:start w:w="110" w:type="dxa"/>
              <w:bottom w:w="90" w:type="dxa"/>
              <w:end w:w="110" w:type="dxa"/>
            </w:tcMar>
          </w:tcPr>
          <w:p>
            <w:r>
              <w:rPr>
                <w:b/>
              </w:rPr>
              <w:t>Tanggal</w:t>
            </w:r>
          </w:p>
        </w:tc>
        <w:tc>
          <w:tcPr>
            <w:tcW w:type="dxa" w:w="5156"/>
            <w:tcMar>
              <w:top w:w="90" w:type="dxa"/>
              <w:start w:w="110" w:type="dxa"/>
              <w:bottom w:w="90" w:type="dxa"/>
              <w:end w:w="110" w:type="dxa"/>
            </w:tcMar>
          </w:tcPr>
          <w:p>
            <w:r>
              <w:t>........................................................................</w:t>
            </w:r>
          </w:p>
        </w:tc>
      </w:tr>
    </w:tbl>
    <w:p>
      <w:pPr>
        <w:pStyle w:val="Meta"/>
        <w:jc w:val="center"/>
      </w:pPr>
      <w:r>
        <w:t>Waktu: 75 menit   •   7 pilihan ganda + 3 esai   •   Skor maksimum: 25</w:t>
      </w:r>
    </w:p>
    <w:p>
      <w:pPr>
        <w:pStyle w:val="Heading2"/>
      </w:pPr>
      <w:r>
        <w:t>Petunjuk Pengerjaan</w:t>
      </w:r>
    </w:p>
    <w:p>
      <w:pPr>
        <w:spacing w:after="40"/>
        <w:ind w:left="351" w:hanging="272"/>
      </w:pPr>
      <w:r>
        <w:rPr>
          <w:b/>
          <w:color w:val="174A7E"/>
        </w:rPr>
        <w:t xml:space="preserve">1. </w:t>
      </w:r>
      <w:r>
        <w:t>Berdoalah sebelum mulai mengerjakan.</w:t>
      </w:r>
    </w:p>
    <w:p>
      <w:pPr>
        <w:spacing w:after="40"/>
        <w:ind w:left="351" w:hanging="272"/>
      </w:pPr>
      <w:r>
        <w:rPr>
          <w:b/>
          <w:color w:val="174A7E"/>
        </w:rPr>
        <w:t xml:space="preserve">2. </w:t>
      </w:r>
      <w:r>
        <w:t>Amati setiap visual dengan teliti karena data utama terdapat pada visual.</w:t>
      </w:r>
    </w:p>
    <w:p>
      <w:pPr>
        <w:spacing w:after="40"/>
        <w:ind w:left="351" w:hanging="272"/>
      </w:pPr>
      <w:r>
        <w:rPr>
          <w:b/>
          <w:color w:val="174A7E"/>
        </w:rPr>
        <w:t xml:space="preserve">3. </w:t>
      </w:r>
      <w:r>
        <w:t>Untuk nomor 1–7, pilih satu jawaban yang paling tepat.</w:t>
      </w:r>
    </w:p>
    <w:p>
      <w:pPr>
        <w:spacing w:after="40"/>
        <w:ind w:left="351" w:hanging="272"/>
      </w:pPr>
      <w:r>
        <w:rPr>
          <w:b/>
          <w:color w:val="174A7E"/>
        </w:rPr>
        <w:t xml:space="preserve">4. </w:t>
      </w:r>
      <w:r>
        <w:t>Untuk nomor 8–10, kerjakan terlebih dahulu secara mandiri dan tuliskan proses berpikir secara runtut.</w:t>
      </w:r>
    </w:p>
    <w:p>
      <w:pPr>
        <w:spacing w:after="40"/>
        <w:ind w:left="351" w:hanging="272"/>
      </w:pPr>
      <w:r>
        <w:rPr>
          <w:b/>
          <w:color w:val="174A7E"/>
        </w:rPr>
        <w:t xml:space="preserve">5. </w:t>
      </w:r>
      <w:r>
        <w:t>Bantuan bertahap hanya digunakan setelah jawaban mandiri diperiksa dan dinyatakan belum tepat.</w:t>
      </w:r>
    </w:p>
    <w:p>
      <w:pPr>
        <w:spacing w:after="40"/>
        <w:ind w:left="351" w:hanging="272"/>
      </w:pPr>
      <w:r>
        <w:rPr>
          <w:b/>
          <w:color w:val="174A7E"/>
        </w:rPr>
        <w:t xml:space="preserve">6. </w:t>
      </w:r>
      <w:r>
        <w:t>Gunakan tanda minus (−) untuk menuliskan bilangan negatif.</w:t>
      </w:r>
    </w:p>
    <w:p>
      <w:pPr>
        <w:spacing w:after="40"/>
        <w:ind w:left="351" w:hanging="272"/>
      </w:pPr>
      <w:r>
        <w:rPr>
          <w:b/>
          <w:color w:val="174A7E"/>
        </w:rPr>
        <w:t xml:space="preserve">7. </w:t>
      </w:r>
      <w:r>
        <w:t>Periksa kembali jawaban sebelum dikumpulkan.</w:t>
      </w:r>
    </w:p>
    <w:p>
      <w:r>
        <w:br w:type="page"/>
      </w:r>
    </w:p>
    <w:p>
      <w:pPr>
        <w:pStyle w:val="Heading1"/>
      </w:pPr>
      <w:r>
        <w:t>I. Pilihan Ganda</w:t>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1 — Termometer Ruang Penyimpanan</w:t>
            </w:r>
          </w:p>
          <w:p>
            <w:pPr>
              <w:pStyle w:val="Meta"/>
            </w:pPr>
            <w:r>
              <w:rPr>
                <w:sz w:val="16"/>
              </w:rPr>
              <w:t>Kode: TP-1A   •   Level: C2/C3 - Interpretasi konsep</w:t>
            </w:r>
          </w:p>
        </w:tc>
      </w:tr>
    </w:tbl>
    <w:p>
      <w:pPr>
        <w:spacing w:before="80" w:after="40"/>
        <w:jc w:val="center"/>
      </w:pPr>
      <w:r>
        <w:drawing>
          <wp:inline xmlns:a="http://schemas.openxmlformats.org/drawingml/2006/main" xmlns:pic="http://schemas.openxmlformats.org/drawingml/2006/picture">
            <wp:extent cx="5940000" cy="3341250"/>
            <wp:docPr id="2" name="Picture 2" descr="Termometer di ruang penyimpanan berskala minus empat hingga positif empat, dengan P pada minus tiga, Q pada nol, dan R pada positif dua." title="Visual soal"/>
            <wp:cNvGraphicFramePr>
              <a:graphicFrameLocks noChangeAspect="1"/>
            </wp:cNvGraphicFramePr>
            <a:graphic>
              <a:graphicData uri="http://schemas.openxmlformats.org/drawingml/2006/picture">
                <pic:pic>
                  <pic:nvPicPr>
                    <pic:cNvPr id="0" name="visual_01_termometer.png"/>
                    <pic:cNvPicPr/>
                  </pic:nvPicPr>
                  <pic:blipFill>
                    <a:blip r:embed="rId12"/>
                    <a:stretch>
                      <a:fillRect/>
                    </a:stretch>
                  </pic:blipFill>
                  <pic:spPr>
                    <a:xfrm>
                      <a:off x="0" y="0"/>
                      <a:ext cx="5940000" cy="3341250"/>
                    </a:xfrm>
                    <a:prstGeom prst="rect"/>
                  </pic:spPr>
                </pic:pic>
              </a:graphicData>
            </a:graphic>
          </wp:inline>
        </w:drawing>
      </w:r>
    </w:p>
    <w:p>
      <w:pPr>
        <w:pStyle w:val="Meta"/>
        <w:jc w:val="center"/>
      </w:pPr>
      <w:r>
        <w:rPr>
          <w:i/>
        </w:rPr>
        <w:t>Termometer di ruang penyimpanan berskala minus empat hingga positif empat, dengan P pada minus tiga, Q pada nol, dan R pada positif dua.</w:t>
      </w:r>
    </w:p>
    <w:p>
      <w:r>
        <w:rPr>
          <w:b/>
          <w:sz w:val="22"/>
        </w:rPr>
        <w:t>Seorang petugas mutu memeriksa termometer di ruang penyimpanan. Titik P, Q, dan R pada visual menunjukkan tiga kondisi suhu terhadap titik acuan 0 °C. Laporan manakah yang menafsirkan ketiga posisi tersebut secara tepat?</w:t>
      </w:r>
    </w:p>
    <w:p>
      <w:pPr>
        <w:spacing w:after="30"/>
        <w:ind w:left="215" w:hanging="215"/>
      </w:pPr>
      <w:r>
        <w:rPr>
          <w:b/>
          <w:color w:val="174A7E"/>
        </w:rPr>
        <w:t>A. P menunjukkan suhu positif karena berada tiga skala dari 0; Q negatif; dan R bernilai 0.</w:t>
      </w:r>
      <w:r/>
    </w:p>
    <w:p>
      <w:pPr>
        <w:spacing w:after="30"/>
        <w:ind w:left="215" w:hanging="215"/>
      </w:pPr>
      <w:r>
        <w:rPr>
          <w:b/>
          <w:color w:val="174A7E"/>
        </w:rPr>
        <w:t>B. P menunjukkan suhu di bawah 0 sehingga bernilai negatif; Q tepat pada 0; dan R menunjukkan suhu di atas 0 sehingga bernilai positif.</w:t>
      </w:r>
      <w:r/>
    </w:p>
    <w:p>
      <w:pPr>
        <w:spacing w:after="30"/>
        <w:ind w:left="215" w:hanging="215"/>
      </w:pPr>
      <w:r>
        <w:rPr>
          <w:b/>
          <w:color w:val="174A7E"/>
        </w:rPr>
        <w:t>C. P dan R sama-sama positif karena keduanya mempunyai jarak dari 0, sedangkan Q merupakan bilangan negatif.</w:t>
      </w:r>
      <w:r/>
    </w:p>
    <w:p>
      <w:pPr>
        <w:spacing w:after="30"/>
        <w:ind w:left="215" w:hanging="215"/>
      </w:pPr>
      <w:r>
        <w:rPr>
          <w:b/>
          <w:color w:val="174A7E"/>
        </w:rPr>
        <w:t>D. P bernilai negatif, Q bernilai positif, dan R bernilai 0 karena R berada paling tinggi.</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2 — Gedung Madrasah</w:t>
            </w:r>
          </w:p>
          <w:p>
            <w:pPr>
              <w:pStyle w:val="Meta"/>
            </w:pPr>
            <w:r>
              <w:rPr>
                <w:sz w:val="16"/>
              </w:rPr>
              <w:t>Kode: TP-1A   •   Level: C3 - Penerapan konsep acuan</w:t>
            </w:r>
          </w:p>
        </w:tc>
      </w:tr>
    </w:tbl>
    <w:p>
      <w:pPr>
        <w:spacing w:before="80" w:after="40"/>
        <w:jc w:val="center"/>
      </w:pPr>
      <w:r>
        <w:drawing>
          <wp:inline xmlns:a="http://schemas.openxmlformats.org/drawingml/2006/main" xmlns:pic="http://schemas.openxmlformats.org/drawingml/2006/picture">
            <wp:extent cx="5940000" cy="3341250"/>
            <wp:docPr id="3" name="Picture 3" descr="Penampang gedung dengan gudang pada lantai minus dua, parkir minus satu, lobi nol, perpustakaan positif satu, dan laboratorium positif dua." title="Visual soal"/>
            <wp:cNvGraphicFramePr>
              <a:graphicFrameLocks noChangeAspect="1"/>
            </wp:cNvGraphicFramePr>
            <a:graphic>
              <a:graphicData uri="http://schemas.openxmlformats.org/drawingml/2006/picture">
                <pic:pic>
                  <pic:nvPicPr>
                    <pic:cNvPr id="0" name="visual_02_gedung.png"/>
                    <pic:cNvPicPr/>
                  </pic:nvPicPr>
                  <pic:blipFill>
                    <a:blip r:embed="rId13"/>
                    <a:stretch>
                      <a:fillRect/>
                    </a:stretch>
                  </pic:blipFill>
                  <pic:spPr>
                    <a:xfrm>
                      <a:off x="0" y="0"/>
                      <a:ext cx="5940000" cy="3341250"/>
                    </a:xfrm>
                    <a:prstGeom prst="rect"/>
                  </pic:spPr>
                </pic:pic>
              </a:graphicData>
            </a:graphic>
          </wp:inline>
        </w:drawing>
      </w:r>
    </w:p>
    <w:p>
      <w:pPr>
        <w:pStyle w:val="Meta"/>
        <w:jc w:val="center"/>
      </w:pPr>
      <w:r>
        <w:rPr>
          <w:i/>
        </w:rPr>
        <w:t>Penampang gedung dengan gudang pada lantai minus dua, parkir minus satu, lobi nol, perpustakaan positif satu, dan laboratorium positif dua.</w:t>
      </w:r>
    </w:p>
    <w:p>
      <w:r>
        <w:rPr>
          <w:b/>
          <w:sz w:val="22"/>
        </w:rPr>
        <w:t>Dalam simulasi evakuasi, lobi ditetapkan sebagai lantai acuan 0. Lantai di bawah lobi diberi tanda negatif, sedangkan lantai di atas lobi diberi tanda positif. Kesimpulan manakah yang paling tepat untuk dicantumkan pada peta evakuasi?</w:t>
      </w:r>
    </w:p>
    <w:p>
      <w:pPr>
        <w:spacing w:after="30"/>
        <w:ind w:left="215" w:hanging="215"/>
      </w:pPr>
      <w:r>
        <w:rPr>
          <w:b/>
          <w:color w:val="174A7E"/>
        </w:rPr>
        <w:t>A. Perpustakaan ditulis -1 karena berjarak satu lantai dari lobi, sedangkan parkir ditulis +1.</w:t>
      </w:r>
      <w:r/>
    </w:p>
    <w:p>
      <w:pPr>
        <w:spacing w:after="30"/>
        <w:ind w:left="215" w:hanging="215"/>
      </w:pPr>
      <w:r>
        <w:rPr>
          <w:b/>
          <w:color w:val="174A7E"/>
        </w:rPr>
        <w:t>B. Parkir ditulis +1 karena yang diperhatikan hanya jaraknya dari lobi, bukan arahnya.</w:t>
      </w:r>
      <w:r/>
    </w:p>
    <w:p>
      <w:pPr>
        <w:spacing w:after="30"/>
        <w:ind w:left="215" w:hanging="215"/>
      </w:pPr>
      <w:r>
        <w:rPr>
          <w:b/>
          <w:color w:val="174A7E"/>
        </w:rPr>
        <w:t>C. Gudang dan laboratorium sama-sama ditulis -2 karena keduanya berjarak dua lantai dari lobi.</w:t>
      </w:r>
      <w:r/>
    </w:p>
    <w:p>
      <w:pPr>
        <w:spacing w:after="30"/>
        <w:ind w:left="215" w:hanging="215"/>
      </w:pPr>
      <w:r>
        <w:rPr>
          <w:b/>
          <w:color w:val="174A7E"/>
        </w:rPr>
        <w:t>D. Gudang berada pada -2, parkir pada -1, lobi pada 0, perpustakaan pada +1, dan laboratorium pada +2.</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3 — Permainan Pion</w:t>
            </w:r>
          </w:p>
          <w:p>
            <w:pPr>
              <w:pStyle w:val="Meta"/>
            </w:pPr>
            <w:r>
              <w:rPr>
                <w:sz w:val="16"/>
              </w:rPr>
              <w:t>Kode: TP-1B   •   Level: C3 - Pemodelan garis bilangan</w:t>
            </w:r>
          </w:p>
        </w:tc>
      </w:tr>
    </w:tbl>
    <w:p>
      <w:pPr>
        <w:spacing w:before="80" w:after="40"/>
        <w:jc w:val="center"/>
      </w:pPr>
      <w:r>
        <w:drawing>
          <wp:inline xmlns:a="http://schemas.openxmlformats.org/drawingml/2006/main" xmlns:pic="http://schemas.openxmlformats.org/drawingml/2006/picture">
            <wp:extent cx="5940000" cy="3341250"/>
            <wp:docPr id="4" name="Picture 4" descr="Papan garis bilangan minus enam hingga positif enam dengan K di minus lima, L di minus dua, M di positif satu, dan N di positif empat; pion berada di M." title="Visual soal"/>
            <wp:cNvGraphicFramePr>
              <a:graphicFrameLocks noChangeAspect="1"/>
            </wp:cNvGraphicFramePr>
            <a:graphic>
              <a:graphicData uri="http://schemas.openxmlformats.org/drawingml/2006/picture">
                <pic:pic>
                  <pic:nvPicPr>
                    <pic:cNvPr id="0" name="visual_03_pion.png"/>
                    <pic:cNvPicPr/>
                  </pic:nvPicPr>
                  <pic:blipFill>
                    <a:blip r:embed="rId14"/>
                    <a:stretch>
                      <a:fillRect/>
                    </a:stretch>
                  </pic:blipFill>
                  <pic:spPr>
                    <a:xfrm>
                      <a:off x="0" y="0"/>
                      <a:ext cx="5940000" cy="3341250"/>
                    </a:xfrm>
                    <a:prstGeom prst="rect"/>
                  </pic:spPr>
                </pic:pic>
              </a:graphicData>
            </a:graphic>
          </wp:inline>
        </w:drawing>
      </w:r>
    </w:p>
    <w:p>
      <w:pPr>
        <w:pStyle w:val="Meta"/>
        <w:jc w:val="center"/>
      </w:pPr>
      <w:r>
        <w:rPr>
          <w:i/>
        </w:rPr>
        <w:t>Papan garis bilangan minus enam hingga positif enam dengan K di minus lima, L di minus dua, M di positif satu, dan N di positif empat; pion berada di M.</w:t>
      </w:r>
    </w:p>
    <w:p>
      <w:r>
        <w:rPr>
          <w:b/>
          <w:sz w:val="22"/>
        </w:rPr>
        <w:t>Sebuah robot kalibrasi mula-mula berada di titik M pada koordinat +1. Robot menerima perintah bergerak tiga interval ke kiri. Pernyataan manakah yang menunjukkan posisi akhir sekaligus alasan matematis yang benar?</w:t>
      </w:r>
    </w:p>
    <w:p>
      <w:pPr>
        <w:spacing w:after="30"/>
        <w:ind w:left="215" w:hanging="215"/>
      </w:pPr>
      <w:r>
        <w:rPr>
          <w:b/>
          <w:color w:val="174A7E"/>
        </w:rPr>
        <w:t>A. Robot berhenti di L pada -2 karena bergerak ke kiri membuat nilai berkurang tiga: +1 - 3 = -2.</w:t>
      </w:r>
      <w:r/>
    </w:p>
    <w:p>
      <w:pPr>
        <w:spacing w:after="30"/>
        <w:ind w:left="215" w:hanging="215"/>
      </w:pPr>
      <w:r>
        <w:rPr>
          <w:b/>
          <w:color w:val="174A7E"/>
        </w:rPr>
        <w:t>B. Robot berhenti di K pada -5 karena titik awal M ikut dihitung sebagai langkah pertama.</w:t>
      </w:r>
      <w:r/>
    </w:p>
    <w:p>
      <w:pPr>
        <w:spacing w:after="30"/>
        <w:ind w:left="215" w:hanging="215"/>
      </w:pPr>
      <w:r>
        <w:rPr>
          <w:b/>
          <w:color w:val="174A7E"/>
        </w:rPr>
        <w:t>C. Robot berhenti di N pada +4 karena setiap perpindahan tiga langkah selalu berarti menambah 3.</w:t>
      </w:r>
      <w:r/>
    </w:p>
    <w:p>
      <w:pPr>
        <w:spacing w:after="30"/>
        <w:ind w:left="215" w:hanging="215"/>
      </w:pPr>
      <w:r>
        <w:rPr>
          <w:b/>
          <w:color w:val="174A7E"/>
        </w:rPr>
        <w:t>D. Robot tetap di M pada +1 karena perpindahan ke kiri tidak mengubah nilai bilangan.</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4 — Rute Kendaraan Sekolah</w:t>
            </w:r>
          </w:p>
          <w:p>
            <w:pPr>
              <w:pStyle w:val="Meta"/>
            </w:pPr>
            <w:r>
              <w:rPr>
                <w:sz w:val="16"/>
              </w:rPr>
              <w:t>Kode: TP-1B   •   Level: C3/C4 - Pemodelan perpindahan</w:t>
            </w:r>
          </w:p>
        </w:tc>
      </w:tr>
    </w:tbl>
    <w:p>
      <w:pPr>
        <w:spacing w:before="80" w:after="40"/>
        <w:jc w:val="center"/>
      </w:pPr>
      <w:r>
        <w:drawing>
          <wp:inline xmlns:a="http://schemas.openxmlformats.org/drawingml/2006/main" xmlns:pic="http://schemas.openxmlformats.org/drawingml/2006/picture">
            <wp:extent cx="5940000" cy="3341250"/>
            <wp:docPr id="5" name="Picture 5" descr="Kendaraan sekolah mulai di minus dua, bergerak enam satuan ke kanan, lalu tiga satuan ke kiri." title="Visual soal"/>
            <wp:cNvGraphicFramePr>
              <a:graphicFrameLocks noChangeAspect="1"/>
            </wp:cNvGraphicFramePr>
            <a:graphic>
              <a:graphicData uri="http://schemas.openxmlformats.org/drawingml/2006/picture">
                <pic:pic>
                  <pic:nvPicPr>
                    <pic:cNvPr id="0" name="visual_04_kendaraan.png"/>
                    <pic:cNvPicPr/>
                  </pic:nvPicPr>
                  <pic:blipFill>
                    <a:blip r:embed="rId15"/>
                    <a:stretch>
                      <a:fillRect/>
                    </a:stretch>
                  </pic:blipFill>
                  <pic:spPr>
                    <a:xfrm>
                      <a:off x="0" y="0"/>
                      <a:ext cx="5940000" cy="3341250"/>
                    </a:xfrm>
                    <a:prstGeom prst="rect"/>
                  </pic:spPr>
                </pic:pic>
              </a:graphicData>
            </a:graphic>
          </wp:inline>
        </w:drawing>
      </w:r>
    </w:p>
    <w:p>
      <w:pPr>
        <w:pStyle w:val="Meta"/>
        <w:jc w:val="center"/>
      </w:pPr>
      <w:r>
        <w:rPr>
          <w:i/>
        </w:rPr>
        <w:t>Kendaraan sekolah mulai di minus dua, bergerak enam satuan ke kanan, lalu tiga satuan ke kiri.</w:t>
      </w:r>
    </w:p>
    <w:p>
      <w:r>
        <w:rPr>
          <w:b/>
          <w:sz w:val="22"/>
        </w:rPr>
        <w:t>Pada peta koordinat satu dimensi, kendaraan sekolah berada 2 satuan di sebelah kiri basecamp sehingga posisinya -2. Kendaraan kemudian bergerak 6 satuan ke kanan dan kembali 3 satuan ke kiri. Model dan interpretasi posisi akhir yang tepat adalah ....</w:t>
      </w:r>
    </w:p>
    <w:p>
      <w:pPr>
        <w:spacing w:after="30"/>
        <w:ind w:left="215" w:hanging="215"/>
      </w:pPr>
      <w:r>
        <w:rPr>
          <w:b/>
          <w:color w:val="174A7E"/>
        </w:rPr>
        <w:t>A. -2 - 6 - 3 = -11; kendaraan berada 11 satuan di sebelah kiri basecamp.</w:t>
      </w:r>
      <w:r/>
    </w:p>
    <w:p>
      <w:pPr>
        <w:spacing w:after="30"/>
        <w:ind w:left="215" w:hanging="215"/>
      </w:pPr>
      <w:r>
        <w:rPr>
          <w:b/>
          <w:color w:val="174A7E"/>
        </w:rPr>
        <w:t>B. -2 + 6 - 3 = +1; kendaraan berada 1 satuan di sebelah kanan basecamp.</w:t>
      </w:r>
      <w:r/>
    </w:p>
    <w:p>
      <w:pPr>
        <w:spacing w:after="30"/>
        <w:ind w:left="215" w:hanging="215"/>
      </w:pPr>
      <w:r>
        <w:rPr>
          <w:b/>
          <w:color w:val="174A7E"/>
        </w:rPr>
        <w:t>C. -2 + 6 + 3 = +7; semua perpindahan harus dijumlahkan karena kendaraan tetap bergerak.</w:t>
      </w:r>
      <w:r/>
    </w:p>
    <w:p>
      <w:pPr>
        <w:spacing w:after="30"/>
        <w:ind w:left="215" w:hanging="215"/>
      </w:pPr>
      <w:r>
        <w:rPr>
          <w:b/>
          <w:color w:val="174A7E"/>
        </w:rPr>
        <w:t>D. -2 - 6 + 3 = -5; gerak ke kanan dinyatakan negatif dan gerak ke kiri positif.</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5 — Lemari Pendingin Kantin</w:t>
            </w:r>
          </w:p>
          <w:p>
            <w:pPr>
              <w:pStyle w:val="Meta"/>
            </w:pPr>
            <w:r>
              <w:rPr>
                <w:sz w:val="16"/>
              </w:rPr>
              <w:t>Kode: TP-1C   •   Level: C3/C4 - Perbandingan bertanda</w:t>
            </w:r>
          </w:p>
        </w:tc>
      </w:tr>
    </w:tbl>
    <w:p>
      <w:pPr>
        <w:spacing w:before="80" w:after="40"/>
        <w:jc w:val="center"/>
      </w:pPr>
      <w:r>
        <w:drawing>
          <wp:inline xmlns:a="http://schemas.openxmlformats.org/drawingml/2006/main" xmlns:pic="http://schemas.openxmlformats.org/drawingml/2006/picture">
            <wp:extent cx="5940000" cy="3341250"/>
            <wp:docPr id="6" name="Picture 6" descr="Empat lemari pendingin kantin berlabel P minus dua derajat Celsius, Q minus enam derajat, R nol derajat, dan S positif tiga derajat." title="Visual soal"/>
            <wp:cNvGraphicFramePr>
              <a:graphicFrameLocks noChangeAspect="1"/>
            </wp:cNvGraphicFramePr>
            <a:graphic>
              <a:graphicData uri="http://schemas.openxmlformats.org/drawingml/2006/picture">
                <pic:pic>
                  <pic:nvPicPr>
                    <pic:cNvPr id="0" name="visual_05_lemari.png"/>
                    <pic:cNvPicPr/>
                  </pic:nvPicPr>
                  <pic:blipFill>
                    <a:blip r:embed="rId16"/>
                    <a:stretch>
                      <a:fillRect/>
                    </a:stretch>
                  </pic:blipFill>
                  <pic:spPr>
                    <a:xfrm>
                      <a:off x="0" y="0"/>
                      <a:ext cx="5940000" cy="3341250"/>
                    </a:xfrm>
                    <a:prstGeom prst="rect"/>
                  </pic:spPr>
                </pic:pic>
              </a:graphicData>
            </a:graphic>
          </wp:inline>
        </w:drawing>
      </w:r>
    </w:p>
    <w:p>
      <w:pPr>
        <w:pStyle w:val="Meta"/>
        <w:jc w:val="center"/>
      </w:pPr>
      <w:r>
        <w:rPr>
          <w:i/>
        </w:rPr>
        <w:t>Empat lemari pendingin kantin berlabel P minus dua derajat Celsius, Q minus enam derajat, R nol derajat, dan S positif tiga derajat.</w:t>
      </w:r>
    </w:p>
    <w:p>
      <w:r>
        <w:rPr>
          <w:b/>
          <w:sz w:val="22"/>
        </w:rPr>
        <w:t>Es krim harus disimpan pada lemari dengan suhu paling rendah. Petugas membandingkan empat suhu pada visual. Pilihan manakah yang benar beserta alasannya?</w:t>
      </w:r>
    </w:p>
    <w:p>
      <w:pPr>
        <w:spacing w:after="30"/>
        <w:ind w:left="215" w:hanging="215"/>
      </w:pPr>
      <w:r>
        <w:rPr>
          <w:b/>
          <w:color w:val="174A7E"/>
        </w:rPr>
        <w:t>A. Lemari P, karena angka 2 lebih kecil daripada angka 6 tanpa perlu memperhatikan tanda.</w:t>
      </w:r>
      <w:r/>
    </w:p>
    <w:p>
      <w:pPr>
        <w:spacing w:after="30"/>
        <w:ind w:left="215" w:hanging="215"/>
      </w:pPr>
      <w:r>
        <w:rPr>
          <w:b/>
          <w:color w:val="174A7E"/>
        </w:rPr>
        <w:t>B. Lemari Q, karena -6 berada paling kiri pada garis bilangan dan merupakan nilai terkecil.</w:t>
      </w:r>
      <w:r/>
    </w:p>
    <w:p>
      <w:pPr>
        <w:spacing w:after="30"/>
        <w:ind w:left="215" w:hanging="215"/>
      </w:pPr>
      <w:r>
        <w:rPr>
          <w:b/>
          <w:color w:val="174A7E"/>
        </w:rPr>
        <w:t>C. Lemari R, karena 0 selalu lebih rendah daripada semua bilangan negatif.</w:t>
      </w:r>
      <w:r/>
    </w:p>
    <w:p>
      <w:pPr>
        <w:spacing w:after="30"/>
        <w:ind w:left="215" w:hanging="215"/>
      </w:pPr>
      <w:r>
        <w:rPr>
          <w:b/>
          <w:color w:val="174A7E"/>
        </w:rPr>
        <w:t>D. Lemari S, karena +3 merupakan angka terbesar sehingga dianggap paling dingin.</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6 — Penyelam di Laut</w:t>
            </w:r>
          </w:p>
          <w:p>
            <w:pPr>
              <w:pStyle w:val="Meta"/>
            </w:pPr>
            <w:r>
              <w:rPr>
                <w:sz w:val="16"/>
              </w:rPr>
              <w:t>Kode: TP-1B   •   Level: C3/C4 - Interpretasi posisi</w:t>
            </w:r>
          </w:p>
        </w:tc>
      </w:tr>
    </w:tbl>
    <w:p>
      <w:pPr>
        <w:spacing w:before="80" w:after="40"/>
        <w:jc w:val="center"/>
      </w:pPr>
      <w:r>
        <w:drawing>
          <wp:inline xmlns:a="http://schemas.openxmlformats.org/drawingml/2006/main" xmlns:pic="http://schemas.openxmlformats.org/drawingml/2006/picture">
            <wp:extent cx="5940000" cy="3341250"/>
            <wp:docPr id="7" name="Picture 7" descr="Penyelam berada delapan meter di bawah permukaan laut dan bergerak naik lima meter." title="Visual soal"/>
            <wp:cNvGraphicFramePr>
              <a:graphicFrameLocks noChangeAspect="1"/>
            </wp:cNvGraphicFramePr>
            <a:graphic>
              <a:graphicData uri="http://schemas.openxmlformats.org/drawingml/2006/picture">
                <pic:pic>
                  <pic:nvPicPr>
                    <pic:cNvPr id="0" name="visual_06_penyelam.png"/>
                    <pic:cNvPicPr/>
                  </pic:nvPicPr>
                  <pic:blipFill>
                    <a:blip r:embed="rId17"/>
                    <a:stretch>
                      <a:fillRect/>
                    </a:stretch>
                  </pic:blipFill>
                  <pic:spPr>
                    <a:xfrm>
                      <a:off x="0" y="0"/>
                      <a:ext cx="5940000" cy="3341250"/>
                    </a:xfrm>
                    <a:prstGeom prst="rect"/>
                  </pic:spPr>
                </pic:pic>
              </a:graphicData>
            </a:graphic>
          </wp:inline>
        </w:drawing>
      </w:r>
    </w:p>
    <w:p>
      <w:pPr>
        <w:pStyle w:val="Meta"/>
        <w:jc w:val="center"/>
      </w:pPr>
      <w:r>
        <w:rPr>
          <w:i/>
        </w:rPr>
        <w:t>Penyelam berada delapan meter di bawah permukaan laut dan bergerak naik lima meter.</w:t>
      </w:r>
    </w:p>
    <w:p>
      <w:r>
        <w:rPr>
          <w:b/>
          <w:sz w:val="22"/>
        </w:rPr>
        <w:t>Seorang penyelam berada pada kedalaman 8 meter di bawah permukaan laut, yang dinyatakan dengan -8 m. Ia kemudian naik 5 meter menuju permukaan. Pernyataan manakah yang paling tepat menggambarkan posisi akhirnya?</w:t>
      </w:r>
    </w:p>
    <w:p>
      <w:pPr>
        <w:spacing w:after="30"/>
        <w:ind w:left="215" w:hanging="215"/>
      </w:pPr>
      <w:r>
        <w:rPr>
          <w:b/>
          <w:color w:val="174A7E"/>
        </w:rPr>
        <w:t>A. Posisi akhir -3 m karena -8 + 5 = -3; penyelam masih berada 3 meter di bawah permukaan.</w:t>
      </w:r>
      <w:r/>
    </w:p>
    <w:p>
      <w:pPr>
        <w:spacing w:after="30"/>
        <w:ind w:left="215" w:hanging="215"/>
      </w:pPr>
      <w:r>
        <w:rPr>
          <w:b/>
          <w:color w:val="174A7E"/>
        </w:rPr>
        <w:t>B. Posisi akhir -13 m karena setiap perpindahan harus dijumlahkan tanpa memperhatikan arah.</w:t>
      </w:r>
      <w:r/>
    </w:p>
    <w:p>
      <w:pPr>
        <w:spacing w:after="30"/>
        <w:ind w:left="215" w:hanging="215"/>
      </w:pPr>
      <w:r>
        <w:rPr>
          <w:b/>
          <w:color w:val="174A7E"/>
        </w:rPr>
        <w:t>C. Posisi akhir +3 m karena kata “naik” selalu menghasilkan bilangan positif.</w:t>
      </w:r>
      <w:r/>
    </w:p>
    <w:p>
      <w:pPr>
        <w:spacing w:after="30"/>
        <w:ind w:left="215" w:hanging="215"/>
      </w:pPr>
      <w:r>
        <w:rPr>
          <w:b/>
          <w:color w:val="174A7E"/>
        </w:rPr>
        <w:t>D. Posisi akhir -5 m karena kedalaman awal cukup dikurangi menjadi angka 5.</w:t>
      </w:r>
      <w:r/>
    </w:p>
    <w:p>
      <w:pPr>
        <w:pStyle w:val="Meta"/>
      </w:pPr>
      <w:r>
        <w:t>Jawaban:  A  /  B  /  C  /  D</w:t>
      </w:r>
    </w:p>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Borders>
              <w:top w:val="single" w:sz="10" w:color="A9C7DE"/>
              <w:left w:val="single" w:sz="10" w:color="A9C7DE"/>
              <w:bottom w:val="single" w:sz="10" w:color="A9C7DE"/>
              <w:right w:val="single" w:sz="10" w:color="A9C7DE"/>
            </w:tcBorders>
          </w:tcPr>
          <w:p>
            <w:r>
              <w:rPr>
                <w:b/>
                <w:color w:val="174A7E"/>
                <w:sz w:val="26"/>
              </w:rPr>
              <w:t>Soal Nomor 7 — Papan Garis Bilangan Berskala</w:t>
            </w:r>
          </w:p>
          <w:p>
            <w:pPr>
              <w:pStyle w:val="Meta"/>
            </w:pPr>
            <w:r>
              <w:rPr>
                <w:sz w:val="16"/>
              </w:rPr>
              <w:t>Kode: TP-1D   •   Level: C4 - Analisis pola skala</w:t>
            </w:r>
          </w:p>
        </w:tc>
      </w:tr>
    </w:tbl>
    <w:p>
      <w:pPr>
        <w:spacing w:before="80" w:after="40"/>
        <w:jc w:val="center"/>
      </w:pPr>
      <w:r>
        <w:drawing>
          <wp:inline xmlns:a="http://schemas.openxmlformats.org/drawingml/2006/main" xmlns:pic="http://schemas.openxmlformats.org/drawingml/2006/picture">
            <wp:extent cx="5940000" cy="3341250"/>
            <wp:docPr id="8" name="Picture 8" descr="Papan permainan dengan tujuh titik berjarak sama: minus enam, P, minus dua, nol, satu titik kosong, Q, dan positif enam." title="Visual soal"/>
            <wp:cNvGraphicFramePr>
              <a:graphicFrameLocks noChangeAspect="1"/>
            </wp:cNvGraphicFramePr>
            <a:graphic>
              <a:graphicData uri="http://schemas.openxmlformats.org/drawingml/2006/picture">
                <pic:pic>
                  <pic:nvPicPr>
                    <pic:cNvPr id="0" name="visual_07_skala.png"/>
                    <pic:cNvPicPr/>
                  </pic:nvPicPr>
                  <pic:blipFill>
                    <a:blip r:embed="rId18"/>
                    <a:stretch>
                      <a:fillRect/>
                    </a:stretch>
                  </pic:blipFill>
                  <pic:spPr>
                    <a:xfrm>
                      <a:off x="0" y="0"/>
                      <a:ext cx="5940000" cy="3341250"/>
                    </a:xfrm>
                    <a:prstGeom prst="rect"/>
                  </pic:spPr>
                </pic:pic>
              </a:graphicData>
            </a:graphic>
          </wp:inline>
        </w:drawing>
      </w:r>
    </w:p>
    <w:p>
      <w:pPr>
        <w:pStyle w:val="Meta"/>
        <w:jc w:val="center"/>
      </w:pPr>
      <w:r>
        <w:rPr>
          <w:i/>
        </w:rPr>
        <w:t>Papan permainan dengan tujuh titik berjarak sama: minus enam, P, minus dua, nol, satu titik kosong, Q, dan positif enam.</w:t>
      </w:r>
    </w:p>
    <w:p>
      <w:r>
        <w:rPr>
          <w:b/>
          <w:sz w:val="22"/>
        </w:rPr>
        <w:t>Papan permainan menggunakan jarak antartitik yang sama. Urutan label yang terlihat adalah -6, P, -2, 0, satu titik kosong, Q, dan +6. Penetapan nilai manakah yang konsisten dengan skala seluruh garis bilangan?</w:t>
      </w:r>
    </w:p>
    <w:p>
      <w:pPr>
        <w:spacing w:after="30"/>
        <w:ind w:left="215" w:hanging="215"/>
      </w:pPr>
      <w:r>
        <w:rPr>
          <w:b/>
          <w:color w:val="174A7E"/>
        </w:rPr>
        <w:t>A. P=-5 dan Q=+3, karena setiap titik selalu berbeda satu satuan.</w:t>
      </w:r>
      <w:r/>
    </w:p>
    <w:p>
      <w:pPr>
        <w:spacing w:after="30"/>
        <w:ind w:left="215" w:hanging="215"/>
      </w:pPr>
      <w:r>
        <w:rPr>
          <w:b/>
          <w:color w:val="174A7E"/>
        </w:rPr>
        <w:t>B. P=-4, titik kosong=+2, dan Q=+4, karena setiap interval bernilai 2.</w:t>
      </w:r>
      <w:r/>
    </w:p>
    <w:p>
      <w:pPr>
        <w:spacing w:after="30"/>
        <w:ind w:left="215" w:hanging="215"/>
      </w:pPr>
      <w:r>
        <w:rPr>
          <w:b/>
          <w:color w:val="174A7E"/>
        </w:rPr>
        <w:t>C. P=-3, titik kosong=+1, dan Q=+4, karena skala boleh berubah setelah melewati 0.</w:t>
      </w:r>
      <w:r/>
    </w:p>
    <w:p>
      <w:pPr>
        <w:spacing w:after="30"/>
        <w:ind w:left="215" w:hanging="215"/>
      </w:pPr>
      <w:r>
        <w:rPr>
          <w:b/>
          <w:color w:val="174A7E"/>
        </w:rPr>
        <w:t>D. P=-4, titik kosong=+1, dan Q=+4, karena interval di sisi positif lebih kecil.</w:t>
      </w:r>
      <w:r/>
    </w:p>
    <w:p>
      <w:pPr>
        <w:pStyle w:val="Meta"/>
      </w:pPr>
      <w:r>
        <w:t>Jawaban:  A  /  B  /  C  /  D</w:t>
      </w:r>
    </w:p>
    <w:p>
      <w:pPr>
        <w:pStyle w:val="Heading1"/>
      </w:pPr>
      <w:r>
        <w:t>II. Esai dengan Scaffolding Bertahap</w:t>
      </w:r>
    </w:p>
    <w:tbl>
      <w:tblPr>
        <w:tblW w:type="auto" w:w="0"/>
        <w:jc w:val="center"/>
        <w:tblLayout w:type="autofit"/>
        <w:tblLook w:firstColumn="1" w:firstRow="1" w:lastColumn="0" w:lastRow="0" w:noHBand="0" w:noVBand="1" w:val="04A0"/>
      </w:tblPr>
      <w:tblGrid>
        <w:gridCol w:w="10312"/>
      </w:tblGrid>
      <w:tr>
        <w:tc>
          <w:tcPr>
            <w:tcW w:type="dxa" w:w="10312"/>
            <w:shd w:fill="FFF6DE"/>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Aturan untuk Peserta Didik</w:t>
              <w:br/>
            </w:r>
            <w:r>
              <w:rPr>
                <w:color w:val="283746"/>
                <w:sz w:val="20"/>
              </w:rPr>
              <w:t>Kerjakan Tahap 1 secara mandiri. Jangan meminta atau membuka bantuan sebelum guru memeriksa jawaban awal. Jika belum tepat, guru memberikan Kartu Bantuan 1. Bantuan berikutnya hanya diberikan bila masih diperlukan.</w:t>
            </w:r>
          </w:p>
        </w:tc>
      </w:tr>
    </w:tbl>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8 — Pos Pemeriksaan Jalur Jelajah</w:t>
            </w:r>
          </w:p>
          <w:p>
            <w:pPr>
              <w:pStyle w:val="Meta"/>
            </w:pPr>
            <w:r>
              <w:rPr>
                <w:sz w:val="16"/>
              </w:rPr>
              <w:t>Kode: TP-1C   •   Level: C4 - Analisis dan evaluasi</w:t>
            </w:r>
          </w:p>
        </w:tc>
      </w:tr>
    </w:tbl>
    <w:p>
      <w:pPr>
        <w:jc w:val="center"/>
      </w:pPr>
      <w:r>
        <w:drawing>
          <wp:inline xmlns:a="http://schemas.openxmlformats.org/drawingml/2006/main" xmlns:pic="http://schemas.openxmlformats.org/drawingml/2006/picture">
            <wp:extent cx="5940000" cy="3341250"/>
            <wp:docPr id="9" name="Picture 9" descr="Jalur jelajah dengan W pada minus enam, X pada minus satu, Y pada positif tiga, Z pada positif lima, dan basecamp pada nol." title="Visual soal"/>
            <wp:cNvGraphicFramePr>
              <a:graphicFrameLocks noChangeAspect="1"/>
            </wp:cNvGraphicFramePr>
            <a:graphic>
              <a:graphicData uri="http://schemas.openxmlformats.org/drawingml/2006/picture">
                <pic:pic>
                  <pic:nvPicPr>
                    <pic:cNvPr id="0" name="visual_08_pos.png"/>
                    <pic:cNvPicPr/>
                  </pic:nvPicPr>
                  <pic:blipFill>
                    <a:blip r:embed="rId19"/>
                    <a:stretch>
                      <a:fillRect/>
                    </a:stretch>
                  </pic:blipFill>
                  <pic:spPr>
                    <a:xfrm>
                      <a:off x="0" y="0"/>
                      <a:ext cx="5940000" cy="3341250"/>
                    </a:xfrm>
                    <a:prstGeom prst="rect"/>
                  </pic:spPr>
                </pic:pic>
              </a:graphicData>
            </a:graphic>
          </wp:inline>
        </w:drawing>
      </w:r>
    </w:p>
    <w:p>
      <w:pPr>
        <w:pStyle w:val="Meta"/>
        <w:jc w:val="center"/>
      </w:pPr>
      <w:r>
        <w:rPr>
          <w:i/>
        </w:rPr>
        <w:t>Jalur jelajah dengan W pada minus enam, X pada minus satu, Y pada positif tiga, Z pada positif lima, dan basecamp pada nol.</w:t>
      </w:r>
    </w:p>
    <w:p>
      <w:r>
        <w:rPr>
          <w:b/>
        </w:rPr>
        <w:t>Tim jelajah memetakan empat pos terhadap basecamp 0: W=-6, X=-1, Y=+3, dan Z=+5. Seorang anggota menyatakan bahwa Z paling jauh karena memiliki nilai positif terbesar. Evaluasilah pernyataan tersebut dengan mengurutkan semua posisi dari terkecil ke terbesar, menentukan jarak setiap pos dari basecamp, menetapkan pos yang paling jauh, dan menjelaskan perbedaan antara nilai posisi dan jarak.</w:t>
      </w:r>
    </w:p>
    <w:p>
      <w:pPr>
        <w:pStyle w:val="Heading3"/>
      </w:pPr>
      <w:r>
        <w:t>Tahap 1 — Jawaban Mandiri</w:t>
      </w:r>
    </w:p>
    <w:p>
      <w:pPr>
        <w:spacing w:after="40"/>
        <w:ind w:left="351" w:hanging="272"/>
      </w:pPr>
      <w:r>
        <w:rPr>
          <w:rFonts w:ascii="Liberation Sans" w:hAnsi="Liberation Sans"/>
          <w:sz w:val="18"/>
        </w:rPr>
        <w:t>1. Tuliskan informasi dan koordinat yang diketahui dari visual.</w:t>
      </w:r>
    </w:p>
    <w:p>
      <w:pPr>
        <w:spacing w:after="40"/>
        <w:ind w:left="351" w:hanging="272"/>
      </w:pPr>
      <w:r>
        <w:rPr>
          <w:rFonts w:ascii="Liberation Sans" w:hAnsi="Liberation Sans"/>
          <w:sz w:val="18"/>
        </w:rPr>
        <w:t>2. Urutkan posisi pos dari nilai terkecil ke terbesar pada garis bilangan.</w:t>
      </w:r>
    </w:p>
    <w:p>
      <w:pPr>
        <w:spacing w:after="40"/>
        <w:ind w:left="351" w:hanging="272"/>
      </w:pPr>
      <w:r>
        <w:rPr>
          <w:rFonts w:ascii="Liberation Sans" w:hAnsi="Liberation Sans"/>
          <w:sz w:val="18"/>
        </w:rPr>
        <w:t>3. Tentukan jarak setiap pos dari 0 menggunakan nilai mutlak.</w:t>
      </w:r>
    </w:p>
    <w:p>
      <w:pPr>
        <w:spacing w:after="40"/>
        <w:ind w:left="351" w:hanging="272"/>
      </w:pPr>
      <w:r>
        <w:rPr>
          <w:rFonts w:ascii="Liberation Sans" w:hAnsi="Liberation Sans"/>
          <w:sz w:val="18"/>
        </w:rPr>
        <w:t>4. Evaluasi klaim bahwa Z paling jauh, lalu tentukan pos yang sebenarnya paling jauh.</w:t>
      </w:r>
    </w:p>
    <w:p>
      <w:pPr>
        <w:spacing w:after="40"/>
        <w:ind w:left="351" w:hanging="272"/>
      </w:pPr>
      <w:r>
        <w:rPr>
          <w:rFonts w:ascii="Liberation Sans" w:hAnsi="Liberation Sans"/>
          <w:sz w:val="18"/>
        </w:rPr>
        <w:t>5. Jelaskan perbedaan antara nilai posisi dan jarak dari titik acuan.</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sz w:val="16"/>
              </w:rPr>
              <w:t>CHECKPOINT GURU:  □ Tepat—lanjutkan kesimpulan    □ Belum tepat—gunakan Bantuan 1</w:t>
            </w:r>
          </w:p>
        </w:tc>
      </w:tr>
    </w:tbl>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9 — Perjalanan Lift</w:t>
            </w:r>
          </w:p>
          <w:p>
            <w:pPr>
              <w:pStyle w:val="Meta"/>
            </w:pPr>
            <w:r>
              <w:rPr>
                <w:sz w:val="16"/>
              </w:rPr>
              <w:t>Kode: TP-1B   •   Level: C4 - Pemodelan dan verifikasi</w:t>
            </w:r>
          </w:p>
        </w:tc>
      </w:tr>
    </w:tbl>
    <w:p>
      <w:pPr>
        <w:jc w:val="center"/>
      </w:pPr>
      <w:r>
        <w:drawing>
          <wp:inline xmlns:a="http://schemas.openxmlformats.org/drawingml/2006/main" xmlns:pic="http://schemas.openxmlformats.org/drawingml/2006/picture">
            <wp:extent cx="5940000" cy="3341250"/>
            <wp:docPr id="10" name="Picture 10" descr="Lift gedung perpustakaan mulai dari lantai nol, turun tiga lantai, naik lima lantai, kemudian turun empat lantai." title="Visual soal"/>
            <wp:cNvGraphicFramePr>
              <a:graphicFrameLocks noChangeAspect="1"/>
            </wp:cNvGraphicFramePr>
            <a:graphic>
              <a:graphicData uri="http://schemas.openxmlformats.org/drawingml/2006/picture">
                <pic:pic>
                  <pic:nvPicPr>
                    <pic:cNvPr id="0" name="visual_09_lift.png"/>
                    <pic:cNvPicPr/>
                  </pic:nvPicPr>
                  <pic:blipFill>
                    <a:blip r:embed="rId11"/>
                    <a:stretch>
                      <a:fillRect/>
                    </a:stretch>
                  </pic:blipFill>
                  <pic:spPr>
                    <a:xfrm>
                      <a:off x="0" y="0"/>
                      <a:ext cx="5940000" cy="3341250"/>
                    </a:xfrm>
                    <a:prstGeom prst="rect"/>
                  </pic:spPr>
                </pic:pic>
              </a:graphicData>
            </a:graphic>
          </wp:inline>
        </w:drawing>
      </w:r>
    </w:p>
    <w:p>
      <w:pPr>
        <w:pStyle w:val="Meta"/>
        <w:jc w:val="center"/>
      </w:pPr>
      <w:r>
        <w:rPr>
          <w:i/>
        </w:rPr>
        <w:t>Lift gedung perpustakaan mulai dari lantai nol, turun tiga lantai, naik lima lantai, kemudian turun empat lantai.</w:t>
      </w:r>
    </w:p>
    <w:p>
      <w:r>
        <w:rPr>
          <w:b/>
        </w:rPr>
        <w:t>Lift perpustakaan berangkat dari lobi pada lantai 0, turun 3 lantai, naik 5 lantai, lalu turun lagi 4 lantai. Seorang siswa menyimpulkan bahwa lift berhenti di lantai +2 karena setelah naik 5 lantai lift berada di +2. Buatlah model matematika dan lintasan pada garis bilangan, tentukan posisi akhir lift, lalu jelaskan letak kesalahan pada kesimpulan siswa tersebut.</w:t>
      </w:r>
    </w:p>
    <w:p>
      <w:pPr>
        <w:pStyle w:val="Heading3"/>
      </w:pPr>
      <w:r>
        <w:t>Tahap 1 — Jawaban Mandiri</w:t>
      </w:r>
    </w:p>
    <w:p>
      <w:pPr>
        <w:spacing w:after="40"/>
        <w:ind w:left="351" w:hanging="272"/>
      </w:pPr>
      <w:r>
        <w:rPr>
          <w:rFonts w:ascii="Liberation Sans" w:hAnsi="Liberation Sans"/>
          <w:sz w:val="18"/>
        </w:rPr>
        <w:t>1. Tuliskan posisi awal dan seluruh perpindahan yang diketahui.</w:t>
      </w:r>
    </w:p>
    <w:p>
      <w:pPr>
        <w:spacing w:after="40"/>
        <w:ind w:left="351" w:hanging="272"/>
      </w:pPr>
      <w:r>
        <w:rPr>
          <w:rFonts w:ascii="Liberation Sans" w:hAnsi="Liberation Sans"/>
          <w:sz w:val="18"/>
        </w:rPr>
        <w:t>2. Nyatakan gerak turun dan naik dengan bilangan bertanda yang tepat.</w:t>
      </w:r>
    </w:p>
    <w:p>
      <w:pPr>
        <w:spacing w:after="40"/>
        <w:ind w:left="351" w:hanging="272"/>
      </w:pPr>
      <w:r>
        <w:rPr>
          <w:rFonts w:ascii="Liberation Sans" w:hAnsi="Liberation Sans"/>
          <w:sz w:val="18"/>
        </w:rPr>
        <w:t>3. Susun model matematika dan gambarkan lintasan pada garis bilangan.</w:t>
      </w:r>
    </w:p>
    <w:p>
      <w:pPr>
        <w:spacing w:after="40"/>
        <w:ind w:left="351" w:hanging="272"/>
      </w:pPr>
      <w:r>
        <w:rPr>
          <w:rFonts w:ascii="Liberation Sans" w:hAnsi="Liberation Sans"/>
          <w:sz w:val="18"/>
        </w:rPr>
        <w:t>4. Tentukan lantai akhir setelah semua perpindahan dilakukan.</w:t>
      </w:r>
    </w:p>
    <w:p>
      <w:pPr>
        <w:spacing w:after="40"/>
        <w:ind w:left="351" w:hanging="272"/>
      </w:pPr>
      <w:r>
        <w:rPr>
          <w:rFonts w:ascii="Liberation Sans" w:hAnsi="Liberation Sans"/>
          <w:sz w:val="18"/>
        </w:rPr>
        <w:t>5. Evaluasi klaim siswa bahwa lift berhenti di +2 dan jelaskan letak kesalahannya.</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sz w:val="16"/>
              </w:rPr>
              <w:t>CHECKPOINT GURU:  □ Tepat—lanjutkan kesimpulan    □ Belum tepat—gunakan Bantuan 1</w:t>
            </w:r>
          </w:p>
        </w:tc>
      </w:tr>
    </w:tbl>
    <w:p>
      <w:r>
        <w:br w:type="page"/>
      </w:r>
    </w:p>
    <w:tbl>
      <w:tblPr>
        <w:tblW w:type="auto" w:w="0"/>
        <w:tblLook w:firstColumn="1" w:firstRow="1" w:lastColumn="0" w:lastRow="0" w:noHBand="0" w:noVBand="1" w:val="04A0"/>
      </w:tblPr>
      <w:tblGrid>
        <w:gridCol w:w="10312"/>
      </w:tblGrid>
      <w:tr>
        <w:tc>
          <w:tcPr>
            <w:tcW w:type="dxa" w:w="10312"/>
            <w:shd w:fill="EAF3FA"/>
            <w:tcMar>
              <w:top w:w="100" w:type="dxa"/>
              <w:start w:w="130" w:type="dxa"/>
              <w:bottom w:w="100" w:type="dxa"/>
              <w:end w:w="130" w:type="dxa"/>
            </w:tcMar>
          </w:tcPr>
          <w:p>
            <w:r>
              <w:rPr>
                <w:b/>
                <w:color w:val="174A7E"/>
                <w:sz w:val="26"/>
              </w:rPr>
              <w:t>Soal Nomor 10 — Rambu Kebun Sekolah</w:t>
            </w:r>
          </w:p>
          <w:p>
            <w:pPr>
              <w:pStyle w:val="Meta"/>
            </w:pPr>
            <w:r>
              <w:rPr>
                <w:sz w:val="16"/>
              </w:rPr>
              <w:t>Kode: TP-1E   •   Level: C4/C5 - Pemecahan masalah dan justifikasi</w:t>
            </w:r>
          </w:p>
        </w:tc>
      </w:tr>
    </w:tbl>
    <w:p>
      <w:pPr>
        <w:jc w:val="center"/>
      </w:pPr>
      <w:r>
        <w:drawing>
          <wp:inline xmlns:a="http://schemas.openxmlformats.org/drawingml/2006/main" xmlns:pic="http://schemas.openxmlformats.org/drawingml/2006/picture">
            <wp:extent cx="5940000" cy="3341250"/>
            <wp:docPr id="11" name="Picture 11" descr="Denah kebun sekolah dengan halaman utama pada nol meter, tempat kompos pada minus empat meter, rumah kaca pada positif dua meter, dan titik kosong dari minus enam sampai positif enam." title="Visual soal"/>
            <wp:cNvGraphicFramePr>
              <a:graphicFrameLocks noChangeAspect="1"/>
            </wp:cNvGraphicFramePr>
            <a:graphic>
              <a:graphicData uri="http://schemas.openxmlformats.org/drawingml/2006/picture">
                <pic:pic>
                  <pic:nvPicPr>
                    <pic:cNvPr id="0" name="visual_10_kebun.png"/>
                    <pic:cNvPicPr/>
                  </pic:nvPicPr>
                  <pic:blipFill>
                    <a:blip r:embed="rId20"/>
                    <a:stretch>
                      <a:fillRect/>
                    </a:stretch>
                  </pic:blipFill>
                  <pic:spPr>
                    <a:xfrm>
                      <a:off x="0" y="0"/>
                      <a:ext cx="5940000" cy="3341250"/>
                    </a:xfrm>
                    <a:prstGeom prst="rect"/>
                  </pic:spPr>
                </pic:pic>
              </a:graphicData>
            </a:graphic>
          </wp:inline>
        </w:drawing>
      </w:r>
    </w:p>
    <w:p>
      <w:pPr>
        <w:pStyle w:val="Meta"/>
        <w:jc w:val="center"/>
      </w:pPr>
      <w:r>
        <w:rPr>
          <w:i/>
        </w:rPr>
        <w:t>Denah kebun sekolah dengan halaman utama pada nol meter, tempat kompos pada minus empat meter, rumah kaca pada positif dua meter, dan titik kosong dari minus enam sampai positif enam.</w:t>
      </w:r>
    </w:p>
    <w:p>
      <w:r>
        <w:rPr>
          <w:b/>
        </w:rPr>
        <w:t>Pengurus OSIM akan memasang sepasang rambu pada dua titik bilangan bulat yang berada di sisi berlawanan dari halaman utama 0 dan mempunyai jarak sama dari 0. Rambu tidak boleh menempati titik -4 karena digunakan untuk tempat kompos atau titik +2 karena digunakan untuk rumah kaca. Tentukan seluruh pasangan titik yang masih dapat digunakan, pilih satu pasangan yang paling sesuai, dan jelaskan mengapa pasangan itu memenuhi syarat bilangan berlawanan.</w:t>
      </w:r>
    </w:p>
    <w:p>
      <w:pPr>
        <w:pStyle w:val="Heading3"/>
      </w:pPr>
      <w:r>
        <w:t>Tahap 1 — Jawaban Mandiri</w:t>
      </w:r>
    </w:p>
    <w:p>
      <w:pPr>
        <w:spacing w:after="40"/>
        <w:ind w:left="351" w:hanging="272"/>
      </w:pPr>
      <w:r>
        <w:rPr>
          <w:rFonts w:ascii="Liberation Sans" w:hAnsi="Liberation Sans"/>
          <w:sz w:val="18"/>
        </w:rPr>
        <w:t>1. Tuliskan seluruh syarat dan titik yang sudah ditempati pada denah.</w:t>
      </w:r>
    </w:p>
    <w:p>
      <w:pPr>
        <w:spacing w:after="40"/>
        <w:ind w:left="351" w:hanging="272"/>
      </w:pPr>
      <w:r>
        <w:rPr>
          <w:rFonts w:ascii="Liberation Sans" w:hAnsi="Liberation Sans"/>
          <w:sz w:val="18"/>
        </w:rPr>
        <w:t>2. Jelaskan bentuk umum pasangan bilangan berlawanan (-a,+a).</w:t>
      </w:r>
    </w:p>
    <w:p>
      <w:pPr>
        <w:spacing w:after="40"/>
        <w:ind w:left="351" w:hanging="272"/>
      </w:pPr>
      <w:r>
        <w:rPr>
          <w:rFonts w:ascii="Liberation Sans" w:hAnsi="Liberation Sans"/>
          <w:sz w:val="18"/>
        </w:rPr>
        <w:t>3. Daftarkan semua pasangan simetris, kemudian keluarkan pasangan yang memakai -4 atau +2.</w:t>
      </w:r>
    </w:p>
    <w:p>
      <w:pPr>
        <w:spacing w:after="40"/>
        <w:ind w:left="351" w:hanging="272"/>
      </w:pPr>
      <w:r>
        <w:rPr>
          <w:rFonts w:ascii="Liberation Sans" w:hAnsi="Liberation Sans"/>
          <w:sz w:val="18"/>
        </w:rPr>
        <w:t>4. Pilih satu pasangan yang masih tersedia dan tandai pada garis bilangan.</w:t>
      </w:r>
    </w:p>
    <w:p>
      <w:pPr>
        <w:spacing w:after="40"/>
        <w:ind w:left="351" w:hanging="272"/>
      </w:pPr>
      <w:r>
        <w:rPr>
          <w:rFonts w:ascii="Liberation Sans" w:hAnsi="Liberation Sans"/>
          <w:sz w:val="18"/>
        </w:rPr>
        <w:t>5. Jelaskan hubungan tanda, arah, dan jarak yang sama dari 0.</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p>
      <w:pPr>
        <w:spacing w:after="60"/>
      </w:pPr>
      <w:r>
        <w:t>............................................................................................................................</w:t>
      </w:r>
    </w:p>
    <w:tbl>
      <w:tblPr>
        <w:tblW w:type="auto" w:w="0"/>
        <w:tblLook w:firstColumn="1" w:firstRow="1" w:lastColumn="0" w:lastRow="0" w:noHBand="0" w:noVBand="1" w:val="04A0"/>
      </w:tblPr>
      <w:tblGrid>
        <w:gridCol w:w="10312"/>
      </w:tblGrid>
      <w:tr>
        <w:tc>
          <w:tcPr>
            <w:tcW w:type="dxa" w:w="10312"/>
            <w:shd w:fill="FFF6DE"/>
            <w:tcMar>
              <w:top w:w="100" w:type="dxa"/>
              <w:start w:w="120" w:type="dxa"/>
              <w:bottom w:w="100" w:type="dxa"/>
              <w:end w:w="120" w:type="dxa"/>
            </w:tcMar>
          </w:tcPr>
          <w:p>
            <w:r>
              <w:rPr>
                <w:sz w:val="16"/>
              </w:rPr>
              <w:t>CHECKPOINT GURU:  □ Tepat—lanjutkan kesimpulan    □ Belum tepat—gunakan Bantuan 1</w:t>
            </w:r>
          </w:p>
        </w:tc>
      </w:tr>
    </w:tbl>
    <w:p>
      <w:r>
        <w:br w:type="page"/>
      </w:r>
    </w:p>
    <w:p>
      <w:pPr>
        <w:pStyle w:val="Heading1"/>
      </w:pPr>
      <w:r>
        <w:t>D. Kunci, Pembahasan, Rubrik, dan Kartu Bantuan Guru</w:t>
      </w:r>
    </w:p>
    <w:tbl>
      <w:tblPr>
        <w:tblW w:type="auto" w:w="0"/>
        <w:jc w:val="center"/>
        <w:tblLayout w:type="autofit"/>
        <w:tblLook w:firstColumn="1" w:firstRow="1" w:lastColumn="0" w:lastRow="0" w:noHBand="0" w:noVBand="1" w:val="04A0"/>
      </w:tblPr>
      <w:tblGrid>
        <w:gridCol w:w="10312"/>
      </w:tblGrid>
      <w:tr>
        <w:tc>
          <w:tcPr>
            <w:tcW w:type="dxa" w:w="10312"/>
            <w:shd w:fill="EAF3FA"/>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Penggunaan Bagian Guru</w:t>
              <w:br/>
            </w:r>
            <w:r>
              <w:rPr>
                <w:color w:val="283746"/>
                <w:sz w:val="20"/>
              </w:rPr>
              <w:t>Pisahkan bagian ini dari naskah siswa. Kartu bantuan diberikan satu per satu, tidak sekaligus, agar peserta didik tetap melakukan upaya berpikir mandiri.</w:t>
            </w:r>
          </w:p>
        </w:tc>
      </w:tr>
    </w:tbl>
    <w:p>
      <w:pPr>
        <w:pStyle w:val="Heading2"/>
      </w:pPr>
      <w:r>
        <w:rPr/>
        <w:t>Nomor 1 — Kunci B — Interpretasi dan Penalaran</w:t>
      </w:r>
    </w:p>
    <w:p>
      <w:r>
        <w:rPr>
          <w:b/>
        </w:rPr>
        <w:t>Langkah penyelesaian:</w:t>
      </w:r>
    </w:p>
    <w:p>
      <w:pPr>
        <w:spacing w:after="40"/>
        <w:ind w:left="351" w:hanging="272"/>
      </w:pPr>
      <w:r>
        <w:rPr>
          <w:b/>
          <w:color w:val="174A7E"/>
        </w:rPr>
        <w:t xml:space="preserve">1. </w:t>
      </w:r>
      <w:r>
        <w:t>Amati posisi setiap titik terhadap 0.</w:t>
      </w:r>
    </w:p>
    <w:p>
      <w:pPr>
        <w:spacing w:after="40"/>
        <w:ind w:left="351" w:hanging="272"/>
      </w:pPr>
      <w:r>
        <w:rPr>
          <w:b/>
          <w:color w:val="174A7E"/>
        </w:rPr>
        <w:t xml:space="preserve">2. </w:t>
      </w:r>
      <w:r>
        <w:t>P berada pada −3 sehingga termasuk bilangan negatif.</w:t>
      </w:r>
    </w:p>
    <w:p>
      <w:pPr>
        <w:spacing w:after="40"/>
        <w:ind w:left="351" w:hanging="272"/>
      </w:pPr>
      <w:r>
        <w:rPr>
          <w:b/>
          <w:color w:val="174A7E"/>
        </w:rPr>
        <w:t xml:space="preserve">3. </w:t>
      </w:r>
      <w:r>
        <w:t>Q tepat pada 0.</w:t>
      </w:r>
    </w:p>
    <w:p>
      <w:pPr>
        <w:spacing w:after="40"/>
        <w:ind w:left="351" w:hanging="272"/>
      </w:pPr>
      <w:r>
        <w:rPr>
          <w:b/>
          <w:color w:val="174A7E"/>
        </w:rPr>
        <w:t xml:space="preserve">4. </w:t>
      </w:r>
      <w:r>
        <w:t>R berada pada +2 sehingga termasuk bilangan positif.</w:t>
      </w:r>
    </w:p>
    <w:p>
      <w:r>
        <w:rPr>
          <w:b/>
        </w:rPr>
        <w:t xml:space="preserve">Alasan jawaban: </w:t>
      </w:r>
      <w:r>
        <w:t>Bilangan yang lebih kecil dari 0 merupakan bilangan negatif, sedangkan bilangan yang lebih besar dari 0 merupakan bilangan positif.</w:t>
      </w:r>
    </w:p>
    <w:p>
      <w:r>
        <w:rPr>
          <w:b/>
        </w:rPr>
        <w:t>Analisis pengecoh:</w:t>
      </w:r>
    </w:p>
    <w:p>
      <w:pPr>
        <w:pStyle w:val="ListBullet"/>
      </w:pPr>
      <w:r>
        <w:t>A: makna bilangan positif dan negatif tertukar.</w:t>
      </w:r>
    </w:p>
    <w:p>
      <w:pPr>
        <w:pStyle w:val="ListBullet"/>
      </w:pPr>
      <w:r>
        <w:t>C: posisi Q tidak dibaca dengan tepat.</w:t>
      </w:r>
    </w:p>
    <w:p>
      <w:pPr>
        <w:pStyle w:val="ListBullet"/>
      </w:pPr>
      <w:r>
        <w:t>D: fungsi Q dan R tertukar.</w:t>
      </w:r>
    </w:p>
    <w:p>
      <w:r>
        <w:rPr>
          <w:b/>
        </w:rPr>
        <w:t xml:space="preserve">Miskonsepsi: </w:t>
      </w:r>
      <w:r>
        <w:t>Menganggap 0 termasuk bilangan positif atau menentukan tanda hanya dari tinggi-rendah objek.</w:t>
      </w:r>
    </w:p>
    <w:p>
      <w:pPr>
        <w:pStyle w:val="Heading2"/>
      </w:pPr>
      <w:r>
        <w:rPr/>
        <w:t>Nomor 2 — Kunci D — Interpretasi dan Penalaran</w:t>
      </w:r>
    </w:p>
    <w:p>
      <w:r>
        <w:rPr>
          <w:b/>
        </w:rPr>
        <w:t>Langkah penyelesaian:</w:t>
      </w:r>
    </w:p>
    <w:p>
      <w:pPr>
        <w:spacing w:after="40"/>
        <w:ind w:left="351" w:hanging="272"/>
      </w:pPr>
      <w:r>
        <w:rPr>
          <w:b/>
          <w:color w:val="174A7E"/>
        </w:rPr>
        <w:t xml:space="preserve">1. </w:t>
      </w:r>
      <w:r>
        <w:t>Tetapkan lobi sebagai titik acuan 0.</w:t>
      </w:r>
    </w:p>
    <w:p>
      <w:pPr>
        <w:spacing w:after="40"/>
        <w:ind w:left="351" w:hanging="272"/>
      </w:pPr>
      <w:r>
        <w:rPr>
          <w:b/>
          <w:color w:val="174A7E"/>
        </w:rPr>
        <w:t xml:space="preserve">2. </w:t>
      </w:r>
      <w:r>
        <w:t>Lantai di bawah lobi dinyatakan negatif.</w:t>
      </w:r>
    </w:p>
    <w:p>
      <w:pPr>
        <w:spacing w:after="40"/>
        <w:ind w:left="351" w:hanging="272"/>
      </w:pPr>
      <w:r>
        <w:rPr>
          <w:b/>
          <w:color w:val="174A7E"/>
        </w:rPr>
        <w:t xml:space="preserve">3. </w:t>
      </w:r>
      <w:r>
        <w:t>Lantai di atas lobi dinyatakan positif.</w:t>
      </w:r>
    </w:p>
    <w:p>
      <w:pPr>
        <w:spacing w:after="40"/>
        <w:ind w:left="351" w:hanging="272"/>
      </w:pPr>
      <w:r>
        <w:rPr>
          <w:b/>
          <w:color w:val="174A7E"/>
        </w:rPr>
        <w:t xml:space="preserve">4. </w:t>
      </w:r>
      <w:r>
        <w:t>Parkir berada pada −1 dan laboratorium pada +2.</w:t>
      </w:r>
    </w:p>
    <w:p>
      <w:r>
        <w:rPr>
          <w:b/>
        </w:rPr>
        <w:t xml:space="preserve">Alasan jawaban: </w:t>
      </w:r>
      <w:r>
        <w:t>Tanda bilangan ditentukan oleh posisi terhadap lantai acuan, bukan hanya oleh jaraknya.</w:t>
      </w:r>
    </w:p>
    <w:p>
      <w:r>
        <w:rPr>
          <w:b/>
        </w:rPr>
        <w:t>Analisis pengecoh:</w:t>
      </w:r>
    </w:p>
    <w:p>
      <w:pPr>
        <w:pStyle w:val="ListBullet"/>
      </w:pPr>
      <w:r>
        <w:t>A: posisi atas dan bawah dibalik.</w:t>
      </w:r>
    </w:p>
    <w:p>
      <w:pPr>
        <w:pStyle w:val="ListBullet"/>
      </w:pPr>
      <w:r>
        <w:t>B: hanya memperhatikan jarak tanpa arah.</w:t>
      </w:r>
    </w:p>
    <w:p>
      <w:pPr>
        <w:pStyle w:val="ListBullet"/>
      </w:pPr>
      <w:r>
        <w:t>C: menganggap tempat pada sisi berbeda memiliki tanda sama.</w:t>
      </w:r>
    </w:p>
    <w:p>
      <w:r>
        <w:rPr>
          <w:b/>
        </w:rPr>
        <w:t xml:space="preserve">Miskonsepsi: </w:t>
      </w:r>
      <w:r>
        <w:t>Menganggap semua lantai selain lantai 0 selalu bernilai positif.</w:t>
      </w:r>
    </w:p>
    <w:p>
      <w:pPr>
        <w:pStyle w:val="Heading2"/>
      </w:pPr>
      <w:r>
        <w:rPr/>
        <w:t>Nomor 3 — Kunci A — Interpretasi dan Penalaran</w:t>
      </w:r>
    </w:p>
    <w:p>
      <w:r>
        <w:rPr>
          <w:b/>
        </w:rPr>
        <w:t>Langkah penyelesaian:</w:t>
      </w:r>
    </w:p>
    <w:p>
      <w:pPr>
        <w:spacing w:after="40"/>
        <w:ind w:left="351" w:hanging="272"/>
      </w:pPr>
      <w:r>
        <w:rPr>
          <w:b/>
          <w:color w:val="174A7E"/>
        </w:rPr>
        <w:t xml:space="preserve">1. </w:t>
      </w:r>
      <w:r>
        <w:t>Posisi awal M adalah +1.</w:t>
      </w:r>
    </w:p>
    <w:p>
      <w:pPr>
        <w:spacing w:after="40"/>
        <w:ind w:left="351" w:hanging="272"/>
      </w:pPr>
      <w:r>
        <w:rPr>
          <w:b/>
          <w:color w:val="174A7E"/>
        </w:rPr>
        <w:t xml:space="preserve">2. </w:t>
      </w:r>
      <w:r>
        <w:t>Gerak tiga satuan ke kiri berarti nilai berkurang tiga.</w:t>
      </w:r>
    </w:p>
    <w:p>
      <w:pPr>
        <w:spacing w:after="40"/>
        <w:ind w:left="351" w:hanging="272"/>
      </w:pPr>
      <w:r>
        <w:rPr>
          <w:b/>
          <w:color w:val="174A7E"/>
        </w:rPr>
        <w:t xml:space="preserve">3. </w:t>
      </w:r>
      <w:r>
        <w:t>+1 − 3 = −2.</w:t>
      </w:r>
    </w:p>
    <w:p>
      <w:pPr>
        <w:spacing w:after="40"/>
        <w:ind w:left="351" w:hanging="272"/>
      </w:pPr>
      <w:r>
        <w:rPr>
          <w:b/>
          <w:color w:val="174A7E"/>
        </w:rPr>
        <w:t xml:space="preserve">4. </w:t>
      </w:r>
      <w:r>
        <w:t>Titik pada −2 adalah L.</w:t>
      </w:r>
    </w:p>
    <w:p>
      <w:r>
        <w:rPr>
          <w:b/>
        </w:rPr>
        <w:t xml:space="preserve">Alasan jawaban: </w:t>
      </w:r>
      <w:r>
        <w:t>Gerak ke kiri pada garis bilangan menghasilkan nilai yang lebih kecil.</w:t>
      </w:r>
    </w:p>
    <w:p>
      <w:r>
        <w:rPr>
          <w:b/>
        </w:rPr>
        <w:t>Analisis pengecoh:</w:t>
      </w:r>
    </w:p>
    <w:p>
      <w:pPr>
        <w:pStyle w:val="ListBullet"/>
      </w:pPr>
      <w:r>
        <w:t>B: jumlah langkah dihitung tidak tepat.</w:t>
      </w:r>
    </w:p>
    <w:p>
      <w:pPr>
        <w:pStyle w:val="ListBullet"/>
      </w:pPr>
      <w:r>
        <w:t>C: perpindahan tidak dilakukan.</w:t>
      </w:r>
    </w:p>
    <w:p>
      <w:pPr>
        <w:pStyle w:val="ListBullet"/>
      </w:pPr>
      <w:r>
        <w:t>D: arah gerak dibalik ke kanan.</w:t>
      </w:r>
    </w:p>
    <w:p>
      <w:r>
        <w:rPr>
          <w:b/>
        </w:rPr>
        <w:t xml:space="preserve">Miskonsepsi: </w:t>
      </w:r>
      <w:r>
        <w:t>Menghitung titik awal sebagai langkah pertama.</w:t>
      </w:r>
    </w:p>
    <w:p>
      <w:pPr>
        <w:pStyle w:val="Heading2"/>
      </w:pPr>
      <w:r>
        <w:rPr>
          <w:rFonts w:ascii="Liberation Sans" w:hAnsi="Liberation Sans"/>
          <w:sz w:val="18"/>
        </w:rPr>
        <w:t>Nomor 4 — Kunci B — Interpretasi dan Penalaran</w:t>
      </w:r>
    </w:p>
    <w:p>
      <w:r>
        <w:rPr>
          <w:b/>
        </w:rPr>
        <w:t>Langkah penyelesaian:</w:t>
      </w:r>
    </w:p>
    <w:p>
      <w:pPr>
        <w:spacing w:after="40"/>
        <w:ind w:left="351" w:hanging="272"/>
      </w:pPr>
      <w:r>
        <w:rPr>
          <w:b/>
          <w:color w:val="174A7E"/>
        </w:rPr>
        <w:t xml:space="preserve">1. </w:t>
      </w:r>
      <w:r>
        <w:t>Posisi awal kendaraan adalah −2.</w:t>
      </w:r>
    </w:p>
    <w:p>
      <w:pPr>
        <w:spacing w:after="40"/>
        <w:ind w:left="351" w:hanging="272"/>
      </w:pPr>
      <w:r>
        <w:rPr>
          <w:b/>
          <w:color w:val="174A7E"/>
        </w:rPr>
        <w:t xml:space="preserve">2. </w:t>
      </w:r>
      <w:r>
        <w:t>Enam satuan ke kanan: −2 + 6 = +4.</w:t>
      </w:r>
    </w:p>
    <w:p>
      <w:pPr>
        <w:spacing w:after="40"/>
        <w:ind w:left="351" w:hanging="272"/>
      </w:pPr>
      <w:r>
        <w:rPr>
          <w:b/>
          <w:color w:val="174A7E"/>
        </w:rPr>
        <w:t xml:space="preserve">3. </w:t>
      </w:r>
      <w:r>
        <w:t>Tiga satuan ke kiri: +4 − 3 = +1.</w:t>
      </w:r>
    </w:p>
    <w:p>
      <w:r>
        <w:rPr>
          <w:b/>
        </w:rPr>
        <w:t xml:space="preserve">Alasan jawaban: </w:t>
      </w:r>
      <w:r>
        <w:t>Posisi akhir berada satu satuan di sebelah kanan 0.</w:t>
      </w:r>
    </w:p>
    <w:p>
      <w:r>
        <w:rPr>
          <w:b/>
        </w:rPr>
        <w:t>Analisis pengecoh:</w:t>
      </w:r>
    </w:p>
    <w:p>
      <w:pPr>
        <w:pStyle w:val="ListBullet"/>
      </w:pPr>
      <w:r>
        <w:t>A: semua perpindahan dianggap menuju negatif.</w:t>
      </w:r>
    </w:p>
    <w:p>
      <w:pPr>
        <w:pStyle w:val="ListBullet"/>
      </w:pPr>
      <w:r>
        <w:rPr>
          <w:rFonts w:ascii="Liberation Sans" w:hAnsi="Liberation Sans"/>
          <w:sz w:val="18"/>
        </w:rPr>
        <w:t>C: menjumlahkan semua perpindahan tanpa memperhatikan arah gerak terakhir.</w:t>
      </w:r>
    </w:p>
    <w:p>
      <w:pPr>
        <w:pStyle w:val="ListBullet"/>
      </w:pPr>
      <w:r>
        <w:rPr>
          <w:rFonts w:ascii="Liberation Sans" w:hAnsi="Liberation Sans"/>
          <w:sz w:val="18"/>
        </w:rPr>
        <w:t>D: membalik konvensi arah kanan dan kiri.</w:t>
      </w:r>
    </w:p>
    <w:p>
      <w:r>
        <w:rPr>
          <w:rFonts w:ascii="Liberation Sans" w:hAnsi="Liberation Sans"/>
          <w:sz w:val="18"/>
        </w:rPr>
        <w:t>Miskonsepsi: Menganggap semua perpindahan harus dijumlahkan tanpa memperhatikan arah.</w:t>
      </w:r>
    </w:p>
    <w:p>
      <w:pPr>
        <w:pStyle w:val="Heading2"/>
      </w:pPr>
      <w:r>
        <w:rPr/>
        <w:t>Nomor 5 — Kunci B — Interpretasi dan Penalaran</w:t>
      </w:r>
    </w:p>
    <w:p>
      <w:r>
        <w:rPr>
          <w:b/>
        </w:rPr>
        <w:t>Langkah penyelesaian:</w:t>
      </w:r>
    </w:p>
    <w:p>
      <w:pPr>
        <w:spacing w:after="40"/>
        <w:ind w:left="351" w:hanging="272"/>
      </w:pPr>
      <w:r>
        <w:rPr>
          <w:b/>
          <w:color w:val="174A7E"/>
        </w:rPr>
        <w:t xml:space="preserve">1. </w:t>
      </w:r>
      <w:r>
        <w:t>Bandingkan −2, −6, 0, dan +3.</w:t>
      </w:r>
    </w:p>
    <w:p>
      <w:pPr>
        <w:spacing w:after="40"/>
        <w:ind w:left="351" w:hanging="272"/>
      </w:pPr>
      <w:r>
        <w:rPr>
          <w:b/>
          <w:color w:val="174A7E"/>
        </w:rPr>
        <w:t xml:space="preserve">2. </w:t>
      </w:r>
      <w:r>
        <w:t>Pada garis bilangan, −6 terletak paling kiri.</w:t>
      </w:r>
    </w:p>
    <w:p>
      <w:pPr>
        <w:spacing w:after="40"/>
        <w:ind w:left="351" w:hanging="272"/>
      </w:pPr>
      <w:r>
        <w:rPr>
          <w:b/>
          <w:color w:val="174A7E"/>
        </w:rPr>
        <w:t xml:space="preserve">3. </w:t>
      </w:r>
      <w:r>
        <w:t>−6 merupakan nilai terkecil sehingga menjadi suhu paling rendah.</w:t>
      </w:r>
    </w:p>
    <w:p>
      <w:r>
        <w:rPr>
          <w:b/>
        </w:rPr>
        <w:t xml:space="preserve">Alasan jawaban: </w:t>
      </w:r>
      <w:r>
        <w:t>Lemari Q mempunyai suhu −6 °C.</w:t>
      </w:r>
    </w:p>
    <w:p>
      <w:r>
        <w:rPr>
          <w:b/>
        </w:rPr>
        <w:t>Analisis pengecoh:</w:t>
      </w:r>
    </w:p>
    <w:p>
      <w:pPr>
        <w:pStyle w:val="ListBullet"/>
      </w:pPr>
      <w:r>
        <w:t>A: hanya membandingkan angka 2 dan 6 tanpa tanda.</w:t>
      </w:r>
    </w:p>
    <w:p>
      <w:pPr>
        <w:pStyle w:val="ListBullet"/>
      </w:pPr>
      <w:r>
        <w:t>C: menganggap 0 selalu paling rendah.</w:t>
      </w:r>
    </w:p>
    <w:p>
      <w:pPr>
        <w:pStyle w:val="ListBullet"/>
      </w:pPr>
      <w:r>
        <w:t>D: memilih bilangan positif terbesar.</w:t>
      </w:r>
    </w:p>
    <w:p>
      <w:r>
        <w:rPr>
          <w:b/>
        </w:rPr>
        <w:t xml:space="preserve">Miskonsepsi: </w:t>
      </w:r>
      <w:r>
        <w:t>Membandingkan bilangan negatif hanya berdasarkan angka penyusunnya.</w:t>
      </w:r>
    </w:p>
    <w:p>
      <w:pPr>
        <w:pStyle w:val="Heading2"/>
      </w:pPr>
      <w:r>
        <w:rPr/>
        <w:t>Nomor 6 — Kunci A — Interpretasi dan Penalaran</w:t>
      </w:r>
    </w:p>
    <w:p>
      <w:r>
        <w:rPr>
          <w:b/>
        </w:rPr>
        <w:t>Langkah penyelesaian:</w:t>
      </w:r>
    </w:p>
    <w:p>
      <w:pPr>
        <w:spacing w:after="40"/>
        <w:ind w:left="351" w:hanging="272"/>
      </w:pPr>
      <w:r>
        <w:rPr>
          <w:b/>
          <w:color w:val="174A7E"/>
        </w:rPr>
        <w:t xml:space="preserve">1. </w:t>
      </w:r>
      <w:r>
        <w:t>Posisi awal penyelam adalah −8 meter.</w:t>
      </w:r>
    </w:p>
    <w:p>
      <w:pPr>
        <w:spacing w:after="40"/>
        <w:ind w:left="351" w:hanging="272"/>
      </w:pPr>
      <w:r>
        <w:rPr>
          <w:b/>
          <w:color w:val="174A7E"/>
        </w:rPr>
        <w:t xml:space="preserve">2. </w:t>
      </w:r>
      <w:r>
        <w:t>Gerak menuju permukaan berarti nilainya bertambah.</w:t>
      </w:r>
    </w:p>
    <w:p>
      <w:pPr>
        <w:spacing w:after="40"/>
        <w:ind w:left="351" w:hanging="272"/>
      </w:pPr>
      <w:r>
        <w:rPr>
          <w:b/>
          <w:color w:val="174A7E"/>
        </w:rPr>
        <w:t xml:space="preserve">3. </w:t>
      </w:r>
      <w:r>
        <w:t>−8 + 5 = −3.</w:t>
      </w:r>
    </w:p>
    <w:p>
      <w:r>
        <w:rPr>
          <w:b/>
        </w:rPr>
        <w:t xml:space="preserve">Alasan jawaban: </w:t>
      </w:r>
      <w:r>
        <w:t>Penyelam masih berada 3 meter di bawah permukaan, sehingga posisinya tetap negatif.</w:t>
      </w:r>
    </w:p>
    <w:p>
      <w:r>
        <w:rPr>
          <w:b/>
        </w:rPr>
        <w:t>Analisis pengecoh:</w:t>
      </w:r>
    </w:p>
    <w:p>
      <w:pPr>
        <w:pStyle w:val="ListBullet"/>
      </w:pPr>
      <w:r>
        <w:t>B: arah naik dianggap semakin negatif.</w:t>
      </w:r>
    </w:p>
    <w:p>
      <w:pPr>
        <w:pStyle w:val="ListBullet"/>
      </w:pPr>
      <w:r>
        <w:t>C: menganggap gerak naik selalu menghasilkan bilangan positif.</w:t>
      </w:r>
    </w:p>
    <w:p>
      <w:pPr>
        <w:pStyle w:val="ListBullet"/>
      </w:pPr>
      <w:r>
        <w:t>D: pengurangan besar bilangan tidak tepat.</w:t>
      </w:r>
    </w:p>
    <w:p>
      <w:r>
        <w:rPr>
          <w:b/>
        </w:rPr>
        <w:t xml:space="preserve">Miskonsepsi: </w:t>
      </w:r>
      <w:r>
        <w:t>Kata “naik” selalu dianggap menghasilkan bilangan positif.</w:t>
      </w:r>
    </w:p>
    <w:p>
      <w:pPr>
        <w:pStyle w:val="Heading2"/>
      </w:pPr>
      <w:r>
        <w:rPr>
          <w:rFonts w:ascii="Liberation Sans" w:hAnsi="Liberation Sans"/>
          <w:sz w:val="18"/>
        </w:rPr>
        <w:t>Nomor 7 — Kunci B — Interpretasi dan Penalaran</w:t>
      </w:r>
    </w:p>
    <w:p>
      <w:r>
        <w:rPr>
          <w:b/>
        </w:rPr>
        <w:t>Langkah penyelesaian:</w:t>
      </w:r>
    </w:p>
    <w:p>
      <w:pPr>
        <w:spacing w:after="40"/>
        <w:ind w:left="351" w:hanging="272"/>
      </w:pPr>
      <w:r>
        <w:rPr>
          <w:b/>
          <w:color w:val="174A7E"/>
        </w:rPr>
        <w:t xml:space="preserve">1. </w:t>
      </w:r>
      <w:r>
        <w:t>Dari −6 ke −2 terdapat dua interval.</w:t>
      </w:r>
    </w:p>
    <w:p>
      <w:pPr>
        <w:spacing w:after="40"/>
        <w:ind w:left="351" w:hanging="272"/>
      </w:pPr>
      <w:r>
        <w:rPr>
          <w:b/>
          <w:color w:val="174A7E"/>
        </w:rPr>
        <w:t xml:space="preserve">2. </w:t>
      </w:r>
      <w:r>
        <w:t>Selisih nilainya 4 sehingga tiap interval bernilai 2.</w:t>
      </w:r>
    </w:p>
    <w:p>
      <w:pPr>
        <w:spacing w:after="40"/>
        <w:ind w:left="351" w:hanging="272"/>
      </w:pPr>
      <w:r>
        <w:rPr>
          <w:b/>
          <w:color w:val="174A7E"/>
        </w:rPr>
        <w:t xml:space="preserve">3. </w:t>
      </w:r>
      <w:r>
        <w:t>P = −4.</w:t>
      </w:r>
    </w:p>
    <w:p>
      <w:pPr>
        <w:spacing w:after="40"/>
        <w:ind w:left="351" w:hanging="272"/>
      </w:pPr>
      <w:r>
        <w:rPr>
          <w:b/>
          <w:color w:val="174A7E"/>
        </w:rPr>
        <w:t xml:space="preserve">4. </w:t>
      </w:r>
      <w:r>
        <w:t>Setelah 0 urutannya +2, +4, +6 sehingga Q = +4.</w:t>
      </w:r>
    </w:p>
    <w:p>
      <w:r>
        <w:rPr>
          <w:b/>
        </w:rPr>
        <w:t xml:space="preserve">Alasan jawaban: </w:t>
      </w:r>
      <w:r>
        <w:t>Skala pada seluruh garis bilangan harus tetap sama.</w:t>
      </w:r>
    </w:p>
    <w:p>
      <w:r>
        <w:rPr>
          <w:b/>
        </w:rPr>
        <w:t>Analisis pengecoh:</w:t>
      </w:r>
    </w:p>
    <w:p>
      <w:pPr>
        <w:pStyle w:val="ListBullet"/>
      </w:pPr>
      <w:r>
        <w:t>A: interval satu satuan digunakan secara keliru.</w:t>
      </w:r>
    </w:p>
    <w:p>
      <w:pPr>
        <w:pStyle w:val="ListBullet"/>
      </w:pPr>
      <w:r>
        <w:rPr>
          <w:rFonts w:ascii="Liberation Sans" w:hAnsi="Liberation Sans"/>
          <w:sz w:val="18"/>
        </w:rPr>
        <w:t>C: menggunakan skala yang berubah setelah melewati 0.</w:t>
      </w:r>
    </w:p>
    <w:p>
      <w:pPr>
        <w:pStyle w:val="ListBullet"/>
      </w:pPr>
      <w:r>
        <w:rPr>
          <w:rFonts w:ascii="Liberation Sans" w:hAnsi="Liberation Sans"/>
          <w:sz w:val="18"/>
        </w:rPr>
        <w:t>D: menggunakan interval berbeda di sisi positif.</w:t>
      </w:r>
    </w:p>
    <w:p>
      <w:r>
        <w:rPr>
          <w:rFonts w:ascii="Liberation Sans" w:hAnsi="Liberation Sans"/>
          <w:sz w:val="18"/>
        </w:rPr>
        <w:t>Miskonsepsi: Menganggap interval garis bilangan boleh berubah setelah melewati 0.</w:t>
      </w:r>
    </w:p>
    <w:p>
      <w:r>
        <w:br w:type="page"/>
      </w:r>
    </w:p>
    <w:p>
      <w:pPr>
        <w:pStyle w:val="Heading2"/>
      </w:pPr>
      <w:r>
        <w:t>Nomor 8 — Jawaban, Rubrik, dan Scaffolding</w:t>
      </w:r>
    </w:p>
    <w:p>
      <w:r>
        <w:rPr>
          <w:b/>
        </w:rPr>
        <w:t>Jawaban lengkap: Urutan posisi adalah W(-6) &lt; X(-1) &lt; Y(+3) &lt; Z(+5). Jarak dari basecamp adalah |−6|=6, |−1|=1, |+3|=3, dan |+5|=5 satuan. Pos paling jauh adalah W, bukan Z. Pernyataan anggota tim keliru karena jarak dari 0 ditentukan oleh nilai mutlak, bukan oleh bilangan positif terbesar.</w:t>
      </w:r>
      <w:r/>
    </w:p>
    <w:p>
      <w:r>
        <w:rPr>
          <w:b/>
        </w:rPr>
        <w:t>Langkah penyelesaian:</w:t>
      </w:r>
    </w:p>
    <w:p>
      <w:pPr>
        <w:spacing w:after="40"/>
        <w:ind w:left="351" w:hanging="272"/>
      </w:pPr>
      <w:r>
        <w:rPr>
          <w:b/>
          <w:color w:val="174A7E"/>
        </w:rPr>
        <w:t xml:space="preserve">1. </w:t>
      </w:r>
      <w:r>
        <w:t>Baca posisi W, X, Y, dan Z.</w:t>
      </w:r>
    </w:p>
    <w:p>
      <w:pPr>
        <w:spacing w:after="40"/>
        <w:ind w:left="351" w:hanging="272"/>
      </w:pPr>
      <w:r>
        <w:rPr>
          <w:b/>
          <w:color w:val="174A7E"/>
        </w:rPr>
        <w:t xml:space="preserve">2. </w:t>
      </w:r>
      <w:r>
        <w:t>Urutkan dari titik paling kiri ke kanan: −6, −1, +3, +5.</w:t>
      </w:r>
    </w:p>
    <w:p>
      <w:pPr>
        <w:spacing w:after="40"/>
        <w:ind w:left="351" w:hanging="272"/>
      </w:pPr>
      <w:r>
        <w:rPr>
          <w:b/>
          <w:color w:val="174A7E"/>
        </w:rPr>
        <w:t xml:space="preserve">3. </w:t>
      </w:r>
      <w:r>
        <w:t>Jarak dari 0 tidak memperhatikan tanda: 6, 1, 3, dan 5.</w:t>
      </w:r>
    </w:p>
    <w:p>
      <w:pPr>
        <w:spacing w:after="40"/>
        <w:ind w:left="351" w:hanging="272"/>
      </w:pPr>
      <w:r>
        <w:rPr>
          <w:b/>
          <w:color w:val="174A7E"/>
        </w:rPr>
        <w:t xml:space="preserve">4. </w:t>
      </w:r>
      <w:r>
        <w:t>Jarak terbesar adalah 6 sehingga W paling jauh.</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posisi W, X, Y, dan Z dengan benar</w:t>
            </w:r>
          </w:p>
        </w:tc>
        <w:tc>
          <w:tcPr>
            <w:tcW w:type="dxa" w:w="5156"/>
          </w:tcPr>
          <w:p>
            <w:pPr>
              <w:jc w:val="center"/>
            </w:pPr>
            <w:r>
              <w:t>1</w:t>
            </w:r>
          </w:p>
        </w:tc>
      </w:tr>
      <w:tr>
        <w:tc>
          <w:tcPr>
            <w:tcW w:type="dxa" w:w="5156"/>
          </w:tcPr>
          <w:p>
            <w:r>
              <w:t>Mengurutkan W &lt; X &lt; Y &lt; Z</w:t>
            </w:r>
          </w:p>
        </w:tc>
        <w:tc>
          <w:tcPr>
            <w:tcW w:type="dxa" w:w="5156"/>
          </w:tcPr>
          <w:p>
            <w:pPr>
              <w:jc w:val="center"/>
            </w:pPr>
            <w:r>
              <w:t>1</w:t>
            </w:r>
          </w:p>
        </w:tc>
      </w:tr>
      <w:tr>
        <w:tc>
          <w:tcPr>
            <w:tcW w:type="dxa" w:w="5156"/>
          </w:tcPr>
          <w:p>
            <w:r>
              <w:t>Menentukan jarak W dan X dari 0</w:t>
            </w:r>
          </w:p>
        </w:tc>
        <w:tc>
          <w:tcPr>
            <w:tcW w:type="dxa" w:w="5156"/>
          </w:tcPr>
          <w:p>
            <w:pPr>
              <w:jc w:val="center"/>
            </w:pPr>
            <w:r>
              <w:t>1</w:t>
            </w:r>
          </w:p>
        </w:tc>
      </w:tr>
      <w:tr>
        <w:tc>
          <w:tcPr>
            <w:tcW w:type="dxa" w:w="5156"/>
          </w:tcPr>
          <w:p>
            <w:r>
              <w:t>Menentukan jarak Y dan Z dari 0</w:t>
            </w:r>
          </w:p>
        </w:tc>
        <w:tc>
          <w:tcPr>
            <w:tcW w:type="dxa" w:w="5156"/>
          </w:tcPr>
          <w:p>
            <w:pPr>
              <w:jc w:val="center"/>
            </w:pPr>
            <w:r>
              <w:t>1</w:t>
            </w:r>
          </w:p>
        </w:tc>
      </w:tr>
      <w:tr>
        <w:tc>
          <w:tcPr>
            <w:tcW w:type="dxa" w:w="5156"/>
          </w:tcPr>
          <w:p>
            <w:r>
              <w:t>Menentukan W sebagai pos terjauh</w:t>
            </w:r>
          </w:p>
        </w:tc>
        <w:tc>
          <w:tcPr>
            <w:tcW w:type="dxa" w:w="5156"/>
          </w:tcPr>
          <w:p>
            <w:pPr>
              <w:jc w:val="center"/>
            </w:pPr>
            <w:r>
              <w:t>1</w:t>
            </w:r>
          </w:p>
        </w:tc>
      </w:tr>
      <w:tr>
        <w:tc>
          <w:tcPr>
            <w:tcW w:type="dxa" w:w="5156"/>
          </w:tcPr>
          <w:p>
            <w:r>
              <w:t>Menjelaskan alasan berdasarkan posisi dan jarak</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Tuliskan terlebih dahulu nilai pada W, X, Y, dan Z sesuai gambar.</w:t>
            </w:r>
          </w:p>
        </w:tc>
        <w:tc>
          <w:tcPr>
            <w:tcW w:type="dxa" w:w="3437"/>
            <w:tcMar>
              <w:top w:w="120" w:type="dxa"/>
              <w:start w:w="110" w:type="dxa"/>
              <w:bottom w:w="120" w:type="dxa"/>
              <w:end w:w="110" w:type="dxa"/>
            </w:tcMar>
          </w:tcPr>
          <w:p>
            <w:r>
              <w:t>Urutan pada garis bilangan dibaca dari kiri ke kanan. Untuk jarak dari 0, abaikan tanda positif atau negatif.</w:t>
            </w:r>
          </w:p>
        </w:tc>
        <w:tc>
          <w:tcPr>
            <w:tcW w:type="dxa" w:w="3437"/>
            <w:tcMar>
              <w:top w:w="120" w:type="dxa"/>
              <w:start w:w="110" w:type="dxa"/>
              <w:bottom w:w="120" w:type="dxa"/>
              <w:end w:w="110" w:type="dxa"/>
            </w:tcMar>
          </w:tcPr>
          <w:p>
            <w:r>
              <w:t>Jarak keempat pos dari 0 adalah 6, 1, 3, dan 5 satuan. Bandingkan keempat jarak tersebut.</w:t>
            </w:r>
          </w:p>
        </w:tc>
      </w:tr>
    </w:tbl>
    <w:p>
      <w:pPr>
        <w:pStyle w:val="Meta"/>
      </w:pPr>
      <w:r>
        <w:t>Prosedur: berikan Kartu 1 setelah jawaban mandiri belum tepat; berikan Kartu 2 setelah upaya kedua belum tepat; berikan Kartu 3 setelah upaya ketiga masih memerlukan arahan.</w:t>
      </w:r>
    </w:p>
    <w:p>
      <w:r>
        <w:br w:type="page"/>
      </w:r>
    </w:p>
    <w:p>
      <w:pPr>
        <w:pStyle w:val="Heading2"/>
      </w:pPr>
      <w:r>
        <w:t>Nomor 9 — Jawaban, Rubrik, dan Scaffolding</w:t>
      </w:r>
    </w:p>
    <w:p>
      <w:r>
        <w:rPr>
          <w:b/>
        </w:rPr>
        <w:t>Jawaban lengkap: Modelnya 0 - 3 + 5 - 4 = -2. Lintasan: 0 ke -3, lalu ke +2, kemudian ke -2. Lift berhenti di lantai -2, yaitu dua lantai di bawah lobi. Siswa berhenti menghitung pada tahap kedua dan mengabaikan perpindahan terakhir turun 4 lantai.</w:t>
      </w:r>
      <w:r/>
    </w:p>
    <w:p>
      <w:r>
        <w:rPr>
          <w:b/>
        </w:rPr>
        <w:t>Langkah penyelesaian:</w:t>
      </w:r>
    </w:p>
    <w:p>
      <w:pPr>
        <w:spacing w:after="40"/>
        <w:ind w:left="351" w:hanging="272"/>
      </w:pPr>
      <w:r>
        <w:rPr>
          <w:b/>
          <w:color w:val="174A7E"/>
        </w:rPr>
        <w:t xml:space="preserve">1. </w:t>
      </w:r>
      <w:r>
        <w:t>Mulai dari 0.</w:t>
      </w:r>
    </w:p>
    <w:p>
      <w:pPr>
        <w:spacing w:after="40"/>
        <w:ind w:left="351" w:hanging="272"/>
      </w:pPr>
      <w:r>
        <w:rPr>
          <w:b/>
          <w:color w:val="174A7E"/>
        </w:rPr>
        <w:t xml:space="preserve">2. </w:t>
      </w:r>
      <w:r>
        <w:t>Turun 3: 0 − 3 = −3.</w:t>
      </w:r>
    </w:p>
    <w:p>
      <w:pPr>
        <w:spacing w:after="40"/>
        <w:ind w:left="351" w:hanging="272"/>
      </w:pPr>
      <w:r>
        <w:rPr>
          <w:b/>
          <w:color w:val="174A7E"/>
        </w:rPr>
        <w:t xml:space="preserve">3. </w:t>
      </w:r>
      <w:r>
        <w:t>Naik 5: −3 + 5 = +2.</w:t>
      </w:r>
    </w:p>
    <w:p>
      <w:pPr>
        <w:spacing w:after="40"/>
        <w:ind w:left="351" w:hanging="272"/>
      </w:pPr>
      <w:r>
        <w:rPr>
          <w:b/>
          <w:color w:val="174A7E"/>
        </w:rPr>
        <w:t xml:space="preserve">4. </w:t>
      </w:r>
      <w:r>
        <w:t>Turun 4: +2 − 4 = −2.</w:t>
      </w:r>
    </w:p>
    <w:p>
      <w:pPr>
        <w:spacing w:after="40"/>
        <w:ind w:left="351" w:hanging="272"/>
      </w:pPr>
      <w:r>
        <w:rPr>
          <w:b/>
          <w:color w:val="174A7E"/>
        </w:rPr>
        <w:t xml:space="preserve">5. </w:t>
      </w:r>
      <w:r>
        <w:t>−2 berarti dua lantai di bawah lobi.</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posisi awal dan tiga perpindahan</w:t>
            </w:r>
          </w:p>
        </w:tc>
        <w:tc>
          <w:tcPr>
            <w:tcW w:type="dxa" w:w="5156"/>
          </w:tcPr>
          <w:p>
            <w:pPr>
              <w:jc w:val="center"/>
            </w:pPr>
            <w:r>
              <w:t>1</w:t>
            </w:r>
          </w:p>
        </w:tc>
      </w:tr>
      <w:tr>
        <w:tc>
          <w:tcPr>
            <w:tcW w:type="dxa" w:w="5156"/>
          </w:tcPr>
          <w:p>
            <w:r>
              <w:t>Menentukan turun negatif dan naik positif</w:t>
            </w:r>
          </w:p>
        </w:tc>
        <w:tc>
          <w:tcPr>
            <w:tcW w:type="dxa" w:w="5156"/>
          </w:tcPr>
          <w:p>
            <w:pPr>
              <w:jc w:val="center"/>
            </w:pPr>
            <w:r>
              <w:t>1</w:t>
            </w:r>
          </w:p>
        </w:tc>
      </w:tr>
      <w:tr>
        <w:tc>
          <w:tcPr>
            <w:tcW w:type="dxa" w:w="5156"/>
          </w:tcPr>
          <w:p>
            <w:r>
              <w:t>Menentukan posisi pertama −3</w:t>
            </w:r>
          </w:p>
        </w:tc>
        <w:tc>
          <w:tcPr>
            <w:tcW w:type="dxa" w:w="5156"/>
          </w:tcPr>
          <w:p>
            <w:pPr>
              <w:jc w:val="center"/>
            </w:pPr>
            <w:r>
              <w:t>1</w:t>
            </w:r>
          </w:p>
        </w:tc>
      </w:tr>
      <w:tr>
        <w:tc>
          <w:tcPr>
            <w:tcW w:type="dxa" w:w="5156"/>
          </w:tcPr>
          <w:p>
            <w:r>
              <w:t>Menentukan posisi kedua +2</w:t>
            </w:r>
          </w:p>
        </w:tc>
        <w:tc>
          <w:tcPr>
            <w:tcW w:type="dxa" w:w="5156"/>
          </w:tcPr>
          <w:p>
            <w:pPr>
              <w:jc w:val="center"/>
            </w:pPr>
            <w:r>
              <w:t>1</w:t>
            </w:r>
          </w:p>
        </w:tc>
      </w:tr>
      <w:tr>
        <w:tc>
          <w:tcPr>
            <w:tcW w:type="dxa" w:w="5156"/>
          </w:tcPr>
          <w:p>
            <w:r>
              <w:t>Menentukan posisi akhir −2 dan menggambar garis bilangan</w:t>
            </w:r>
          </w:p>
        </w:tc>
        <w:tc>
          <w:tcPr>
            <w:tcW w:type="dxa" w:w="5156"/>
          </w:tcPr>
          <w:p>
            <w:pPr>
              <w:jc w:val="center"/>
            </w:pPr>
            <w:r>
              <w:t>1</w:t>
            </w:r>
          </w:p>
        </w:tc>
      </w:tr>
      <w:tr>
        <w:tc>
          <w:tcPr>
            <w:tcW w:type="dxa" w:w="5156"/>
          </w:tcPr>
          <w:p>
            <w:r>
              <w:t>Menafsirkan −2 sebagai dua lantai di bawah lobi</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Tuliskan “turun” sebagai gerak menuju bilangan yang lebih kecil dan “naik” sebagai gerak menuju bilangan yang lebih besar.</w:t>
            </w:r>
          </w:p>
        </w:tc>
        <w:tc>
          <w:tcPr>
            <w:tcW w:type="dxa" w:w="3437"/>
            <w:tcMar>
              <w:top w:w="120" w:type="dxa"/>
              <w:start w:w="110" w:type="dxa"/>
              <w:bottom w:w="120" w:type="dxa"/>
              <w:end w:w="110" w:type="dxa"/>
            </w:tcMar>
          </w:tcPr>
          <w:p>
            <w:r>
              <w:t>Setelah turun 3 lantai, lift berada di −3. Dari −3 naik 5 lantai dan tentukan posisi sementara.</w:t>
            </w:r>
          </w:p>
        </w:tc>
        <w:tc>
          <w:tcPr>
            <w:tcW w:type="dxa" w:w="3437"/>
            <w:tcMar>
              <w:top w:w="120" w:type="dxa"/>
              <w:start w:w="110" w:type="dxa"/>
              <w:bottom w:w="120" w:type="dxa"/>
              <w:end w:w="110" w:type="dxa"/>
            </w:tcMar>
          </w:tcPr>
          <w:p>
            <w:r>
              <w:t>Posisi sementara adalah +2. Dari +2, gerakkan 4 satuan ke kiri pada garis bilangan.</w:t>
            </w:r>
          </w:p>
        </w:tc>
      </w:tr>
    </w:tbl>
    <w:p>
      <w:pPr>
        <w:pStyle w:val="Meta"/>
      </w:pPr>
      <w:r>
        <w:t>Prosedur: berikan Kartu 1 setelah jawaban mandiri belum tepat; berikan Kartu 2 setelah upaya kedua belum tepat; berikan Kartu 3 setelah upaya ketiga masih memerlukan arahan.</w:t>
      </w:r>
    </w:p>
    <w:p>
      <w:r>
        <w:br w:type="page"/>
      </w:r>
    </w:p>
    <w:p>
      <w:pPr>
        <w:pStyle w:val="Heading2"/>
      </w:pPr>
      <w:r>
        <w:t>Nomor 10 — Jawaban, Rubrik, dan Scaffolding</w:t>
      </w:r>
    </w:p>
    <w:p>
      <w:r>
        <w:rPr>
          <w:b/>
        </w:rPr>
        <w:t>Jawaban lengkap: Pasangan simetris yang mungkin pada rentang -6 sampai +6 adalah (-1,+1), (-2,+2), (-3,+3), (-4,+4), (-5,+5), dan (-6,+6). Pasangan (-2,+2) tidak dapat digunakan karena +2 ditempati rumah kaca; (-4,+4) tidak dapat digunakan karena -4 ditempati kompos. Jadi pasangan tersedia: (-1,+1), (-3,+3), (-5,+5), dan (-6,+6). Setiap pasangan memiliki jarak yang sama dari 0 tetapi tanda berlawanan.</w:t>
      </w:r>
      <w:r/>
    </w:p>
    <w:p>
      <w:r>
        <w:rPr>
          <w:b/>
        </w:rPr>
        <w:t>Langkah penyelesaian:</w:t>
      </w:r>
    </w:p>
    <w:p>
      <w:pPr>
        <w:spacing w:after="40"/>
        <w:ind w:left="351" w:hanging="272"/>
      </w:pPr>
      <w:r>
        <w:rPr>
          <w:b/>
          <w:color w:val="174A7E"/>
        </w:rPr>
        <w:t xml:space="preserve">1. </w:t>
      </w:r>
      <w:r>
        <w:t>Gunakan konsep bilangan berlawanan: −a dan +a mempunyai jarak sama dari 0.</w:t>
      </w:r>
    </w:p>
    <w:p>
      <w:pPr>
        <w:spacing w:after="40"/>
        <w:ind w:left="351" w:hanging="272"/>
      </w:pPr>
      <w:r>
        <w:rPr>
          <w:b/>
          <w:color w:val="174A7E"/>
        </w:rPr>
        <w:t xml:space="preserve">2. </w:t>
      </w:r>
      <w:r>
        <w:t>Periksa titik yang sudah digunakan.</w:t>
      </w:r>
    </w:p>
    <w:p>
      <w:pPr>
        <w:spacing w:after="40"/>
        <w:ind w:left="351" w:hanging="272"/>
      </w:pPr>
      <w:r>
        <w:rPr>
          <w:b/>
          <w:color w:val="174A7E"/>
        </w:rPr>
        <w:t xml:space="preserve">3. </w:t>
      </w:r>
      <w:r>
        <w:t>±2 dikeluarkan karena +2 ditempati rumah kaca; ±4 dikeluarkan karena −4 ditempati kompos.</w:t>
      </w:r>
    </w:p>
    <w:p>
      <w:pPr>
        <w:spacing w:after="40"/>
        <w:ind w:left="351" w:hanging="272"/>
      </w:pPr>
      <w:r>
        <w:rPr>
          <w:b/>
          <w:color w:val="174A7E"/>
        </w:rPr>
        <w:t xml:space="preserve">4. </w:t>
      </w:r>
      <w:r>
        <w:t>Pasangan tersedia adalah ±1, ±3, ±5, dan ±6.</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Komponen Jawaban</w:t>
            </w:r>
          </w:p>
        </w:tc>
        <w:tc>
          <w:tcPr>
            <w:tcW w:type="dxa" w:w="5156"/>
            <w:shd w:fill="174A7E"/>
          </w:tcPr>
          <w:p>
            <w:r>
              <w:rPr>
                <w:b/>
                <w:color w:val="FFFFFF"/>
              </w:rPr>
              <w:t>Skor</w:t>
            </w:r>
          </w:p>
        </w:tc>
      </w:tr>
      <w:tr>
        <w:tc>
          <w:tcPr>
            <w:tcW w:type="dxa" w:w="5156"/>
          </w:tcPr>
          <w:p>
            <w:r>
              <w:t>Menuliskan titik acuan dan dua lokasi yang telah digunakan</w:t>
            </w:r>
          </w:p>
        </w:tc>
        <w:tc>
          <w:tcPr>
            <w:tcW w:type="dxa" w:w="5156"/>
          </w:tcPr>
          <w:p>
            <w:pPr>
              <w:jc w:val="center"/>
            </w:pPr>
            <w:r>
              <w:t>1</w:t>
            </w:r>
          </w:p>
        </w:tc>
      </w:tr>
      <w:tr>
        <w:tc>
          <w:tcPr>
            <w:tcW w:type="dxa" w:w="5156"/>
          </w:tcPr>
          <w:p>
            <w:r>
              <w:t>Menjelaskan konsep bilangan berlawanan</w:t>
            </w:r>
          </w:p>
        </w:tc>
        <w:tc>
          <w:tcPr>
            <w:tcW w:type="dxa" w:w="5156"/>
          </w:tcPr>
          <w:p>
            <w:pPr>
              <w:jc w:val="center"/>
            </w:pPr>
            <w:r>
              <w:t>1</w:t>
            </w:r>
          </w:p>
        </w:tc>
      </w:tr>
      <w:tr>
        <w:tc>
          <w:tcPr>
            <w:tcW w:type="dxa" w:w="5156"/>
          </w:tcPr>
          <w:p>
            <w:r>
              <w:t>Menuliskan sedikitnya dua pasangan benar</w:t>
            </w:r>
          </w:p>
        </w:tc>
        <w:tc>
          <w:tcPr>
            <w:tcW w:type="dxa" w:w="5156"/>
          </w:tcPr>
          <w:p>
            <w:pPr>
              <w:jc w:val="center"/>
            </w:pPr>
            <w:r>
              <w:t>1</w:t>
            </w:r>
          </w:p>
        </w:tc>
      </w:tr>
      <w:tr>
        <w:tc>
          <w:tcPr>
            <w:tcW w:type="dxa" w:w="5156"/>
          </w:tcPr>
          <w:p>
            <w:r>
              <w:t>Menuliskan seluruh empat pasangan benar</w:t>
            </w:r>
          </w:p>
        </w:tc>
        <w:tc>
          <w:tcPr>
            <w:tcW w:type="dxa" w:w="5156"/>
          </w:tcPr>
          <w:p>
            <w:pPr>
              <w:jc w:val="center"/>
            </w:pPr>
            <w:r>
              <w:t>1</w:t>
            </w:r>
          </w:p>
        </w:tc>
      </w:tr>
      <w:tr>
        <w:tc>
          <w:tcPr>
            <w:tcW w:type="dxa" w:w="5156"/>
          </w:tcPr>
          <w:p>
            <w:r>
              <w:t>Menandai satu pasangan pada garis bilangan</w:t>
            </w:r>
          </w:p>
        </w:tc>
        <w:tc>
          <w:tcPr>
            <w:tcW w:type="dxa" w:w="5156"/>
          </w:tcPr>
          <w:p>
            <w:pPr>
              <w:jc w:val="center"/>
            </w:pPr>
            <w:r>
              <w:t>1</w:t>
            </w:r>
          </w:p>
        </w:tc>
      </w:tr>
      <w:tr>
        <w:tc>
          <w:tcPr>
            <w:tcW w:type="dxa" w:w="5156"/>
          </w:tcPr>
          <w:p>
            <w:r>
              <w:t>Menjelaskan arti tanda negatif dan positif</w:t>
            </w:r>
          </w:p>
        </w:tc>
        <w:tc>
          <w:tcPr>
            <w:tcW w:type="dxa" w:w="5156"/>
          </w:tcPr>
          <w:p>
            <w:pPr>
              <w:jc w:val="center"/>
            </w:pPr>
            <w:r>
              <w:t>1</w:t>
            </w:r>
          </w:p>
        </w:tc>
      </w:tr>
      <w:tr>
        <w:tc>
          <w:tcPr>
            <w:tcW w:type="dxa" w:w="5156"/>
            <w:shd w:fill="EAF3FA"/>
          </w:tcPr>
          <w:p>
            <w:r>
              <w:rPr>
                <w:b/>
              </w:rPr>
              <w:t>Total</w:t>
            </w:r>
          </w:p>
        </w:tc>
        <w:tc>
          <w:tcPr>
            <w:tcW w:type="dxa" w:w="5156"/>
            <w:shd w:fill="EAF3FA"/>
          </w:tcPr>
          <w:p>
            <w:r>
              <w:rPr>
                <w:b/>
              </w:rPr>
              <w:t>6</w:t>
            </w:r>
          </w:p>
        </w:tc>
      </w:tr>
    </w:tbl>
    <w:p>
      <w:pPr>
        <w:pStyle w:val="Heading3"/>
      </w:pPr>
      <w:r>
        <w:t>Kartu Bantuan Bertahap</w:t>
      </w:r>
    </w:p>
    <w:tbl>
      <w:tblPr>
        <w:tblStyle w:val="TableGrid"/>
        <w:tblW w:type="auto" w:w="0"/>
        <w:jc w:val="center"/>
        <w:tblLook w:firstColumn="1" w:firstRow="1" w:lastColumn="0" w:lastRow="0" w:noHBand="0" w:noVBand="1" w:val="04A0"/>
      </w:tblPr>
      <w:tblGrid>
        <w:gridCol w:w="3437"/>
        <w:gridCol w:w="3437"/>
        <w:gridCol w:w="3437"/>
      </w:tblGrid>
      <w:tr>
        <w:tc>
          <w:tcPr>
            <w:tcW w:type="dxa" w:w="3437"/>
            <w:shd w:fill="EAF3FA"/>
          </w:tcPr>
          <w:p>
            <w:r>
              <w:rPr>
                <w:b/>
              </w:rPr>
              <w:t>Kartu Bantuan 1</w:t>
            </w:r>
          </w:p>
        </w:tc>
        <w:tc>
          <w:tcPr>
            <w:tcW w:type="dxa" w:w="3437"/>
            <w:shd w:fill="FFF6DE"/>
          </w:tcPr>
          <w:p>
            <w:r>
              <w:rPr>
                <w:b/>
              </w:rPr>
              <w:t>Kartu Bantuan 2</w:t>
            </w:r>
          </w:p>
        </w:tc>
        <w:tc>
          <w:tcPr>
            <w:tcW w:type="dxa" w:w="3437"/>
            <w:shd w:fill="FBE8E8"/>
          </w:tcPr>
          <w:p>
            <w:r>
              <w:rPr>
                <w:b/>
              </w:rPr>
              <w:t>Kartu Bantuan 3</w:t>
            </w:r>
          </w:p>
        </w:tc>
      </w:tr>
      <w:tr>
        <w:tc>
          <w:tcPr>
            <w:tcW w:type="dxa" w:w="3437"/>
            <w:tcMar>
              <w:top w:w="120" w:type="dxa"/>
              <w:start w:w="110" w:type="dxa"/>
              <w:bottom w:w="120" w:type="dxa"/>
              <w:end w:w="110" w:type="dxa"/>
            </w:tcMar>
          </w:tcPr>
          <w:p>
            <w:r>
              <w:t>Pasangan yang dicari berbentuk −a dan +a karena keduanya berjarak sama dari 0.</w:t>
            </w:r>
          </w:p>
        </w:tc>
        <w:tc>
          <w:tcPr>
            <w:tcW w:type="dxa" w:w="3437"/>
            <w:tcMar>
              <w:top w:w="120" w:type="dxa"/>
              <w:start w:w="110" w:type="dxa"/>
              <w:bottom w:w="120" w:type="dxa"/>
              <w:end w:w="110" w:type="dxa"/>
            </w:tcMar>
          </w:tcPr>
          <w:p>
            <w:r>
              <w:t>Periksa pasangan ±1 sampai ±6. Coret pasangan yang salah satu titiknya sudah ditempati.</w:t>
            </w:r>
          </w:p>
        </w:tc>
        <w:tc>
          <w:tcPr>
            <w:tcW w:type="dxa" w:w="3437"/>
            <w:tcMar>
              <w:top w:w="120" w:type="dxa"/>
              <w:start w:w="110" w:type="dxa"/>
              <w:bottom w:w="120" w:type="dxa"/>
              <w:end w:w="110" w:type="dxa"/>
            </w:tcMar>
          </w:tcPr>
          <w:p>
            <w:r>
              <w:t>Pasangan ±2 dan ±4 tidak dapat digunakan. Periksa kembali pasangan dengan nilai 1, 3, 5, dan 6.</w:t>
            </w:r>
          </w:p>
        </w:tc>
      </w:tr>
    </w:tbl>
    <w:p>
      <w:pPr>
        <w:pStyle w:val="Meta"/>
      </w:pPr>
      <w:r>
        <w:t>Prosedur: berikan Kartu 1 setelah jawaban mandiri belum tepat; berikan Kartu 2 setelah upaya kedua belum tepat; berikan Kartu 3 setelah upaya ketiga masih memerlukan arahan.</w:t>
      </w:r>
    </w:p>
    <w:p>
      <w:pPr>
        <w:pStyle w:val="Heading2"/>
      </w:pPr>
      <w:r>
        <w:t>Rekapitulasi Skor</w:t>
      </w:r>
    </w:p>
    <w:tbl>
      <w:tblPr>
        <w:tblStyle w:val="TableGrid"/>
        <w:tblW w:type="auto" w:w="0"/>
        <w:jc w:val="center"/>
        <w:tblLook w:firstColumn="1" w:firstRow="1" w:lastColumn="0" w:lastRow="0" w:noHBand="0" w:noVBand="1" w:val="04A0"/>
      </w:tblPr>
      <w:tblGrid>
        <w:gridCol w:w="5156"/>
        <w:gridCol w:w="5156"/>
      </w:tblGrid>
      <w:tr>
        <w:tc>
          <w:tcPr>
            <w:tcW w:type="dxa" w:w="5156"/>
            <w:shd w:fill="174A7E"/>
          </w:tcPr>
          <w:p>
            <w:r>
              <w:rPr>
                <w:b/>
                <w:color w:val="FFFFFF"/>
              </w:rPr>
              <w:t>Bagian</w:t>
            </w:r>
          </w:p>
        </w:tc>
        <w:tc>
          <w:tcPr>
            <w:tcW w:type="dxa" w:w="5156"/>
            <w:shd w:fill="174A7E"/>
          </w:tcPr>
          <w:p>
            <w:pPr>
              <w:jc w:val="center"/>
            </w:pPr>
            <w:r>
              <w:rPr>
                <w:b/>
                <w:color w:val="FFFFFF"/>
              </w:rPr>
              <w:t>Skor Maksimum</w:t>
            </w:r>
          </w:p>
        </w:tc>
      </w:tr>
      <w:tr>
        <w:tc>
          <w:tcPr>
            <w:tcW w:type="dxa" w:w="5156"/>
          </w:tcPr>
          <w:p>
            <w:r>
              <w:t>Pilihan ganda nomor 1–7</w:t>
            </w:r>
          </w:p>
        </w:tc>
        <w:tc>
          <w:tcPr>
            <w:tcW w:type="dxa" w:w="5156"/>
          </w:tcPr>
          <w:p>
            <w:pPr>
              <w:jc w:val="center"/>
            </w:pPr>
            <w:r>
              <w:t>7</w:t>
            </w:r>
          </w:p>
        </w:tc>
      </w:tr>
      <w:tr>
        <w:tc>
          <w:tcPr>
            <w:tcW w:type="dxa" w:w="5156"/>
          </w:tcPr>
          <w:p>
            <w:r>
              <w:t>Esai nomor 8–10</w:t>
            </w:r>
          </w:p>
        </w:tc>
        <w:tc>
          <w:tcPr>
            <w:tcW w:type="dxa" w:w="5156"/>
          </w:tcPr>
          <w:p>
            <w:pPr>
              <w:jc w:val="center"/>
            </w:pPr>
            <w:r>
              <w:t>18</w:t>
            </w:r>
          </w:p>
        </w:tc>
      </w:tr>
      <w:tr>
        <w:tc>
          <w:tcPr>
            <w:tcW w:type="dxa" w:w="5156"/>
            <w:shd w:fill="EAF3FA"/>
          </w:tcPr>
          <w:p>
            <w:r>
              <w:rPr>
                <w:b/>
              </w:rPr>
              <w:t>Skor maksimum keseluruhan</w:t>
            </w:r>
          </w:p>
        </w:tc>
        <w:tc>
          <w:tcPr>
            <w:tcW w:type="dxa" w:w="5156"/>
            <w:shd w:fill="EAF3FA"/>
          </w:tcPr>
          <w:p>
            <w:pPr>
              <w:jc w:val="center"/>
            </w:pPr>
            <w:r>
              <w:rPr>
                <w:b/>
              </w:rPr>
              <w:t>25</w:t>
            </w:r>
          </w:p>
        </w:tc>
      </w:tr>
    </w:tbl>
    <w:p>
      <w:pPr>
        <w:jc w:val="center"/>
      </w:pPr>
      <w:r>
        <w:rPr>
          <w:b/>
          <w:color w:val="174A7E"/>
          <w:sz w:val="24"/>
        </w:rPr>
        <w:t>Nilai = (Skor Perolehan / 25) × 100</w:t>
      </w:r>
    </w:p>
    <w:p>
      <w:pPr>
        <w:sectPr>
          <w:pgSz w:w="12240" w:h="15840"/>
          <w:pgMar w:top="1020" w:right="964" w:bottom="1020" w:left="964" w:header="720" w:footer="720" w:gutter="0"/>
          <w:cols w:space="720"/>
          <w:docGrid w:linePitch="360"/>
        </w:sectPr>
      </w:pPr>
    </w:p>
    <w:p>
      <w:pPr>
        <w:pStyle w:val="Heading1"/>
      </w:pPr>
      <w:r>
        <w:t>E. Audit Mutu Final</w:t>
      </w:r>
    </w:p>
    <w:tbl>
      <w:tblPr>
        <w:tblW w:type="auto" w:w="0"/>
        <w:jc w:val="center"/>
        <w:tblLayout w:type="autofit"/>
        <w:tblLook w:firstColumn="1" w:firstRow="1" w:lastColumn="0" w:lastRow="0" w:noHBand="0" w:noVBand="1" w:val="04A0"/>
      </w:tblPr>
      <w:tblGrid>
        <w:gridCol w:w="14480"/>
      </w:tblGrid>
      <w:tr>
        <w:tc>
          <w:tcPr>
            <w:tcW w:type="dxa" w:w="14480"/>
            <w:shd w:fill="F6F9FC"/>
            <w:tcMar>
              <w:top w:w="140" w:type="dxa"/>
              <w:start w:w="160" w:type="dxa"/>
              <w:bottom w:w="140" w:type="dxa"/>
              <w:end w:w="160" w:type="dxa"/>
            </w:tcMar>
            <w:tcBorders>
              <w:top w:val="single" w:sz="10" w:color="A9C7DE"/>
              <w:left w:val="single" w:sz="10" w:color="A9C7DE"/>
              <w:bottom w:val="single" w:sz="10" w:color="A9C7DE"/>
              <w:right w:val="single" w:sz="10" w:color="A9C7DE"/>
            </w:tcBorders>
          </w:tcPr>
          <w:p>
            <w:pPr>
              <w:spacing w:after="40"/>
            </w:pPr>
            <w:r>
              <w:rPr>
                <w:b/>
                <w:color w:val="174A7E"/>
                <w:sz w:val="21"/>
              </w:rPr>
              <w:t>Status Audit</w:t>
              <w:br/>
            </w:r>
            <w:r>
              <w:rPr>
                <w:color w:val="283746"/>
                <w:sz w:val="20"/>
              </w:rPr>
              <w:t>Isi, kunci, perhitungan, fungsi visual, desain scaffolding, dan konsistensi data diverifikasi. Aspek keterbacaan diperiksa kembali melalui render DOCX/PDF dan uji responsif HTML.</w:t>
            </w:r>
          </w:p>
        </w:tc>
      </w:tr>
    </w:tbl>
    <w:tbl>
      <w:tblPr>
        <w:tblStyle w:val="TableGrid"/>
        <w:tblW w:type="auto" w:w="0"/>
        <w:jc w:val="center"/>
        <w:tblLook w:firstColumn="1" w:firstRow="1" w:lastColumn="0" w:lastRow="0" w:noHBand="0" w:noVBand="1" w:val="04A0"/>
      </w:tblPr>
      <w:tblGrid>
        <w:gridCol w:w="7240"/>
        <w:gridCol w:w="7240"/>
      </w:tblGrid>
      <w:tr>
        <w:tc>
          <w:tcPr>
            <w:tcW w:type="dxa" w:w="7240"/>
            <w:shd w:fill="174A7E"/>
          </w:tcPr>
          <w:p>
            <w:r>
              <w:rPr>
                <w:b/>
                <w:color w:val="FFFFFF"/>
              </w:rPr>
              <w:t>Kode</w:t>
            </w:r>
          </w:p>
        </w:tc>
        <w:tc>
          <w:tcPr>
            <w:tcW w:type="dxa" w:w="7240"/>
            <w:shd w:fill="174A7E"/>
          </w:tcPr>
          <w:p>
            <w:r>
              <w:rPr>
                <w:b/>
                <w:color w:val="FFFFFF"/>
              </w:rPr>
              <w:t>Aspek yang Diperiksa</w:t>
            </w:r>
          </w:p>
        </w:tc>
      </w:tr>
      <w:tr>
        <w:tc>
          <w:tcPr>
            <w:tcW w:type="dxa" w:w="7240"/>
          </w:tcPr>
          <w:p>
            <w:pPr>
              <w:jc w:val="center"/>
            </w:pPr>
            <w:r>
              <w:t>A1</w:t>
            </w:r>
          </w:p>
        </w:tc>
        <w:tc>
          <w:tcPr>
            <w:tcW w:type="dxa" w:w="7240"/>
          </w:tcPr>
          <w:p>
            <w:r>
              <w:t>Materi sesuai TP</w:t>
            </w:r>
          </w:p>
        </w:tc>
      </w:tr>
      <w:tr>
        <w:tc>
          <w:tcPr>
            <w:tcW w:type="dxa" w:w="7240"/>
          </w:tcPr>
          <w:p>
            <w:pPr>
              <w:jc w:val="center"/>
            </w:pPr>
            <w:r>
              <w:t>A2</w:t>
            </w:r>
          </w:p>
        </w:tc>
        <w:tc>
          <w:tcPr>
            <w:tcW w:type="dxa" w:w="7240"/>
          </w:tcPr>
          <w:p>
            <w:r>
              <w:t>Visual berfungsi</w:t>
            </w:r>
          </w:p>
        </w:tc>
      </w:tr>
      <w:tr>
        <w:tc>
          <w:tcPr>
            <w:tcW w:type="dxa" w:w="7240"/>
          </w:tcPr>
          <w:p>
            <w:pPr>
              <w:jc w:val="center"/>
            </w:pPr>
            <w:r>
              <w:t>A3</w:t>
            </w:r>
          </w:p>
        </w:tc>
        <w:tc>
          <w:tcPr>
            <w:tcW w:type="dxa" w:w="7240"/>
          </w:tcPr>
          <w:p>
            <w:r>
              <w:t>Data visual konsisten</w:t>
            </w:r>
          </w:p>
        </w:tc>
      </w:tr>
      <w:tr>
        <w:tc>
          <w:tcPr>
            <w:tcW w:type="dxa" w:w="7240"/>
          </w:tcPr>
          <w:p>
            <w:pPr>
              <w:jc w:val="center"/>
            </w:pPr>
            <w:r>
              <w:t>A4</w:t>
            </w:r>
          </w:p>
        </w:tc>
        <w:tc>
          <w:tcPr>
            <w:tcW w:type="dxa" w:w="7240"/>
          </w:tcPr>
          <w:p>
            <w:r>
              <w:t>Satuan konsisten</w:t>
            </w:r>
          </w:p>
        </w:tc>
      </w:tr>
      <w:tr>
        <w:tc>
          <w:tcPr>
            <w:tcW w:type="dxa" w:w="7240"/>
          </w:tcPr>
          <w:p>
            <w:pPr>
              <w:jc w:val="center"/>
            </w:pPr>
            <w:r>
              <w:t>A5</w:t>
            </w:r>
          </w:p>
        </w:tc>
        <w:tc>
          <w:tcPr>
            <w:tcW w:type="dxa" w:w="7240"/>
          </w:tcPr>
          <w:p>
            <w:r>
              <w:t>Perhitungan benar</w:t>
            </w:r>
          </w:p>
        </w:tc>
      </w:tr>
      <w:tr>
        <w:tc>
          <w:tcPr>
            <w:tcW w:type="dxa" w:w="7240"/>
          </w:tcPr>
          <w:p>
            <w:pPr>
              <w:jc w:val="center"/>
            </w:pPr>
            <w:r>
              <w:t>A6</w:t>
            </w:r>
          </w:p>
        </w:tc>
        <w:tc>
          <w:tcPr>
            <w:tcW w:type="dxa" w:w="7240"/>
          </w:tcPr>
          <w:p>
            <w:r>
              <w:t>Jawaban objektif</w:t>
            </w:r>
          </w:p>
        </w:tc>
      </w:tr>
      <w:tr>
        <w:tc>
          <w:tcPr>
            <w:tcW w:type="dxa" w:w="7240"/>
          </w:tcPr>
          <w:p>
            <w:pPr>
              <w:jc w:val="center"/>
            </w:pPr>
            <w:r>
              <w:t>A7</w:t>
            </w:r>
          </w:p>
        </w:tc>
        <w:tc>
          <w:tcPr>
            <w:tcW w:type="dxa" w:w="7240"/>
          </w:tcPr>
          <w:p>
            <w:r>
              <w:t>Pengecoh logis</w:t>
            </w:r>
          </w:p>
        </w:tc>
      </w:tr>
      <w:tr>
        <w:tc>
          <w:tcPr>
            <w:tcW w:type="dxa" w:w="7240"/>
          </w:tcPr>
          <w:p>
            <w:pPr>
              <w:jc w:val="center"/>
            </w:pPr>
            <w:r>
              <w:t>A8</w:t>
            </w:r>
          </w:p>
        </w:tc>
        <w:tc>
          <w:tcPr>
            <w:tcW w:type="dxa" w:w="7240"/>
          </w:tcPr>
          <w:p>
            <w:r>
              <w:t>Tanpa petunjuk jawaban</w:t>
            </w:r>
          </w:p>
        </w:tc>
      </w:tr>
      <w:tr>
        <w:tc>
          <w:tcPr>
            <w:tcW w:type="dxa" w:w="7240"/>
          </w:tcPr>
          <w:p>
            <w:pPr>
              <w:jc w:val="center"/>
            </w:pPr>
            <w:r>
              <w:t>A9</w:t>
            </w:r>
          </w:p>
        </w:tc>
        <w:tc>
          <w:tcPr>
            <w:tcW w:type="dxa" w:w="7240"/>
          </w:tcPr>
          <w:p>
            <w:r>
              <w:t>Bahasa sesuai kelas VII</w:t>
            </w:r>
          </w:p>
        </w:tc>
      </w:tr>
      <w:tr>
        <w:tc>
          <w:tcPr>
            <w:tcW w:type="dxa" w:w="7240"/>
          </w:tcPr>
          <w:p>
            <w:pPr>
              <w:jc w:val="center"/>
            </w:pPr>
            <w:r>
              <w:t>A10</w:t>
            </w:r>
          </w:p>
        </w:tc>
        <w:tc>
          <w:tcPr>
            <w:tcW w:type="dxa" w:w="7240"/>
          </w:tcPr>
          <w:p>
            <w:r>
              <w:t>Konteks realistis</w:t>
            </w:r>
          </w:p>
        </w:tc>
      </w:tr>
      <w:tr>
        <w:tc>
          <w:tcPr>
            <w:tcW w:type="dxa" w:w="7240"/>
          </w:tcPr>
          <w:p>
            <w:pPr>
              <w:jc w:val="center"/>
            </w:pPr>
            <w:r>
              <w:t>A11</w:t>
            </w:r>
          </w:p>
        </w:tc>
        <w:tc>
          <w:tcPr>
            <w:tcW w:type="dxa" w:w="7240"/>
          </w:tcPr>
          <w:p>
            <w:r>
              <w:t>Label tidak menutup objek</w:t>
            </w:r>
          </w:p>
        </w:tc>
      </w:tr>
      <w:tr>
        <w:tc>
          <w:tcPr>
            <w:tcW w:type="dxa" w:w="7240"/>
          </w:tcPr>
          <w:p>
            <w:pPr>
              <w:jc w:val="center"/>
            </w:pPr>
            <w:r>
              <w:t>A12</w:t>
            </w:r>
          </w:p>
        </w:tc>
        <w:tc>
          <w:tcPr>
            <w:tcW w:type="dxa" w:w="7240"/>
          </w:tcPr>
          <w:p>
            <w:r>
              <w:t>Hemat ruang</w:t>
            </w:r>
          </w:p>
        </w:tc>
      </w:tr>
      <w:tr>
        <w:tc>
          <w:tcPr>
            <w:tcW w:type="dxa" w:w="7240"/>
          </w:tcPr>
          <w:p>
            <w:pPr>
              <w:jc w:val="center"/>
            </w:pPr>
            <w:r>
              <w:t>A13</w:t>
            </w:r>
          </w:p>
        </w:tc>
        <w:tc>
          <w:tcPr>
            <w:tcW w:type="dxa" w:w="7240"/>
          </w:tcPr>
          <w:p>
            <w:r>
              <w:t>Terbaca di HP</w:t>
            </w:r>
          </w:p>
        </w:tc>
      </w:tr>
      <w:tr>
        <w:tc>
          <w:tcPr>
            <w:tcW w:type="dxa" w:w="7240"/>
          </w:tcPr>
          <w:p>
            <w:pPr>
              <w:jc w:val="center"/>
            </w:pPr>
            <w:r>
              <w:t>A14</w:t>
            </w:r>
          </w:p>
        </w:tc>
        <w:tc>
          <w:tcPr>
            <w:tcW w:type="dxa" w:w="7240"/>
          </w:tcPr>
          <w:p>
            <w:r>
              <w:t>Kunci dan pembahasan sesuai</w:t>
            </w:r>
          </w:p>
        </w:tc>
      </w:tr>
      <w:tr>
        <w:tc>
          <w:tcPr>
            <w:tcW w:type="dxa" w:w="7240"/>
          </w:tcPr>
          <w:p>
            <w:pPr>
              <w:jc w:val="center"/>
            </w:pPr>
            <w:r>
              <w:t>A15</w:t>
            </w:r>
          </w:p>
        </w:tc>
        <w:tc>
          <w:tcPr>
            <w:tcW w:type="dxa" w:w="7240"/>
          </w:tcPr>
          <w:p>
            <w:r>
              <w:t>Tidak ambigu</w:t>
            </w:r>
          </w:p>
        </w:tc>
      </w:tr>
      <w:tr>
        <w:tc>
          <w:tcPr>
            <w:tcW w:type="dxa" w:w="7240"/>
          </w:tcPr>
          <w:p>
            <w:pPr>
              <w:jc w:val="center"/>
            </w:pPr>
            <w:r>
              <w:t>A16</w:t>
            </w:r>
          </w:p>
        </w:tc>
        <w:tc>
          <w:tcPr>
            <w:tcW w:type="dxa" w:w="7240"/>
          </w:tcPr>
          <w:p>
            <w:r>
              <w:t>Scaffolding muncul setelah upaya mandiri</w:t>
            </w:r>
          </w:p>
        </w:tc>
      </w:tr>
    </w:tbl>
    <w:tbl>
      <w:tblPr>
        <w:tblStyle w:val="TableGrid"/>
        <w:tblW w:type="auto" w:w="0"/>
        <w:jc w:val="center"/>
        <w:tblLook w:firstColumn="1" w:firstRow="1" w:lastColumn="0" w:lastRow="0" w:noHBand="0" w:noVBand="1" w:val="04A0"/>
      </w:tblPr>
      <w:tblGrid>
        <w:gridCol w:w="804"/>
        <w:gridCol w:w="804"/>
        <w:gridCol w:w="804"/>
        <w:gridCol w:w="804"/>
        <w:gridCol w:w="804"/>
        <w:gridCol w:w="804"/>
        <w:gridCol w:w="804"/>
        <w:gridCol w:w="804"/>
        <w:gridCol w:w="804"/>
        <w:gridCol w:w="804"/>
        <w:gridCol w:w="804"/>
        <w:gridCol w:w="804"/>
        <w:gridCol w:w="804"/>
        <w:gridCol w:w="804"/>
        <w:gridCol w:w="804"/>
        <w:gridCol w:w="804"/>
        <w:gridCol w:w="804"/>
        <w:gridCol w:w="804"/>
      </w:tblGrid>
      <w:tr>
        <w:tc>
          <w:tcPr>
            <w:tcW w:type="dxa" w:w="804"/>
            <w:shd w:fill="174A7E"/>
          </w:tcPr>
          <w:p>
            <w:pPr>
              <w:jc w:val="center"/>
            </w:pPr>
            <w:r>
              <w:rPr>
                <w:b/>
                <w:color w:val="FFFFFF"/>
                <w:sz w:val="13"/>
              </w:rPr>
              <w:t>No.</w:t>
            </w:r>
          </w:p>
        </w:tc>
        <w:tc>
          <w:tcPr>
            <w:tcW w:type="dxa" w:w="804"/>
            <w:shd w:fill="174A7E"/>
          </w:tcPr>
          <w:p>
            <w:pPr>
              <w:jc w:val="center"/>
            </w:pPr>
            <w:r>
              <w:rPr>
                <w:b/>
                <w:color w:val="FFFFFF"/>
                <w:sz w:val="13"/>
              </w:rPr>
              <w:t>A1</w:t>
            </w:r>
          </w:p>
        </w:tc>
        <w:tc>
          <w:tcPr>
            <w:tcW w:type="dxa" w:w="804"/>
            <w:shd w:fill="174A7E"/>
          </w:tcPr>
          <w:p>
            <w:pPr>
              <w:jc w:val="center"/>
            </w:pPr>
            <w:r>
              <w:rPr>
                <w:b/>
                <w:color w:val="FFFFFF"/>
                <w:sz w:val="13"/>
              </w:rPr>
              <w:t>A2</w:t>
            </w:r>
          </w:p>
        </w:tc>
        <w:tc>
          <w:tcPr>
            <w:tcW w:type="dxa" w:w="804"/>
            <w:shd w:fill="174A7E"/>
          </w:tcPr>
          <w:p>
            <w:pPr>
              <w:jc w:val="center"/>
            </w:pPr>
            <w:r>
              <w:rPr>
                <w:b/>
                <w:color w:val="FFFFFF"/>
                <w:sz w:val="13"/>
              </w:rPr>
              <w:t>A3</w:t>
            </w:r>
          </w:p>
        </w:tc>
        <w:tc>
          <w:tcPr>
            <w:tcW w:type="dxa" w:w="804"/>
            <w:shd w:fill="174A7E"/>
          </w:tcPr>
          <w:p>
            <w:pPr>
              <w:jc w:val="center"/>
            </w:pPr>
            <w:r>
              <w:rPr>
                <w:b/>
                <w:color w:val="FFFFFF"/>
                <w:sz w:val="13"/>
              </w:rPr>
              <w:t>A4</w:t>
            </w:r>
          </w:p>
        </w:tc>
        <w:tc>
          <w:tcPr>
            <w:tcW w:type="dxa" w:w="804"/>
            <w:shd w:fill="174A7E"/>
          </w:tcPr>
          <w:p>
            <w:pPr>
              <w:jc w:val="center"/>
            </w:pPr>
            <w:r>
              <w:rPr>
                <w:b/>
                <w:color w:val="FFFFFF"/>
                <w:sz w:val="13"/>
              </w:rPr>
              <w:t>A5</w:t>
            </w:r>
          </w:p>
        </w:tc>
        <w:tc>
          <w:tcPr>
            <w:tcW w:type="dxa" w:w="804"/>
            <w:shd w:fill="174A7E"/>
          </w:tcPr>
          <w:p>
            <w:pPr>
              <w:jc w:val="center"/>
            </w:pPr>
            <w:r>
              <w:rPr>
                <w:b/>
                <w:color w:val="FFFFFF"/>
                <w:sz w:val="13"/>
              </w:rPr>
              <w:t>A6</w:t>
            </w:r>
          </w:p>
        </w:tc>
        <w:tc>
          <w:tcPr>
            <w:tcW w:type="dxa" w:w="804"/>
            <w:shd w:fill="174A7E"/>
          </w:tcPr>
          <w:p>
            <w:pPr>
              <w:jc w:val="center"/>
            </w:pPr>
            <w:r>
              <w:rPr>
                <w:b/>
                <w:color w:val="FFFFFF"/>
                <w:sz w:val="13"/>
              </w:rPr>
              <w:t>A7</w:t>
            </w:r>
          </w:p>
        </w:tc>
        <w:tc>
          <w:tcPr>
            <w:tcW w:type="dxa" w:w="804"/>
            <w:shd w:fill="174A7E"/>
          </w:tcPr>
          <w:p>
            <w:pPr>
              <w:jc w:val="center"/>
            </w:pPr>
            <w:r>
              <w:rPr>
                <w:b/>
                <w:color w:val="FFFFFF"/>
                <w:sz w:val="13"/>
              </w:rPr>
              <w:t>A8</w:t>
            </w:r>
          </w:p>
        </w:tc>
        <w:tc>
          <w:tcPr>
            <w:tcW w:type="dxa" w:w="804"/>
            <w:shd w:fill="174A7E"/>
          </w:tcPr>
          <w:p>
            <w:pPr>
              <w:jc w:val="center"/>
            </w:pPr>
            <w:r>
              <w:rPr>
                <w:b/>
                <w:color w:val="FFFFFF"/>
                <w:sz w:val="13"/>
              </w:rPr>
              <w:t>A9</w:t>
            </w:r>
          </w:p>
        </w:tc>
        <w:tc>
          <w:tcPr>
            <w:tcW w:type="dxa" w:w="804"/>
            <w:shd w:fill="174A7E"/>
          </w:tcPr>
          <w:p>
            <w:pPr>
              <w:jc w:val="center"/>
            </w:pPr>
            <w:r>
              <w:rPr>
                <w:b/>
                <w:color w:val="FFFFFF"/>
                <w:sz w:val="13"/>
              </w:rPr>
              <w:t>A10</w:t>
            </w:r>
          </w:p>
        </w:tc>
        <w:tc>
          <w:tcPr>
            <w:tcW w:type="dxa" w:w="804"/>
            <w:shd w:fill="174A7E"/>
          </w:tcPr>
          <w:p>
            <w:pPr>
              <w:jc w:val="center"/>
            </w:pPr>
            <w:r>
              <w:rPr>
                <w:b/>
                <w:color w:val="FFFFFF"/>
                <w:sz w:val="13"/>
              </w:rPr>
              <w:t>A11</w:t>
            </w:r>
          </w:p>
        </w:tc>
        <w:tc>
          <w:tcPr>
            <w:tcW w:type="dxa" w:w="804"/>
            <w:shd w:fill="174A7E"/>
          </w:tcPr>
          <w:p>
            <w:pPr>
              <w:jc w:val="center"/>
            </w:pPr>
            <w:r>
              <w:rPr>
                <w:b/>
                <w:color w:val="FFFFFF"/>
                <w:sz w:val="13"/>
              </w:rPr>
              <w:t>A12</w:t>
            </w:r>
          </w:p>
        </w:tc>
        <w:tc>
          <w:tcPr>
            <w:tcW w:type="dxa" w:w="804"/>
            <w:shd w:fill="174A7E"/>
          </w:tcPr>
          <w:p>
            <w:pPr>
              <w:jc w:val="center"/>
            </w:pPr>
            <w:r>
              <w:rPr>
                <w:b/>
                <w:color w:val="FFFFFF"/>
                <w:sz w:val="13"/>
              </w:rPr>
              <w:t>A13</w:t>
            </w:r>
          </w:p>
        </w:tc>
        <w:tc>
          <w:tcPr>
            <w:tcW w:type="dxa" w:w="804"/>
            <w:shd w:fill="174A7E"/>
          </w:tcPr>
          <w:p>
            <w:pPr>
              <w:jc w:val="center"/>
            </w:pPr>
            <w:r>
              <w:rPr>
                <w:b/>
                <w:color w:val="FFFFFF"/>
                <w:sz w:val="13"/>
              </w:rPr>
              <w:t>A14</w:t>
            </w:r>
          </w:p>
        </w:tc>
        <w:tc>
          <w:tcPr>
            <w:tcW w:type="dxa" w:w="804"/>
            <w:shd w:fill="174A7E"/>
          </w:tcPr>
          <w:p>
            <w:pPr>
              <w:jc w:val="center"/>
            </w:pPr>
            <w:r>
              <w:rPr>
                <w:b/>
                <w:color w:val="FFFFFF"/>
                <w:sz w:val="13"/>
              </w:rPr>
              <w:t>A15</w:t>
            </w:r>
          </w:p>
        </w:tc>
        <w:tc>
          <w:tcPr>
            <w:tcW w:type="dxa" w:w="804"/>
            <w:shd w:fill="174A7E"/>
          </w:tcPr>
          <w:p>
            <w:pPr>
              <w:jc w:val="center"/>
            </w:pPr>
            <w:r>
              <w:rPr>
                <w:b/>
                <w:color w:val="FFFFFF"/>
                <w:sz w:val="13"/>
              </w:rPr>
              <w:t>A16</w:t>
            </w:r>
          </w:p>
        </w:tc>
        <w:tc>
          <w:tcPr>
            <w:tcW w:type="dxa" w:w="804"/>
            <w:shd w:fill="174A7E"/>
          </w:tcPr>
          <w:p>
            <w:pPr>
              <w:jc w:val="center"/>
            </w:pPr>
            <w:r>
              <w:rPr>
                <w:b/>
                <w:color w:val="FFFFFF"/>
                <w:sz w:val="13"/>
              </w:rPr>
              <w:t>Status</w:t>
            </w:r>
          </w:p>
        </w:tc>
      </w:tr>
      <w:tr>
        <w:tc>
          <w:tcPr>
            <w:tcW w:type="dxa" w:w="804"/>
            <w:tcMar>
              <w:top w:w="40" w:type="dxa"/>
              <w:start w:w="25" w:type="dxa"/>
              <w:bottom w:w="40" w:type="dxa"/>
              <w:end w:w="25" w:type="dxa"/>
            </w:tcMar>
          </w:tcPr>
          <w:p>
            <w:pPr>
              <w:jc w:val="center"/>
            </w:pPr>
            <w:r>
              <w:rPr>
                <w:sz w:val="12"/>
              </w:rPr>
              <w:t>1</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2</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3</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4</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5</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6</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7</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8</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N/A</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r>
        <w:tc>
          <w:tcPr>
            <w:tcW w:type="dxa" w:w="804"/>
            <w:tcMar>
              <w:top w:w="40" w:type="dxa"/>
              <w:start w:w="25" w:type="dxa"/>
              <w:bottom w:w="40" w:type="dxa"/>
              <w:end w:w="25" w:type="dxa"/>
            </w:tcMar>
          </w:tcPr>
          <w:p>
            <w:pPr>
              <w:jc w:val="center"/>
            </w:pPr>
            <w:r>
              <w:rPr>
                <w:sz w:val="12"/>
              </w:rPr>
              <w:t>9</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N/A</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w:t>
            </w:r>
          </w:p>
        </w:tc>
        <w:tc>
          <w:tcPr>
            <w:tcW w:type="dxa" w:w="804"/>
            <w:tcMar>
              <w:top w:w="40" w:type="dxa"/>
              <w:start w:w="25" w:type="dxa"/>
              <w:bottom w:w="40" w:type="dxa"/>
              <w:end w:w="25" w:type="dxa"/>
            </w:tcMar>
          </w:tcPr>
          <w:p>
            <w:pPr>
              <w:jc w:val="center"/>
            </w:pPr>
            <w:r>
              <w:rPr>
                <w:sz w:val="12"/>
              </w:rPr>
              <w:t>Lulus</w:t>
            </w:r>
          </w:p>
        </w:tc>
      </w:tr>
      <w:tr>
        <w:tc>
          <w:tcPr>
            <w:tcW w:type="dxa" w:w="804"/>
            <w:tcMar>
              <w:top w:w="40" w:type="dxa"/>
              <w:start w:w="25" w:type="dxa"/>
              <w:bottom w:w="40" w:type="dxa"/>
              <w:end w:w="25" w:type="dxa"/>
            </w:tcMar>
            <w:shd w:fill="F3F7FA"/>
          </w:tcPr>
          <w:p>
            <w:pPr>
              <w:jc w:val="center"/>
            </w:pPr>
            <w:r>
              <w:rPr>
                <w:sz w:val="12"/>
              </w:rPr>
              <w:t>10</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N/A</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w:t>
            </w:r>
          </w:p>
        </w:tc>
        <w:tc>
          <w:tcPr>
            <w:tcW w:type="dxa" w:w="804"/>
            <w:tcMar>
              <w:top w:w="40" w:type="dxa"/>
              <w:start w:w="25" w:type="dxa"/>
              <w:bottom w:w="40" w:type="dxa"/>
              <w:end w:w="25" w:type="dxa"/>
            </w:tcMar>
            <w:shd w:fill="F3F7FA"/>
          </w:tcPr>
          <w:p>
            <w:pPr>
              <w:jc w:val="center"/>
            </w:pPr>
            <w:r>
              <w:rPr>
                <w:sz w:val="12"/>
              </w:rPr>
              <w:t>Lulus</w:t>
            </w:r>
          </w:p>
        </w:tc>
      </w:tr>
    </w:tbl>
    <w:p>
      <w:pPr>
        <w:pStyle w:val="Heading2"/>
      </w:pPr>
      <w:r>
        <w:t>Pemeriksaan Perhitungan</w:t>
      </w:r>
    </w:p>
    <w:p>
      <w:pPr>
        <w:pStyle w:val="ListBullet"/>
      </w:pPr>
      <w:r>
        <w:t>1. P = −3, Q = 0, R = +2.</w:t>
      </w:r>
    </w:p>
    <w:p>
      <w:pPr>
        <w:pStyle w:val="ListBullet"/>
      </w:pPr>
      <w:r>
        <w:t>2. Parkir −1, gudang −2, perpustakaan +1, laboratorium +2.</w:t>
      </w:r>
    </w:p>
    <w:p>
      <w:pPr>
        <w:pStyle w:val="ListBullet"/>
      </w:pPr>
      <w:r>
        <w:t>3. +1 − 3 = −2; titik L.</w:t>
      </w:r>
    </w:p>
    <w:p>
      <w:pPr>
        <w:pStyle w:val="ListBullet"/>
      </w:pPr>
      <w:r>
        <w:t>4. -2 + 6 - 3 = +1; jawaban B.</w:t>
      </w:r>
    </w:p>
    <w:p>
      <w:pPr>
        <w:pStyle w:val="ListBullet"/>
      </w:pPr>
      <w:r>
        <w:t>5. −6 &lt; −2 &lt; 0 &lt; +3; suhu terendah −6 °C.</w:t>
      </w:r>
    </w:p>
    <w:p>
      <w:pPr>
        <w:pStyle w:val="ListBullet"/>
      </w:pPr>
      <w:r>
        <w:t>6. −8 + 5 = −3 meter.</w:t>
      </w:r>
    </w:p>
    <w:p>
      <w:pPr>
        <w:pStyle w:val="ListBullet"/>
      </w:pPr>
      <w:r>
        <w:t>7. Interval 2; P = -4, titik kosong = +2, Q = +4; jawaban B.</w:t>
      </w:r>
    </w:p>
    <w:p>
      <w:pPr>
        <w:pStyle w:val="ListBullet"/>
      </w:pPr>
      <w:r>
        <w:t>8. W &lt; X &lt; Y &lt; Z; jarak 6, 1, 3, 5; W terjauh.</w:t>
      </w:r>
    </w:p>
    <w:p>
      <w:pPr>
        <w:pStyle w:val="ListBullet"/>
      </w:pPr>
      <w:r>
        <w:t>9. 0 − 3 + 5 − 4 = −2.</w:t>
      </w:r>
    </w:p>
    <w:p>
      <w:pPr>
        <w:pStyle w:val="ListBullet"/>
      </w:pPr>
      <w:r>
        <w:t>10. Pasangan tersedia: ±1, ±3, ±5, ±6; ±2 dan ±4 tidak tersedia.</w:t>
      </w:r>
    </w:p>
    <w:sectPr w:rsidR="00FC693F" w:rsidRPr="0006063C" w:rsidSect="00034616">
      <w:pgSz w:w="15840" w:h="12240" w:orient="landscape"/>
      <w:pgMar w:top="850" w:right="680" w:bottom="85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Halaman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sz w:val="14"/>
      </w:rPr>
      <w:t>PAKET SOAL VISUAL-KONTEKSTUAL | REVISI PROFESIONAL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ptos" w:hAnsi="Aptos"/>
      <w:color w:val="23303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4A7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6AA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832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4A7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pPr>
      <w:spacing w:after="40"/>
    </w:pPr>
    <w:rPr>
      <w:rFonts w:ascii="Aptos" w:hAnsi="Aptos"/>
      <w:color w:val="4C5F7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Paket Soal Materi 1.1 - Konsep Bilangan Bulat dan Garis Bilangan - Revisi Profesional</dc:title>
  <dc:subject>Soal visual-kontekstual dengan redaksi stimulus dan penalaran</dc:subject>
  <dc:creator>python-docx</dc:creator>
  <cp:keywords/>
  <dc:description>Revisi total: seluruh soal memiliki stimulus kontekstual, tugas penalaran, opsi hasil+alasan, dan scaffolding selaras.</dc:description>
  <cp:lastModifiedBy/>
  <cp:revision>1</cp:revision>
  <dcterms:created xsi:type="dcterms:W3CDTF">2013-12-23T23:15:00Z</dcterms:created>
  <dcterms:modified xsi:type="dcterms:W3CDTF">2013-12-23T23:15:00Z</dcterms:modified>
  <cp:category/>
</cp:coreProperties>
</file>